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Pr="00F37AE1" w:rsidR="00623596" w14:paraId="4AA47585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Pr="00F37AE1" w:rsidR="00623596" w:rsidRDefault="00000000" w14:paraId="3105E810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PRS.01.</w:t>
            </w:r>
            <w:proofErr w:type="gramStart"/>
            <w:r w:rsidRPr="00F37AE1">
              <w:rPr>
                <w:b/>
              </w:rPr>
              <w:t>02  EĞİTİM</w:t>
            </w:r>
            <w:proofErr w:type="gramEnd"/>
            <w:r w:rsidRPr="00F37AE1">
              <w:rPr>
                <w:b/>
              </w:rPr>
              <w:t xml:space="preserve"> VE ÖĞRETİM UYGULAMA SÜRECİ</w:t>
            </w:r>
          </w:p>
        </w:tc>
      </w:tr>
      <w:tr w:rsidRPr="00F37AE1" w:rsidR="00623596" w14:paraId="59DF88CB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F37AE1" w:rsidR="00623596" w:rsidRDefault="00000000" w14:paraId="223D42A4" w14:textId="77777777">
            <w:pPr>
              <w:spacing w:before="40" w:after="40"/>
            </w:pPr>
            <w:r w:rsidRPr="00F37AE1">
              <w:rPr>
                <w:b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Pr="00F37AE1" w:rsidR="00623596" w:rsidRDefault="00000000" w14:paraId="23324075" w14:textId="77777777">
            <w:pPr>
              <w:spacing w:before="40" w:after="40"/>
            </w:pPr>
            <w:r w:rsidRPr="00F37AE1">
              <w:t>Akreditasyon, Akademik Değerlendirme ve Kalite Koordinatörü (kalite@giresun.edu.tr)</w:t>
            </w:r>
          </w:p>
        </w:tc>
      </w:tr>
      <w:tr w:rsidRPr="00F37AE1" w:rsidR="00623596" w14:paraId="5841522D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F37AE1" w:rsidR="00623596" w:rsidRDefault="00000000" w14:paraId="6F8FA7BD" w14:textId="77777777">
            <w:pPr>
              <w:spacing w:before="40" w:after="40"/>
            </w:pPr>
            <w:r w:rsidRPr="00F37AE1">
              <w:rPr>
                <w:b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Pr="00F37AE1" w:rsidR="00623596" w:rsidRDefault="00000000" w14:paraId="7522EF40" w14:textId="2150EB1D">
            <w:pPr>
              <w:spacing w:before="40" w:after="40"/>
            </w:pPr>
            <w:r w:rsidRPr="00F37AE1">
              <w:t>Fakülte/YO/MYO Müdürlük, Enstitüler, Öğrenci İşleri Daire Başkanlığı, Sürekli Eğitim Araştırma ve Uygulama Merkezi (G</w:t>
            </w:r>
            <w:r w:rsidRPr="00F37AE1" w:rsidR="00114A5B">
              <w:t>Ü</w:t>
            </w:r>
            <w:r w:rsidRPr="00F37AE1">
              <w:t>SEM) ve Uzaktan Eğitim Merkezi (UZEM), Hukuk Müşavirliği, Akreditasyon, Akademik Değerlendirme ve Kalite Koordinatörlüğü</w:t>
            </w:r>
          </w:p>
        </w:tc>
      </w:tr>
      <w:tr w:rsidRPr="00F37AE1" w:rsidR="00623596" w14:paraId="19EBD810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F37AE1" w:rsidR="00623596" w:rsidRDefault="00000000" w14:paraId="5CFA5FCA" w14:textId="77777777">
            <w:pPr>
              <w:spacing w:before="40" w:after="40"/>
            </w:pPr>
            <w:r w:rsidRPr="00F37AE1">
              <w:rPr>
                <w:b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Pr="00F37AE1" w:rsidR="00623596" w:rsidRDefault="00000000" w14:paraId="0C39A140" w14:textId="77777777">
            <w:pPr>
              <w:spacing w:before="40" w:after="40"/>
            </w:pPr>
            <w:r w:rsidRPr="00F37AE1">
              <w:t>Görev tanımlarında belirlenmiştir.</w:t>
            </w:r>
          </w:p>
        </w:tc>
      </w:tr>
      <w:tr w:rsidRPr="00F37AE1" w:rsidR="00623596" w14:paraId="311BBE70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F37AE1" w:rsidR="00623596" w:rsidRDefault="00000000" w14:paraId="07CCA00E" w14:textId="77777777">
            <w:pPr>
              <w:spacing w:before="40" w:after="40"/>
            </w:pPr>
            <w:r w:rsidRPr="00F37AE1">
              <w:rPr>
                <w:b/>
              </w:rPr>
              <w:t>SÜRECİN AMACI</w:t>
            </w:r>
          </w:p>
        </w:tc>
        <w:tc>
          <w:tcPr>
            <w:tcW w:w="7026" w:type="dxa"/>
            <w:gridSpan w:val="2"/>
          </w:tcPr>
          <w:p w:rsidRPr="00F37AE1" w:rsidR="00623596" w:rsidRDefault="00000000" w14:paraId="5024DC14" w14:textId="77777777">
            <w:pPr>
              <w:spacing w:before="40" w:after="40"/>
            </w:pPr>
            <w:r w:rsidRPr="00F37AE1">
              <w:t>Eğitim-öğretimle ilgili tüm uygulama süreçlerinin mevzuata uygun, kalite güvence sistemiyle bütünleşik ve paydaş odaklı biçimde yürütülmesini sağlamak</w:t>
            </w:r>
          </w:p>
        </w:tc>
      </w:tr>
      <w:tr w:rsidRPr="00F37AE1" w:rsidR="00623596" w14:paraId="4F4336E6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F37AE1" w:rsidR="00623596" w:rsidRDefault="00000000" w14:paraId="106599FE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Pr="00F37AE1" w:rsidR="00623596" w:rsidRDefault="00000000" w14:paraId="24D16DCE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Pr="00F37AE1" w:rsidR="00623596" w:rsidRDefault="00000000" w14:paraId="116E4B16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ÇIKTILAR</w:t>
            </w:r>
          </w:p>
        </w:tc>
      </w:tr>
      <w:tr w:rsidRPr="00F37AE1" w:rsidR="00623596" w:rsidTr="00114A5B" w14:paraId="11E79E67" w14:textId="77777777">
        <w:trPr>
          <w:jc w:val="center"/>
        </w:trPr>
        <w:tc>
          <w:tcPr>
            <w:tcW w:w="3513" w:type="dxa"/>
            <w:vAlign w:val="center"/>
          </w:tcPr>
          <w:p w:rsidRPr="00F37AE1" w:rsidR="00623596" w:rsidP="00114A5B" w:rsidRDefault="00000000" w14:paraId="609E0053" w14:textId="77777777">
            <w:pPr>
              <w:spacing w:before="40" w:after="40"/>
            </w:pPr>
            <w:r w:rsidRPr="00F37AE1">
              <w:t>Rektörlük yazıları (senato kararları, daire başkanlıkları yazıları)</w:t>
            </w:r>
          </w:p>
        </w:tc>
        <w:tc>
          <w:tcPr>
            <w:tcW w:w="3513" w:type="dxa"/>
            <w:vAlign w:val="center"/>
          </w:tcPr>
          <w:p w:rsidRPr="00F37AE1" w:rsidR="00623596" w:rsidP="00114A5B" w:rsidRDefault="00000000" w14:paraId="287F6A23" w14:textId="77777777">
            <w:pPr>
              <w:spacing w:before="40" w:after="40"/>
            </w:pPr>
            <w:r w:rsidRPr="00F37AE1">
              <w:t>EBYS</w:t>
            </w:r>
          </w:p>
        </w:tc>
        <w:tc>
          <w:tcPr>
            <w:tcW w:w="3513" w:type="dxa"/>
            <w:vAlign w:val="center"/>
          </w:tcPr>
          <w:p w:rsidRPr="00F37AE1" w:rsidR="00623596" w:rsidP="00114A5B" w:rsidRDefault="00000000" w14:paraId="3B178F77" w14:textId="77777777">
            <w:pPr>
              <w:spacing w:before="40" w:after="40"/>
            </w:pPr>
            <w:r w:rsidRPr="00F37AE1">
              <w:t>Eğitim-öğretim faaliyetlerine ilişkin duyuru/bilgilendirmeler</w:t>
            </w:r>
          </w:p>
        </w:tc>
      </w:tr>
      <w:tr w:rsidRPr="00F37AE1" w:rsidR="00623596" w:rsidTr="00114A5B" w14:paraId="271BA450" w14:textId="77777777">
        <w:trPr>
          <w:jc w:val="center"/>
        </w:trPr>
        <w:tc>
          <w:tcPr>
            <w:tcW w:w="3513" w:type="dxa"/>
            <w:vAlign w:val="center"/>
          </w:tcPr>
          <w:p w:rsidRPr="00F37AE1" w:rsidR="00623596" w:rsidP="00114A5B" w:rsidRDefault="00000000" w14:paraId="7DB4848B" w14:textId="73013E23">
            <w:pPr>
              <w:spacing w:before="40" w:after="40"/>
            </w:pPr>
            <w:r w:rsidRPr="00F37AE1">
              <w:t>G</w:t>
            </w:r>
            <w:r w:rsidRPr="00F37AE1" w:rsidR="00114A5B">
              <w:t>R</w:t>
            </w:r>
            <w:r w:rsidRPr="00F37AE1">
              <w:t xml:space="preserve">Ü Akademik Takvimi </w:t>
            </w:r>
          </w:p>
        </w:tc>
        <w:tc>
          <w:tcPr>
            <w:tcW w:w="3513" w:type="dxa"/>
            <w:vAlign w:val="center"/>
          </w:tcPr>
          <w:p w:rsidRPr="00F37AE1" w:rsidR="00623596" w:rsidP="00114A5B" w:rsidRDefault="00000000" w14:paraId="114DD25E" w14:textId="77777777">
            <w:pPr>
              <w:spacing w:before="40" w:after="40"/>
            </w:pPr>
            <w:r w:rsidRPr="00F37AE1">
              <w:t>UBS (Öğrenci Bilgi Sistemi)</w:t>
            </w:r>
          </w:p>
        </w:tc>
        <w:tc>
          <w:tcPr>
            <w:tcW w:w="3513" w:type="dxa"/>
            <w:vAlign w:val="center"/>
          </w:tcPr>
          <w:p w:rsidRPr="00F37AE1" w:rsidR="00623596" w:rsidP="00114A5B" w:rsidRDefault="00000000" w14:paraId="718C1C03" w14:textId="77777777">
            <w:pPr>
              <w:spacing w:before="40" w:after="40"/>
            </w:pPr>
            <w:r w:rsidRPr="00F37AE1">
              <w:t>Ders öğrenci listeleri ve ders programı</w:t>
            </w:r>
          </w:p>
        </w:tc>
      </w:tr>
      <w:tr w:rsidRPr="00F37AE1" w:rsidR="00114A5B" w:rsidTr="00114A5B" w14:paraId="7DF0E5A6" w14:textId="77777777">
        <w:trPr>
          <w:jc w:val="center"/>
        </w:trPr>
        <w:tc>
          <w:tcPr>
            <w:tcW w:w="3513" w:type="dxa"/>
            <w:vMerge w:val="restart"/>
            <w:vAlign w:val="center"/>
          </w:tcPr>
          <w:p w:rsidRPr="00F37AE1" w:rsidR="00114A5B" w:rsidP="00114A5B" w:rsidRDefault="00114A5B" w14:paraId="6A7B6940" w14:textId="6F623E54">
            <w:pPr>
              <w:spacing w:before="40" w:after="40"/>
            </w:pPr>
            <w:r w:rsidRPr="00F37AE1">
              <w:t>Fakülte/Enstitü/Yüksekokul Kurul Kararları</w:t>
            </w:r>
          </w:p>
        </w:tc>
        <w:tc>
          <w:tcPr>
            <w:tcW w:w="3513" w:type="dxa"/>
            <w:vMerge w:val="restart"/>
            <w:vAlign w:val="center"/>
          </w:tcPr>
          <w:p w:rsidRPr="00F37AE1" w:rsidR="00114A5B" w:rsidP="00114A5B" w:rsidRDefault="00114A5B" w14:paraId="1B81B470" w14:textId="26FE20C4">
            <w:pPr>
              <w:spacing w:before="40" w:after="40"/>
            </w:pPr>
            <w:r w:rsidRPr="00F37AE1">
              <w:t>EBYS</w:t>
            </w:r>
          </w:p>
        </w:tc>
        <w:tc>
          <w:tcPr>
            <w:tcW w:w="3513" w:type="dxa"/>
            <w:vAlign w:val="center"/>
          </w:tcPr>
          <w:p w:rsidRPr="00F37AE1" w:rsidR="00114A5B" w:rsidP="00114A5B" w:rsidRDefault="00114A5B" w14:paraId="59F3EDA6" w14:textId="77777777">
            <w:pPr>
              <w:spacing w:before="40" w:after="40"/>
            </w:pPr>
            <w:r w:rsidRPr="00F37AE1">
              <w:t>Ders görevlendirme yazıları</w:t>
            </w:r>
          </w:p>
        </w:tc>
      </w:tr>
      <w:tr w:rsidRPr="00F37AE1" w:rsidR="00114A5B" w:rsidTr="00114A5B" w14:paraId="197AC8F1" w14:textId="77777777">
        <w:trPr>
          <w:jc w:val="center"/>
        </w:trPr>
        <w:tc>
          <w:tcPr>
            <w:tcW w:w="3513" w:type="dxa"/>
            <w:vMerge/>
            <w:vAlign w:val="center"/>
          </w:tcPr>
          <w:p w:rsidRPr="00F37AE1" w:rsidR="00114A5B" w:rsidP="00114A5B" w:rsidRDefault="00114A5B" w14:paraId="1DA7042C" w14:textId="131A4BA6">
            <w:pPr>
              <w:spacing w:before="40" w:after="40"/>
            </w:pPr>
          </w:p>
        </w:tc>
        <w:tc>
          <w:tcPr>
            <w:tcW w:w="3513" w:type="dxa"/>
            <w:vMerge/>
            <w:vAlign w:val="center"/>
          </w:tcPr>
          <w:p w:rsidRPr="00F37AE1" w:rsidR="00114A5B" w:rsidP="00114A5B" w:rsidRDefault="00114A5B" w14:paraId="2B57D0FF" w14:textId="6D3F4ACE">
            <w:pPr>
              <w:spacing w:before="40" w:after="40"/>
            </w:pPr>
          </w:p>
        </w:tc>
        <w:tc>
          <w:tcPr>
            <w:tcW w:w="3513" w:type="dxa"/>
            <w:vAlign w:val="center"/>
          </w:tcPr>
          <w:p w:rsidRPr="00F37AE1" w:rsidR="00114A5B" w:rsidP="00114A5B" w:rsidRDefault="00114A5B" w14:paraId="62F98546" w14:textId="77777777">
            <w:pPr>
              <w:spacing w:before="40" w:after="40"/>
            </w:pPr>
            <w:r w:rsidRPr="00F37AE1">
              <w:t>İntibak komisyonu kararları</w:t>
            </w:r>
          </w:p>
        </w:tc>
      </w:tr>
      <w:tr w:rsidRPr="00F37AE1" w:rsidR="00114A5B" w:rsidTr="00114A5B" w14:paraId="343A3EEA" w14:textId="77777777">
        <w:trPr>
          <w:jc w:val="center"/>
        </w:trPr>
        <w:tc>
          <w:tcPr>
            <w:tcW w:w="3513" w:type="dxa"/>
            <w:vMerge/>
            <w:vAlign w:val="center"/>
          </w:tcPr>
          <w:p w:rsidRPr="00F37AE1" w:rsidR="00114A5B" w:rsidP="00114A5B" w:rsidRDefault="00114A5B" w14:paraId="167B785B" w14:textId="2C39532B">
            <w:pPr>
              <w:spacing w:before="40" w:after="40"/>
            </w:pPr>
          </w:p>
        </w:tc>
        <w:tc>
          <w:tcPr>
            <w:tcW w:w="3513" w:type="dxa"/>
            <w:vMerge/>
            <w:vAlign w:val="center"/>
          </w:tcPr>
          <w:p w:rsidRPr="00F37AE1" w:rsidR="00114A5B" w:rsidP="00114A5B" w:rsidRDefault="00114A5B" w14:paraId="19C4F462" w14:textId="6AE1A8FD">
            <w:pPr>
              <w:spacing w:before="40" w:after="40"/>
            </w:pPr>
          </w:p>
        </w:tc>
        <w:tc>
          <w:tcPr>
            <w:tcW w:w="3513" w:type="dxa"/>
            <w:vAlign w:val="center"/>
          </w:tcPr>
          <w:p w:rsidRPr="00F37AE1" w:rsidR="00114A5B" w:rsidP="00114A5B" w:rsidRDefault="00114A5B" w14:paraId="33E0055B" w14:textId="77777777">
            <w:pPr>
              <w:spacing w:before="40" w:after="40"/>
            </w:pPr>
            <w:r w:rsidRPr="00F37AE1">
              <w:t>Disipline ilişkin kararlar</w:t>
            </w:r>
          </w:p>
        </w:tc>
      </w:tr>
      <w:tr w:rsidRPr="00F37AE1" w:rsidR="00623596" w:rsidTr="00114A5B" w14:paraId="4B5D2FAC" w14:textId="77777777">
        <w:trPr>
          <w:jc w:val="center"/>
        </w:trPr>
        <w:tc>
          <w:tcPr>
            <w:tcW w:w="3513" w:type="dxa"/>
            <w:vAlign w:val="center"/>
          </w:tcPr>
          <w:p w:rsidRPr="00F37AE1" w:rsidR="00623596" w:rsidP="00114A5B" w:rsidRDefault="00000000" w14:paraId="398C5C18" w14:textId="77777777">
            <w:pPr>
              <w:spacing w:before="40" w:after="40"/>
            </w:pPr>
            <w:r w:rsidRPr="00F37AE1">
              <w:t>Bölüm, program, anabilim dalı talepleri</w:t>
            </w:r>
          </w:p>
        </w:tc>
        <w:tc>
          <w:tcPr>
            <w:tcW w:w="3513" w:type="dxa"/>
            <w:vAlign w:val="center"/>
          </w:tcPr>
          <w:p w:rsidRPr="00F37AE1" w:rsidR="00623596" w:rsidP="00114A5B" w:rsidRDefault="00000000" w14:paraId="58B5CA53" w14:textId="6C33D216">
            <w:pPr>
              <w:spacing w:before="40" w:after="40"/>
            </w:pPr>
            <w:r w:rsidRPr="00F37AE1">
              <w:t xml:space="preserve">UBS (Öğrenci Bilgi Sistemi), </w:t>
            </w:r>
            <w:r w:rsidRPr="00F37AE1" w:rsidR="00412C92">
              <w:t>Bologna Ders Bilgi Paketi</w:t>
            </w:r>
          </w:p>
        </w:tc>
        <w:tc>
          <w:tcPr>
            <w:tcW w:w="3513" w:type="dxa"/>
            <w:vAlign w:val="center"/>
          </w:tcPr>
          <w:p w:rsidRPr="00F37AE1" w:rsidR="00623596" w:rsidP="00114A5B" w:rsidRDefault="00000000" w14:paraId="511FC88A" w14:textId="77777777">
            <w:pPr>
              <w:spacing w:before="40" w:after="40"/>
            </w:pPr>
            <w:r w:rsidRPr="00F37AE1">
              <w:t>Ders ve staj raporları</w:t>
            </w:r>
          </w:p>
        </w:tc>
      </w:tr>
      <w:tr w:rsidRPr="00F37AE1" w:rsidR="00623596" w:rsidTr="00114A5B" w14:paraId="5ED24A81" w14:textId="77777777">
        <w:trPr>
          <w:jc w:val="center"/>
        </w:trPr>
        <w:tc>
          <w:tcPr>
            <w:tcW w:w="3513" w:type="dxa"/>
            <w:vAlign w:val="center"/>
          </w:tcPr>
          <w:p w:rsidRPr="00F37AE1" w:rsidR="00623596" w:rsidP="00114A5B" w:rsidRDefault="00000000" w14:paraId="50FAB5A5" w14:textId="77777777">
            <w:pPr>
              <w:spacing w:before="40" w:after="40"/>
            </w:pPr>
            <w:r w:rsidRPr="00F37AE1">
              <w:t>Bölüm, program, anabilim dalı talepleri</w:t>
            </w:r>
          </w:p>
        </w:tc>
        <w:tc>
          <w:tcPr>
            <w:tcW w:w="3513" w:type="dxa"/>
            <w:vAlign w:val="center"/>
          </w:tcPr>
          <w:p w:rsidRPr="00F37AE1" w:rsidR="00623596" w:rsidP="00114A5B" w:rsidRDefault="00000000" w14:paraId="3D1764D1" w14:textId="77777777">
            <w:pPr>
              <w:spacing w:before="40" w:after="40"/>
            </w:pPr>
            <w:r w:rsidRPr="00F37AE1">
              <w:t>UBS (Öğrenci Bilgi Sistemi)</w:t>
            </w:r>
          </w:p>
        </w:tc>
        <w:tc>
          <w:tcPr>
            <w:tcW w:w="3513" w:type="dxa"/>
            <w:vAlign w:val="center"/>
          </w:tcPr>
          <w:p w:rsidRPr="00F37AE1" w:rsidR="00623596" w:rsidP="00114A5B" w:rsidRDefault="00000000" w14:paraId="458372A7" w14:textId="77777777">
            <w:pPr>
              <w:spacing w:before="40" w:after="40"/>
            </w:pPr>
            <w:r w:rsidRPr="00F37AE1">
              <w:t>Sınav/mülakat sonuç belgeleri</w:t>
            </w:r>
          </w:p>
        </w:tc>
      </w:tr>
      <w:tr w:rsidRPr="00F37AE1" w:rsidR="00114A5B" w:rsidTr="00114A5B" w14:paraId="673D70D4" w14:textId="77777777">
        <w:trPr>
          <w:jc w:val="center"/>
        </w:trPr>
        <w:tc>
          <w:tcPr>
            <w:tcW w:w="3513" w:type="dxa"/>
            <w:vMerge w:val="restart"/>
            <w:vAlign w:val="center"/>
          </w:tcPr>
          <w:p w:rsidRPr="00F37AE1" w:rsidR="00114A5B" w:rsidP="00114A5B" w:rsidRDefault="00114A5B" w14:paraId="44812EE6" w14:textId="44CC2DE7">
            <w:pPr>
              <w:spacing w:before="40" w:after="40"/>
            </w:pPr>
            <w:r w:rsidRPr="00F37AE1">
              <w:t>Öğrencilerin bireysel talepleri (dilekçe, başvuru formu vb.)</w:t>
            </w:r>
          </w:p>
        </w:tc>
        <w:tc>
          <w:tcPr>
            <w:tcW w:w="3513" w:type="dxa"/>
            <w:vAlign w:val="center"/>
          </w:tcPr>
          <w:p w:rsidRPr="00F37AE1" w:rsidR="00114A5B" w:rsidP="00114A5B" w:rsidRDefault="00114A5B" w14:paraId="2AF106F2" w14:textId="77777777">
            <w:pPr>
              <w:spacing w:before="40" w:after="40"/>
            </w:pPr>
            <w:r w:rsidRPr="00F37AE1">
              <w:t>EBYS, UBS (Öğrenci Bilgi Sistemi)</w:t>
            </w:r>
          </w:p>
        </w:tc>
        <w:tc>
          <w:tcPr>
            <w:tcW w:w="3513" w:type="dxa"/>
            <w:vAlign w:val="center"/>
          </w:tcPr>
          <w:p w:rsidRPr="00F37AE1" w:rsidR="00114A5B" w:rsidP="00114A5B" w:rsidRDefault="00114A5B" w14:paraId="7BA44023" w14:textId="77777777">
            <w:pPr>
              <w:spacing w:before="40" w:after="40"/>
            </w:pPr>
            <w:r w:rsidRPr="00F37AE1">
              <w:t>Belgeler (sınav giriş belgesi, öğrenci belgesi, transkript vb.)</w:t>
            </w:r>
          </w:p>
        </w:tc>
      </w:tr>
      <w:tr w:rsidRPr="00F37AE1" w:rsidR="00114A5B" w:rsidTr="00114A5B" w14:paraId="27A7A063" w14:textId="77777777">
        <w:trPr>
          <w:jc w:val="center"/>
        </w:trPr>
        <w:tc>
          <w:tcPr>
            <w:tcW w:w="3513" w:type="dxa"/>
            <w:vMerge/>
            <w:vAlign w:val="center"/>
          </w:tcPr>
          <w:p w:rsidRPr="00F37AE1" w:rsidR="00114A5B" w:rsidP="00114A5B" w:rsidRDefault="00114A5B" w14:paraId="3B1E676F" w14:textId="03076396">
            <w:pPr>
              <w:spacing w:before="40" w:after="40"/>
            </w:pPr>
          </w:p>
        </w:tc>
        <w:tc>
          <w:tcPr>
            <w:tcW w:w="3513" w:type="dxa"/>
            <w:vAlign w:val="center"/>
          </w:tcPr>
          <w:p w:rsidRPr="00F37AE1" w:rsidR="00114A5B" w:rsidP="00114A5B" w:rsidRDefault="00114A5B" w14:paraId="1872CED0" w14:textId="77777777">
            <w:pPr>
              <w:spacing w:before="40" w:after="40"/>
            </w:pPr>
            <w:r w:rsidRPr="00F37AE1">
              <w:t>UBS (Öğrenci Bilgi Sistemi)</w:t>
            </w:r>
          </w:p>
        </w:tc>
        <w:tc>
          <w:tcPr>
            <w:tcW w:w="3513" w:type="dxa"/>
            <w:vAlign w:val="center"/>
          </w:tcPr>
          <w:p w:rsidRPr="00F37AE1" w:rsidR="00114A5B" w:rsidP="00114A5B" w:rsidRDefault="00114A5B" w14:paraId="0774D1F7" w14:textId="77777777">
            <w:pPr>
              <w:spacing w:before="40" w:after="40"/>
            </w:pPr>
            <w:r w:rsidRPr="00F37AE1">
              <w:t>Mezuniyet belgeleri (diploma, diploma eki vb.)</w:t>
            </w:r>
          </w:p>
        </w:tc>
      </w:tr>
      <w:tr w:rsidRPr="00F37AE1" w:rsidR="00623596" w:rsidTr="00114A5B" w14:paraId="3A57C926" w14:textId="77777777">
        <w:trPr>
          <w:jc w:val="center"/>
        </w:trPr>
        <w:tc>
          <w:tcPr>
            <w:tcW w:w="3513" w:type="dxa"/>
            <w:vAlign w:val="center"/>
          </w:tcPr>
          <w:p w:rsidRPr="00F37AE1" w:rsidR="00623596" w:rsidP="00114A5B" w:rsidRDefault="00000000" w14:paraId="64C0BD85" w14:textId="77777777">
            <w:pPr>
              <w:spacing w:before="40" w:after="40"/>
            </w:pPr>
            <w:r w:rsidRPr="00F37AE1">
              <w:t>Uluslararası öğrenci başvuruları (→ PRS.04.01)</w:t>
            </w:r>
          </w:p>
        </w:tc>
        <w:tc>
          <w:tcPr>
            <w:tcW w:w="3513" w:type="dxa"/>
            <w:vAlign w:val="center"/>
          </w:tcPr>
          <w:p w:rsidRPr="00F37AE1" w:rsidR="00623596" w:rsidP="00114A5B" w:rsidRDefault="00000000" w14:paraId="51338310" w14:textId="11B9B09D">
            <w:pPr>
              <w:spacing w:before="40" w:after="40"/>
            </w:pPr>
            <w:r w:rsidRPr="00F37AE1">
              <w:t>UBS (Öğrenci Bilgi Sistemi), UZEM (Öğrenme Yönetim Sistemi)</w:t>
            </w:r>
          </w:p>
        </w:tc>
        <w:tc>
          <w:tcPr>
            <w:tcW w:w="3513" w:type="dxa"/>
            <w:vAlign w:val="center"/>
          </w:tcPr>
          <w:p w:rsidRPr="00F37AE1" w:rsidR="00623596" w:rsidP="00114A5B" w:rsidRDefault="00623596" w14:paraId="4037DE4B" w14:textId="77777777">
            <w:pPr>
              <w:spacing w:before="40" w:after="40"/>
            </w:pPr>
          </w:p>
        </w:tc>
      </w:tr>
      <w:tr w:rsidRPr="00F37AE1" w:rsidR="00623596" w:rsidTr="00114A5B" w14:paraId="77F0FA10" w14:textId="77777777">
        <w:trPr>
          <w:jc w:val="center"/>
        </w:trPr>
        <w:tc>
          <w:tcPr>
            <w:tcW w:w="3513" w:type="dxa"/>
            <w:vAlign w:val="center"/>
          </w:tcPr>
          <w:p w:rsidRPr="00F37AE1" w:rsidR="00623596" w:rsidP="00114A5B" w:rsidRDefault="00000000" w14:paraId="54CC91D7" w14:textId="77777777">
            <w:pPr>
              <w:spacing w:before="40" w:after="40"/>
            </w:pPr>
            <w:r w:rsidRPr="00F37AE1">
              <w:t>Özel kurumlardan gelen talepler</w:t>
            </w:r>
          </w:p>
        </w:tc>
        <w:tc>
          <w:tcPr>
            <w:tcW w:w="3513" w:type="dxa"/>
            <w:vAlign w:val="center"/>
          </w:tcPr>
          <w:p w:rsidRPr="00F37AE1" w:rsidR="00623596" w:rsidP="00114A5B" w:rsidRDefault="00000000" w14:paraId="4703D98B" w14:textId="77777777">
            <w:pPr>
              <w:spacing w:before="40" w:after="40"/>
            </w:pPr>
            <w:r w:rsidRPr="00F37AE1">
              <w:t>EBYS</w:t>
            </w:r>
          </w:p>
        </w:tc>
        <w:tc>
          <w:tcPr>
            <w:tcW w:w="3513" w:type="dxa"/>
            <w:vAlign w:val="center"/>
          </w:tcPr>
          <w:p w:rsidRPr="00F37AE1" w:rsidR="00623596" w:rsidP="00114A5B" w:rsidRDefault="00623596" w14:paraId="79BD8DAC" w14:textId="77777777">
            <w:pPr>
              <w:spacing w:before="40" w:after="40"/>
            </w:pPr>
          </w:p>
        </w:tc>
      </w:tr>
      <w:tr w:rsidRPr="00F37AE1" w:rsidR="00623596" w:rsidTr="00114A5B" w14:paraId="4E1F0E79" w14:textId="77777777">
        <w:trPr>
          <w:jc w:val="center"/>
        </w:trPr>
        <w:tc>
          <w:tcPr>
            <w:tcW w:w="3513" w:type="dxa"/>
            <w:vAlign w:val="center"/>
          </w:tcPr>
          <w:p w:rsidRPr="00F37AE1" w:rsidR="00623596" w:rsidP="00114A5B" w:rsidRDefault="00000000" w14:paraId="72B63E4E" w14:textId="77777777">
            <w:pPr>
              <w:spacing w:before="40" w:after="40"/>
            </w:pPr>
            <w:r w:rsidRPr="00F37AE1">
              <w:t>PRS.01.01 Süreci çıktıları (program dosyası, müfredat, AKTS)</w:t>
            </w:r>
          </w:p>
        </w:tc>
        <w:tc>
          <w:tcPr>
            <w:tcW w:w="3513" w:type="dxa"/>
            <w:vAlign w:val="center"/>
          </w:tcPr>
          <w:p w:rsidRPr="00F37AE1" w:rsidR="00623596" w:rsidP="00114A5B" w:rsidRDefault="00412C92" w14:paraId="54813856" w14:textId="66C7190C">
            <w:pPr>
              <w:spacing w:before="40" w:after="40"/>
            </w:pPr>
            <w:r w:rsidRPr="00F37AE1">
              <w:t>Bologna Ders Bilgi Paketi</w:t>
            </w:r>
          </w:p>
        </w:tc>
        <w:tc>
          <w:tcPr>
            <w:tcW w:w="3513" w:type="dxa"/>
            <w:vAlign w:val="center"/>
          </w:tcPr>
          <w:p w:rsidRPr="00F37AE1" w:rsidR="00623596" w:rsidP="00114A5B" w:rsidRDefault="00623596" w14:paraId="7C5B1AC6" w14:textId="77777777">
            <w:pPr>
              <w:spacing w:before="40" w:after="40"/>
            </w:pPr>
          </w:p>
        </w:tc>
      </w:tr>
      <w:tr w:rsidRPr="00F37AE1" w:rsidR="00114A5B" w:rsidTr="00114A5B" w14:paraId="08CBC257" w14:textId="77777777">
        <w:trPr>
          <w:jc w:val="center"/>
        </w:trPr>
        <w:tc>
          <w:tcPr>
            <w:tcW w:w="3513" w:type="dxa"/>
            <w:vMerge w:val="restart"/>
            <w:vAlign w:val="center"/>
          </w:tcPr>
          <w:p w:rsidRPr="00F37AE1" w:rsidR="00114A5B" w:rsidP="00114A5B" w:rsidRDefault="00114A5B" w14:paraId="187B0B0E" w14:textId="4D565F90">
            <w:pPr>
              <w:spacing w:before="40" w:after="40"/>
            </w:pPr>
            <w:r w:rsidRPr="00F37AE1">
              <w:t>Paydaş geri bildirimleri ve anket sonuçları</w:t>
            </w:r>
          </w:p>
        </w:tc>
        <w:tc>
          <w:tcPr>
            <w:tcW w:w="3513" w:type="dxa"/>
            <w:vAlign w:val="center"/>
          </w:tcPr>
          <w:p w:rsidRPr="00F37AE1" w:rsidR="00114A5B" w:rsidP="00114A5B" w:rsidRDefault="00114A5B" w14:paraId="4363DC6C" w14:textId="77777777">
            <w:pPr>
              <w:spacing w:before="40" w:after="40"/>
            </w:pPr>
            <w:r w:rsidRPr="00F37AE1">
              <w:t>Birim web sayfaları</w:t>
            </w:r>
          </w:p>
        </w:tc>
        <w:tc>
          <w:tcPr>
            <w:tcW w:w="3513" w:type="dxa"/>
            <w:vAlign w:val="center"/>
          </w:tcPr>
          <w:p w:rsidRPr="00F37AE1" w:rsidR="00114A5B" w:rsidP="00114A5B" w:rsidRDefault="00114A5B" w14:paraId="690BE7E2" w14:textId="77777777">
            <w:pPr>
              <w:spacing w:before="40" w:after="40"/>
            </w:pPr>
            <w:r w:rsidRPr="00F37AE1">
              <w:t>Raporlamalar</w:t>
            </w:r>
          </w:p>
        </w:tc>
      </w:tr>
      <w:tr w:rsidRPr="00F37AE1" w:rsidR="00114A5B" w:rsidTr="00114A5B" w14:paraId="0503CC11" w14:textId="77777777">
        <w:trPr>
          <w:jc w:val="center"/>
        </w:trPr>
        <w:tc>
          <w:tcPr>
            <w:tcW w:w="3513" w:type="dxa"/>
            <w:vMerge/>
            <w:vAlign w:val="center"/>
          </w:tcPr>
          <w:p w:rsidRPr="00F37AE1" w:rsidR="00114A5B" w:rsidP="00114A5B" w:rsidRDefault="00114A5B" w14:paraId="0BEB330A" w14:textId="04D66C97">
            <w:pPr>
              <w:spacing w:before="40" w:after="40"/>
            </w:pPr>
          </w:p>
        </w:tc>
        <w:tc>
          <w:tcPr>
            <w:tcW w:w="3513" w:type="dxa"/>
            <w:vAlign w:val="center"/>
          </w:tcPr>
          <w:p w:rsidRPr="00F37AE1" w:rsidR="00114A5B" w:rsidP="00114A5B" w:rsidRDefault="00114A5B" w14:paraId="5911B948" w14:textId="24297C6B">
            <w:pPr>
              <w:spacing w:before="40" w:after="40"/>
            </w:pPr>
            <w:r w:rsidRPr="00F37AE1">
              <w:t>UZEM (Öğrenme Yönetim Sistemi)</w:t>
            </w:r>
          </w:p>
        </w:tc>
        <w:tc>
          <w:tcPr>
            <w:tcW w:w="3513" w:type="dxa"/>
            <w:vAlign w:val="center"/>
          </w:tcPr>
          <w:p w:rsidRPr="00F37AE1" w:rsidR="00114A5B" w:rsidP="00114A5B" w:rsidRDefault="00114A5B" w14:paraId="17FDF745" w14:textId="3D0DF4AE">
            <w:pPr>
              <w:spacing w:before="40" w:after="40"/>
              <w:rPr>
                <w:color w:val="000000" w:themeColor="text1"/>
              </w:rPr>
            </w:pPr>
            <w:r w:rsidRPr="00F37AE1">
              <w:rPr>
                <w:color w:val="000000" w:themeColor="text1"/>
              </w:rPr>
              <w:t xml:space="preserve">Fiziki ve teknik altyapı talep yazıları </w:t>
            </w:r>
          </w:p>
        </w:tc>
      </w:tr>
      <w:tr w:rsidRPr="00F37AE1" w:rsidR="00623596" w14:paraId="71E3F2CA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F37AE1" w:rsidR="00623596" w:rsidRDefault="00000000" w14:paraId="7DB84BEA" w14:textId="77777777">
            <w:pPr>
              <w:spacing w:before="40" w:after="40"/>
              <w:rPr>
                <w:b/>
                <w:bCs/>
              </w:rPr>
            </w:pPr>
            <w:r w:rsidRPr="00F37AE1">
              <w:rPr>
                <w:b/>
                <w:bCs/>
              </w:rPr>
              <w:t>Çapraz Referanslar (Diğer Süreçlerle Bağlantı):</w:t>
            </w:r>
          </w:p>
          <w:p w:rsidRPr="00F37AE1" w:rsidR="00623596" w:rsidRDefault="00000000" w14:paraId="22454280" w14:textId="77777777">
            <w:pPr>
              <w:spacing w:before="40" w:after="40"/>
            </w:pPr>
            <w:r w:rsidRPr="00F37AE1">
              <w:t>1. PRS.01.01 Eğitim ve Öğretim Planlama Süreci — Program ve müfredat girdileri</w:t>
            </w:r>
          </w:p>
          <w:p w:rsidRPr="00F37AE1" w:rsidR="00623596" w:rsidRDefault="00000000" w14:paraId="5614F0F4" w14:textId="77777777">
            <w:pPr>
              <w:spacing w:before="40" w:after="40"/>
            </w:pPr>
            <w:r w:rsidRPr="00F37AE1">
              <w:t>2. PRS.01.03 Öğrenci İşleri Süreci — Öğrenci kayıtları ve intibak</w:t>
            </w:r>
          </w:p>
          <w:p w:rsidRPr="00F37AE1" w:rsidR="00623596" w:rsidRDefault="00000000" w14:paraId="7C6CB347" w14:textId="77777777">
            <w:pPr>
              <w:spacing w:before="40" w:after="40"/>
            </w:pPr>
            <w:r w:rsidRPr="00F37AE1">
              <w:t>3. PRS.01.05 Ölçme, Değerlendirme ve Akademik Başarı İzleme Süreci — Sınav ve değerlendirme</w:t>
            </w:r>
          </w:p>
          <w:p w:rsidRPr="00F37AE1" w:rsidR="00623596" w:rsidRDefault="00000000" w14:paraId="7126A78C" w14:textId="77777777">
            <w:pPr>
              <w:spacing w:before="40" w:after="40"/>
            </w:pPr>
            <w:r w:rsidRPr="00F37AE1">
              <w:t>4. PRS.01.06 Mezun İzleme ve Geri Bildirim Süreci — Mezuniyet ve geri bildirim</w:t>
            </w:r>
          </w:p>
          <w:p w:rsidRPr="00F37AE1" w:rsidR="00623596" w:rsidRDefault="00000000" w14:paraId="72F69054" w14:textId="77777777">
            <w:pPr>
              <w:spacing w:before="40" w:after="40"/>
            </w:pPr>
            <w:r w:rsidRPr="00F37AE1">
              <w:t>5. PRS.04.03 Erasmus ve Değişim Programları Süreci — Uluslararası öğrenci entegrasyonu</w:t>
            </w:r>
          </w:p>
          <w:p w:rsidRPr="00F37AE1" w:rsidR="00623596" w:rsidRDefault="00000000" w14:paraId="780BEB10" w14:textId="77777777">
            <w:pPr>
              <w:spacing w:before="40" w:after="40"/>
            </w:pPr>
            <w:r w:rsidRPr="00F37AE1">
              <w:t>6. PRS.05.02 Kalite Yönetim Süreci — İç değerlendirme ve iyileştirme</w:t>
            </w:r>
          </w:p>
          <w:p w:rsidRPr="00F37AE1" w:rsidR="00623596" w:rsidRDefault="00000000" w14:paraId="7C45AB16" w14:textId="77777777">
            <w:pPr>
              <w:spacing w:before="40" w:after="40"/>
            </w:pPr>
            <w:r w:rsidRPr="00F37AE1">
              <w:t>7. PRS.06.03 İnsan Kaynakları Süreci — Öğretim elemanı görevlendirme</w:t>
            </w:r>
          </w:p>
          <w:p w:rsidRPr="00F37AE1" w:rsidR="00623596" w:rsidRDefault="00000000" w14:paraId="17C168F3" w14:textId="77777777">
            <w:pPr>
              <w:spacing w:before="40" w:after="40"/>
            </w:pPr>
            <w:r w:rsidRPr="00F37AE1">
              <w:t>8. PRS.06.08 Öğrenci Destek Hizmetleri Süreci — Danışmanlık, rehberlik, engelsiz erişim</w:t>
            </w:r>
          </w:p>
        </w:tc>
      </w:tr>
    </w:tbl>
    <w:p w:rsidRPr="00F37AE1" w:rsidR="00B21C5B" w:rsidRDefault="00B21C5B" w14:paraId="05BA0D45" w14:textId="77777777">
      <w:pPr>
        <w:spacing w:before="240" w:after="120"/>
        <w:jc w:val="center"/>
        <w:rPr>
          <w:b/>
          <w:sz w:val="24"/>
        </w:rPr>
      </w:pPr>
    </w:p>
    <w:p w:rsidRPr="00F37AE1" w:rsidR="00623596" w:rsidRDefault="00000000" w14:paraId="50E61848" w14:textId="0EE86D69">
      <w:pPr>
        <w:spacing w:before="240" w:after="120"/>
        <w:jc w:val="center"/>
      </w:pPr>
      <w:r w:rsidRPr="00F37AE1">
        <w:rPr>
          <w:b/>
          <w:sz w:val="24"/>
        </w:rPr>
        <w:lastRenderedPageBreak/>
        <w:t>FAALİYETLER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F37AE1" w:rsidR="00623596" w14:paraId="431103A7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F37AE1" w:rsidR="00623596" w:rsidRDefault="00000000" w14:paraId="263E6763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F1.2.1 Ders Kaydı, İçerik Güncelleme ve İntibak İşlemleri</w:t>
            </w:r>
          </w:p>
        </w:tc>
      </w:tr>
      <w:tr w:rsidRPr="00F37AE1" w:rsidR="00623596" w14:paraId="09C0DE68" w14:textId="77777777">
        <w:trPr>
          <w:jc w:val="center"/>
        </w:trPr>
        <w:tc>
          <w:tcPr>
            <w:tcW w:w="10540" w:type="dxa"/>
            <w:gridSpan w:val="4"/>
          </w:tcPr>
          <w:p w:rsidRPr="00F37AE1" w:rsidR="00623596" w:rsidRDefault="00000000" w14:paraId="7EC5EA77" w14:textId="77777777">
            <w:pPr>
              <w:spacing w:before="40" w:after="40"/>
            </w:pPr>
            <w:r w:rsidRPr="00F37AE1">
              <w:rPr>
                <w:b/>
                <w:bCs/>
              </w:rPr>
              <w:t>Faaliyetin Amacı:</w:t>
            </w:r>
            <w:r w:rsidRPr="00F37AE1">
              <w:t xml:space="preserve"> Eğitim-öğretim hizmetlerinin nitelikli ve paydaşların ihtiyaçlarını karşılayabilecek şekilde sunulmasını, ders kayıt, muafiyet ve intibak işlemlerinin mevzuata uygun yürütülmesini sağlamak</w:t>
            </w:r>
          </w:p>
        </w:tc>
      </w:tr>
      <w:tr w:rsidRPr="00F37AE1" w:rsidR="00623596" w14:paraId="53B01DDB" w14:textId="77777777">
        <w:trPr>
          <w:jc w:val="center"/>
        </w:trPr>
        <w:tc>
          <w:tcPr>
            <w:tcW w:w="10540" w:type="dxa"/>
            <w:gridSpan w:val="4"/>
          </w:tcPr>
          <w:p w:rsidRPr="00F37AE1" w:rsidR="00623596" w:rsidRDefault="00000000" w14:paraId="4720E2F8" w14:textId="77777777">
            <w:pPr>
              <w:spacing w:before="40" w:after="40"/>
            </w:pPr>
            <w:r w:rsidRPr="00F37AE1">
              <w:rPr>
                <w:b/>
                <w:bCs/>
              </w:rPr>
              <w:t>Faaliyetin Yürütüldüğü Birimler:</w:t>
            </w:r>
            <w:r w:rsidRPr="00F37AE1">
              <w:t xml:space="preserve"> Fakülte/YO/MYO/Enstitü, Öğrenci İşleri Daire Başkanlığı</w:t>
            </w:r>
          </w:p>
        </w:tc>
      </w:tr>
      <w:tr w:rsidRPr="00F37AE1" w:rsidR="00623596" w14:paraId="6C6EEC5C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F37AE1" w:rsidR="00623596" w:rsidRDefault="00000000" w14:paraId="26764BA1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F37AE1" w:rsidR="00623596" w:rsidRDefault="00000000" w14:paraId="234016A3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F37AE1" w:rsidR="00623596" w:rsidRDefault="00000000" w14:paraId="6CB13910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F37AE1" w:rsidR="00623596" w:rsidRDefault="00000000" w14:paraId="65E71073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Kayıt Ortamı</w:t>
            </w:r>
          </w:p>
        </w:tc>
      </w:tr>
      <w:tr w:rsidRPr="00F37AE1" w:rsidR="00B21C5B" w:rsidTr="00114A5B" w14:paraId="42447FC0" w14:textId="77777777">
        <w:trPr>
          <w:jc w:val="center"/>
        </w:trPr>
        <w:tc>
          <w:tcPr>
            <w:tcW w:w="2635" w:type="dxa"/>
            <w:vAlign w:val="center"/>
          </w:tcPr>
          <w:p w:rsidRPr="00F37AE1" w:rsidR="00B21C5B" w:rsidP="00114A5B" w:rsidRDefault="00B21C5B" w14:paraId="766E646E" w14:textId="77777777">
            <w:pPr>
              <w:spacing w:before="40" w:after="40"/>
            </w:pPr>
            <w:r w:rsidRPr="00F37AE1">
              <w:t>1. Ders açma taleplerinin yapılması ve değerlendirilmesi</w:t>
            </w:r>
          </w:p>
        </w:tc>
        <w:tc>
          <w:tcPr>
            <w:tcW w:w="2635" w:type="dxa"/>
            <w:vAlign w:val="center"/>
          </w:tcPr>
          <w:p w:rsidRPr="00F37AE1" w:rsidR="00B21C5B" w:rsidP="00114A5B" w:rsidRDefault="00B21C5B" w14:paraId="040FB618" w14:textId="77777777">
            <w:pPr>
              <w:spacing w:before="40" w:after="40"/>
            </w:pPr>
            <w:r w:rsidRPr="00F37AE1">
              <w:t>Anabilim Dalı Başkanı, Bölüm Başkanı</w:t>
            </w:r>
          </w:p>
        </w:tc>
        <w:tc>
          <w:tcPr>
            <w:tcW w:w="2635" w:type="dxa"/>
            <w:vMerge w:val="restart"/>
            <w:vAlign w:val="center"/>
          </w:tcPr>
          <w:p w:rsidRPr="00F37AE1" w:rsidR="00B21C5B" w:rsidP="00B21C5B" w:rsidRDefault="00B21C5B" w14:paraId="278AE1D0" w14:textId="77777777">
            <w:pPr>
              <w:spacing w:before="40" w:after="40"/>
            </w:pPr>
            <w:hyperlink r:id="rId6">
              <w:r w:rsidRPr="00F37AE1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F37AE1">
                <w:rPr>
                  <w:color w:val="0563C1"/>
                  <w:u w:val="single"/>
                </w:rPr>
                <w:t>Önlisans</w:t>
              </w:r>
              <w:proofErr w:type="spellEnd"/>
              <w:r w:rsidRPr="00F37AE1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F37AE1">
              <w:t xml:space="preserve">; </w:t>
            </w:r>
          </w:p>
          <w:p w:rsidRPr="00F37AE1" w:rsidR="00B21C5B" w:rsidP="00B21C5B" w:rsidRDefault="00B21C5B" w14:paraId="1605BF2F" w14:textId="77777777">
            <w:pPr>
              <w:spacing w:before="40" w:after="40"/>
            </w:pPr>
            <w:hyperlink r:id="rId7">
              <w:r w:rsidRPr="00F37AE1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F37AE1">
              <w:t xml:space="preserve">; </w:t>
            </w:r>
          </w:p>
          <w:p w:rsidRPr="00F37AE1" w:rsidR="00B21C5B" w:rsidP="00B21C5B" w:rsidRDefault="00B21C5B" w14:paraId="758420A6" w14:textId="77777777">
            <w:pPr>
              <w:spacing w:before="40" w:after="40"/>
            </w:pPr>
            <w:hyperlink r:id="rId8">
              <w:r w:rsidRPr="00F37AE1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F37AE1">
              <w:t xml:space="preserve">; </w:t>
            </w:r>
          </w:p>
          <w:p w:rsidRPr="00F37AE1" w:rsidR="00B21C5B" w:rsidP="00B21C5B" w:rsidRDefault="00B21C5B" w14:paraId="68E57172" w14:textId="77777777">
            <w:pPr>
              <w:spacing w:before="40" w:after="40"/>
            </w:pPr>
            <w:hyperlink r:id="rId9">
              <w:r w:rsidRPr="00F37AE1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F37AE1">
              <w:t xml:space="preserve">; </w:t>
            </w:r>
          </w:p>
          <w:p w:rsidRPr="00F37AE1" w:rsidR="00B21C5B" w:rsidP="00114A5B" w:rsidRDefault="00B21C5B" w14:paraId="69C95A02" w14:textId="501E6ED6">
            <w:pPr>
              <w:spacing w:before="40" w:after="40"/>
              <w:rPr>
                <w:color w:val="EE0000"/>
              </w:rPr>
            </w:pPr>
            <w:hyperlink r:id="rId10">
              <w:r w:rsidRPr="00F37AE1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F37AE1">
              <w:t>.</w:t>
            </w:r>
          </w:p>
        </w:tc>
        <w:tc>
          <w:tcPr>
            <w:tcW w:w="2635" w:type="dxa"/>
            <w:vAlign w:val="center"/>
          </w:tcPr>
          <w:p w:rsidRPr="00F37AE1" w:rsidR="00B21C5B" w:rsidP="00114A5B" w:rsidRDefault="00B21C5B" w14:paraId="6C8EEDC5" w14:textId="77777777">
            <w:pPr>
              <w:spacing w:before="40" w:after="40"/>
            </w:pPr>
            <w:r w:rsidRPr="00F37AE1">
              <w:t>EBYS</w:t>
            </w:r>
          </w:p>
        </w:tc>
      </w:tr>
      <w:tr w:rsidRPr="00F37AE1" w:rsidR="00B21C5B" w:rsidTr="00114A5B" w14:paraId="7BA5216E" w14:textId="77777777">
        <w:trPr>
          <w:jc w:val="center"/>
        </w:trPr>
        <w:tc>
          <w:tcPr>
            <w:tcW w:w="2635" w:type="dxa"/>
            <w:vAlign w:val="center"/>
          </w:tcPr>
          <w:p w:rsidRPr="00F37AE1" w:rsidR="00B21C5B" w:rsidP="00114A5B" w:rsidRDefault="00B21C5B" w14:paraId="58E5B2DA" w14:textId="77777777">
            <w:pPr>
              <w:spacing w:before="40" w:after="40"/>
            </w:pPr>
            <w:r w:rsidRPr="00F37AE1">
              <w:t>2. Program ve ders içeriklerinin güncellenmesi</w:t>
            </w:r>
          </w:p>
        </w:tc>
        <w:tc>
          <w:tcPr>
            <w:tcW w:w="2635" w:type="dxa"/>
            <w:vAlign w:val="center"/>
          </w:tcPr>
          <w:p w:rsidRPr="00F37AE1" w:rsidR="00B21C5B" w:rsidP="00114A5B" w:rsidRDefault="00B21C5B" w14:paraId="7F0B47AF" w14:textId="77777777">
            <w:pPr>
              <w:spacing w:before="40" w:after="40"/>
            </w:pPr>
            <w:r w:rsidRPr="00F37AE1">
              <w:t>Öğretim Elemanı, Bölüm Başkanı</w:t>
            </w:r>
          </w:p>
        </w:tc>
        <w:tc>
          <w:tcPr>
            <w:tcW w:w="2635" w:type="dxa"/>
            <w:vMerge/>
            <w:vAlign w:val="center"/>
          </w:tcPr>
          <w:p w:rsidRPr="00F37AE1" w:rsidR="00B21C5B" w:rsidP="00114A5B" w:rsidRDefault="00B21C5B" w14:paraId="6EC9F364" w14:textId="1C8B7A0D">
            <w:pPr>
              <w:spacing w:before="40" w:after="40"/>
              <w:rPr>
                <w:color w:val="EE0000"/>
              </w:rPr>
            </w:pPr>
          </w:p>
        </w:tc>
        <w:tc>
          <w:tcPr>
            <w:tcW w:w="2635" w:type="dxa"/>
            <w:vAlign w:val="center"/>
          </w:tcPr>
          <w:p w:rsidRPr="00F37AE1" w:rsidR="00B21C5B" w:rsidP="00114A5B" w:rsidRDefault="00B21C5B" w14:paraId="548B360B" w14:textId="7FA15536">
            <w:pPr>
              <w:spacing w:before="40" w:after="40"/>
            </w:pPr>
            <w:r w:rsidRPr="00F37AE1">
              <w:t xml:space="preserve">UBS, </w:t>
            </w:r>
            <w:r w:rsidRPr="00F37AE1" w:rsidR="00412C92">
              <w:t>Bologna Ders Bilgi Paketi</w:t>
            </w:r>
          </w:p>
        </w:tc>
      </w:tr>
      <w:tr w:rsidRPr="00F37AE1" w:rsidR="00623596" w:rsidTr="00114A5B" w14:paraId="47C247B5" w14:textId="77777777">
        <w:trPr>
          <w:jc w:val="center"/>
        </w:trPr>
        <w:tc>
          <w:tcPr>
            <w:tcW w:w="2635" w:type="dxa"/>
            <w:vAlign w:val="center"/>
          </w:tcPr>
          <w:p w:rsidRPr="00F37AE1" w:rsidR="00623596" w:rsidP="00114A5B" w:rsidRDefault="00000000" w14:paraId="09006636" w14:textId="77777777">
            <w:pPr>
              <w:spacing w:before="40" w:after="40"/>
            </w:pPr>
            <w:r w:rsidRPr="00F37AE1">
              <w:t>3. Haftalık ders içeriklerinin hazırlanması ve duyurulması</w:t>
            </w:r>
          </w:p>
        </w:tc>
        <w:tc>
          <w:tcPr>
            <w:tcW w:w="2635" w:type="dxa"/>
            <w:vAlign w:val="center"/>
          </w:tcPr>
          <w:p w:rsidRPr="00F37AE1" w:rsidR="00623596" w:rsidP="00114A5B" w:rsidRDefault="00000000" w14:paraId="6F5DD2A6" w14:textId="77777777">
            <w:pPr>
              <w:spacing w:before="40" w:after="40"/>
            </w:pPr>
            <w:r w:rsidRPr="00F37AE1">
              <w:t>Öğretim Elemanı</w:t>
            </w:r>
          </w:p>
        </w:tc>
        <w:tc>
          <w:tcPr>
            <w:tcW w:w="2635" w:type="dxa"/>
            <w:vAlign w:val="center"/>
          </w:tcPr>
          <w:p w:rsidRPr="00F37AE1" w:rsidR="00623596" w:rsidP="00114A5B" w:rsidRDefault="00B21C5B" w14:paraId="7D670A82" w14:textId="5089BC1A">
            <w:pPr>
              <w:spacing w:before="40" w:after="40"/>
            </w:pPr>
            <w:r w:rsidRPr="00F37AE1">
              <w:t>UBS (Öğrenci Bilgi Sistemi)</w:t>
            </w:r>
          </w:p>
        </w:tc>
        <w:tc>
          <w:tcPr>
            <w:tcW w:w="2635" w:type="dxa"/>
            <w:vAlign w:val="center"/>
          </w:tcPr>
          <w:p w:rsidRPr="00F37AE1" w:rsidR="00623596" w:rsidP="00114A5B" w:rsidRDefault="00000000" w14:paraId="750B261E" w14:textId="0CDA75FA">
            <w:pPr>
              <w:spacing w:before="40" w:after="40"/>
            </w:pPr>
            <w:r w:rsidRPr="00F37AE1">
              <w:t>Birim Web Sayfası, UZEM</w:t>
            </w:r>
          </w:p>
        </w:tc>
      </w:tr>
      <w:tr w:rsidRPr="00F37AE1" w:rsidR="00623596" w:rsidTr="00114A5B" w14:paraId="2BD8EC7B" w14:textId="77777777">
        <w:trPr>
          <w:jc w:val="center"/>
        </w:trPr>
        <w:tc>
          <w:tcPr>
            <w:tcW w:w="2635" w:type="dxa"/>
            <w:vAlign w:val="center"/>
          </w:tcPr>
          <w:p w:rsidRPr="00F37AE1" w:rsidR="00623596" w:rsidP="00114A5B" w:rsidRDefault="00000000" w14:paraId="0345B982" w14:textId="77777777">
            <w:pPr>
              <w:spacing w:before="40" w:after="40"/>
            </w:pPr>
            <w:r w:rsidRPr="00F37AE1">
              <w:t>4. Ders muafiyet ve intibak işlemlerinin tamamlanması</w:t>
            </w:r>
          </w:p>
        </w:tc>
        <w:tc>
          <w:tcPr>
            <w:tcW w:w="2635" w:type="dxa"/>
            <w:vAlign w:val="center"/>
          </w:tcPr>
          <w:p w:rsidRPr="00F37AE1" w:rsidR="00623596" w:rsidP="00114A5B" w:rsidRDefault="00000000" w14:paraId="24EA6008" w14:textId="77777777">
            <w:pPr>
              <w:spacing w:before="40" w:after="40"/>
            </w:pPr>
            <w:r w:rsidRPr="00F37AE1">
              <w:t>Muafiyet ve İntibak Komisyonu</w:t>
            </w:r>
          </w:p>
        </w:tc>
        <w:tc>
          <w:tcPr>
            <w:tcW w:w="2635" w:type="dxa"/>
            <w:vAlign w:val="center"/>
          </w:tcPr>
          <w:p w:rsidRPr="00F37AE1" w:rsidR="00623596" w:rsidP="00114A5B" w:rsidRDefault="00623596" w14:paraId="4E72E867" w14:textId="3A4051AA">
            <w:pPr>
              <w:spacing w:before="40" w:after="40"/>
              <w:rPr>
                <w:color w:val="EE0000"/>
              </w:rPr>
            </w:pPr>
            <w:hyperlink r:id="rId11">
              <w:r w:rsidRPr="00F37AE1">
                <w:rPr>
                  <w:color w:val="0563C1"/>
                  <w:u w:val="single"/>
                </w:rPr>
                <w:t>GRÜ Ders Muafiyeti ve İntibak İşlemleri Yönergesi</w:t>
              </w:r>
            </w:hyperlink>
            <w:r w:rsidRPr="00F37AE1" w:rsidR="00000000">
              <w:rPr>
                <w:color w:val="EE0000"/>
              </w:rPr>
              <w:t xml:space="preserve"> </w:t>
            </w:r>
          </w:p>
        </w:tc>
        <w:tc>
          <w:tcPr>
            <w:tcW w:w="2635" w:type="dxa"/>
            <w:vAlign w:val="center"/>
          </w:tcPr>
          <w:p w:rsidRPr="00F37AE1" w:rsidR="00623596" w:rsidP="00114A5B" w:rsidRDefault="00000000" w14:paraId="294A8B90" w14:textId="77777777">
            <w:pPr>
              <w:spacing w:before="40" w:after="40"/>
            </w:pPr>
            <w:r w:rsidRPr="00F37AE1">
              <w:t>EBYS</w:t>
            </w:r>
          </w:p>
        </w:tc>
      </w:tr>
      <w:tr w:rsidRPr="00F37AE1" w:rsidR="00B21C5B" w:rsidTr="009D1AE1" w14:paraId="4F41CBF4" w14:textId="77777777">
        <w:trPr>
          <w:jc w:val="center"/>
        </w:trPr>
        <w:tc>
          <w:tcPr>
            <w:tcW w:w="2635" w:type="dxa"/>
            <w:vAlign w:val="center"/>
          </w:tcPr>
          <w:p w:rsidRPr="00F37AE1" w:rsidR="00B21C5B" w:rsidP="00B21C5B" w:rsidRDefault="00B21C5B" w14:paraId="3BF4E401" w14:textId="43587933">
            <w:pPr>
              <w:spacing w:before="40" w:after="40"/>
            </w:pPr>
            <w:r w:rsidRPr="00F37AE1">
              <w:t>5. Öğrenci ders kayıt işlemlerinin gerçekleştirilmesi</w:t>
            </w:r>
            <w:r w:rsidR="00F37AE1">
              <w:t xml:space="preserve"> </w:t>
            </w:r>
          </w:p>
        </w:tc>
        <w:tc>
          <w:tcPr>
            <w:tcW w:w="2635" w:type="dxa"/>
            <w:vAlign w:val="center"/>
          </w:tcPr>
          <w:p w:rsidRPr="00F37AE1" w:rsidR="00B21C5B" w:rsidP="00B21C5B" w:rsidRDefault="00B21C5B" w14:paraId="3CDBD27B" w14:textId="77777777">
            <w:pPr>
              <w:spacing w:before="40" w:after="40"/>
            </w:pPr>
            <w:r w:rsidRPr="00F37AE1">
              <w:t>Öğrenci İşleri Daire Bk., Danışman</w:t>
            </w:r>
          </w:p>
        </w:tc>
        <w:tc>
          <w:tcPr>
            <w:tcW w:w="2635" w:type="dxa"/>
            <w:vMerge w:val="restart"/>
          </w:tcPr>
          <w:p w:rsidRPr="00F37AE1" w:rsidR="00B21C5B" w:rsidP="00B21C5B" w:rsidRDefault="00B21C5B" w14:paraId="62E94D7B" w14:textId="77777777">
            <w:pPr>
              <w:spacing w:before="40" w:after="40"/>
            </w:pPr>
            <w:hyperlink r:id="rId12">
              <w:r w:rsidRPr="00F37AE1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F37AE1">
                <w:rPr>
                  <w:color w:val="0563C1"/>
                  <w:u w:val="single"/>
                </w:rPr>
                <w:t>Önlisans</w:t>
              </w:r>
              <w:proofErr w:type="spellEnd"/>
              <w:r w:rsidRPr="00F37AE1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F37AE1">
              <w:t xml:space="preserve">; </w:t>
            </w:r>
          </w:p>
          <w:p w:rsidRPr="00F37AE1" w:rsidR="00B21C5B" w:rsidP="00B21C5B" w:rsidRDefault="00B21C5B" w14:paraId="2B4E4665" w14:textId="77777777">
            <w:pPr>
              <w:spacing w:before="40" w:after="40"/>
            </w:pPr>
            <w:hyperlink r:id="rId13">
              <w:r w:rsidRPr="00F37AE1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F37AE1">
              <w:t xml:space="preserve">; </w:t>
            </w:r>
          </w:p>
          <w:p w:rsidRPr="00F37AE1" w:rsidR="00B21C5B" w:rsidP="00B21C5B" w:rsidRDefault="00B21C5B" w14:paraId="74EF5AF1" w14:textId="77777777">
            <w:pPr>
              <w:spacing w:before="40" w:after="40"/>
            </w:pPr>
            <w:hyperlink r:id="rId14">
              <w:r w:rsidRPr="00F37AE1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F37AE1">
              <w:t xml:space="preserve">; </w:t>
            </w:r>
          </w:p>
          <w:p w:rsidRPr="00F37AE1" w:rsidR="00B21C5B" w:rsidP="00B21C5B" w:rsidRDefault="00B21C5B" w14:paraId="1D80CFFB" w14:textId="77777777">
            <w:pPr>
              <w:spacing w:before="40" w:after="40"/>
            </w:pPr>
            <w:hyperlink r:id="rId15">
              <w:r w:rsidRPr="00F37AE1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F37AE1">
              <w:t xml:space="preserve">; </w:t>
            </w:r>
          </w:p>
          <w:p w:rsidRPr="00F37AE1" w:rsidR="00B21C5B" w:rsidP="00B21C5B" w:rsidRDefault="00B21C5B" w14:paraId="58268389" w14:textId="71B79065">
            <w:pPr>
              <w:spacing w:before="40" w:after="40"/>
              <w:rPr>
                <w:color w:val="EE0000"/>
              </w:rPr>
            </w:pPr>
            <w:hyperlink r:id="rId16">
              <w:r w:rsidRPr="00F37AE1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F37AE1">
              <w:t>.</w:t>
            </w:r>
          </w:p>
        </w:tc>
        <w:tc>
          <w:tcPr>
            <w:tcW w:w="2635" w:type="dxa"/>
            <w:vAlign w:val="center"/>
          </w:tcPr>
          <w:p w:rsidRPr="00F37AE1" w:rsidR="00B21C5B" w:rsidP="00B21C5B" w:rsidRDefault="00B21C5B" w14:paraId="58910A37" w14:textId="77777777">
            <w:pPr>
              <w:spacing w:before="40" w:after="40"/>
            </w:pPr>
            <w:r w:rsidRPr="00F37AE1">
              <w:t>UBS</w:t>
            </w:r>
          </w:p>
        </w:tc>
      </w:tr>
      <w:tr w:rsidRPr="00F37AE1" w:rsidR="00B21C5B" w:rsidTr="009D1AE1" w14:paraId="111273C8" w14:textId="77777777">
        <w:trPr>
          <w:jc w:val="center"/>
        </w:trPr>
        <w:tc>
          <w:tcPr>
            <w:tcW w:w="2635" w:type="dxa"/>
            <w:vAlign w:val="center"/>
          </w:tcPr>
          <w:p w:rsidRPr="00F37AE1" w:rsidR="00B21C5B" w:rsidP="00B21C5B" w:rsidRDefault="00B21C5B" w14:paraId="2A3A1FAA" w14:textId="77777777">
            <w:pPr>
              <w:spacing w:before="40" w:after="40"/>
            </w:pPr>
            <w:r w:rsidRPr="00F37AE1">
              <w:t>6. Ders görevlendirmelerinin yapılması</w:t>
            </w:r>
          </w:p>
        </w:tc>
        <w:tc>
          <w:tcPr>
            <w:tcW w:w="2635" w:type="dxa"/>
            <w:vAlign w:val="center"/>
          </w:tcPr>
          <w:p w:rsidRPr="00F37AE1" w:rsidR="00B21C5B" w:rsidP="00B21C5B" w:rsidRDefault="00B21C5B" w14:paraId="12DD964D" w14:textId="2DD6E596">
            <w:pPr>
              <w:spacing w:before="40" w:after="40"/>
            </w:pPr>
            <w:r w:rsidRPr="00F37AE1">
              <w:t>Dekan</w:t>
            </w:r>
            <w:r w:rsidR="00F37AE1">
              <w:t>/Müdür</w:t>
            </w:r>
            <w:r w:rsidRPr="00F37AE1">
              <w:t>, Bölüm Başkanı</w:t>
            </w:r>
          </w:p>
        </w:tc>
        <w:tc>
          <w:tcPr>
            <w:tcW w:w="2635" w:type="dxa"/>
            <w:vMerge/>
          </w:tcPr>
          <w:p w:rsidRPr="00F37AE1" w:rsidR="00B21C5B" w:rsidP="00B21C5B" w:rsidRDefault="00B21C5B" w14:paraId="59DBBDC5" w14:textId="2E50FE88">
            <w:pPr>
              <w:spacing w:before="40" w:after="40"/>
            </w:pPr>
          </w:p>
        </w:tc>
        <w:tc>
          <w:tcPr>
            <w:tcW w:w="2635" w:type="dxa"/>
            <w:vAlign w:val="center"/>
          </w:tcPr>
          <w:p w:rsidRPr="00F37AE1" w:rsidR="00B21C5B" w:rsidP="00B21C5B" w:rsidRDefault="00B21C5B" w14:paraId="5E0C1870" w14:textId="77777777">
            <w:pPr>
              <w:spacing w:before="40" w:after="40"/>
            </w:pPr>
            <w:r w:rsidRPr="00F37AE1">
              <w:t>EBYS</w:t>
            </w:r>
          </w:p>
        </w:tc>
      </w:tr>
      <w:tr w:rsidRPr="00F37AE1" w:rsidR="00623596" w:rsidTr="00114A5B" w14:paraId="4334FB75" w14:textId="77777777">
        <w:trPr>
          <w:jc w:val="center"/>
        </w:trPr>
        <w:tc>
          <w:tcPr>
            <w:tcW w:w="2635" w:type="dxa"/>
            <w:vAlign w:val="center"/>
          </w:tcPr>
          <w:p w:rsidRPr="00F37AE1" w:rsidR="00623596" w:rsidP="00114A5B" w:rsidRDefault="00000000" w14:paraId="0BF07323" w14:textId="77777777">
            <w:pPr>
              <w:spacing w:before="40" w:after="40"/>
            </w:pPr>
            <w:r w:rsidRPr="00F37AE1">
              <w:t>7. Bilgilendirme ve duyuru işlemlerinin yapılması</w:t>
            </w:r>
          </w:p>
        </w:tc>
        <w:tc>
          <w:tcPr>
            <w:tcW w:w="2635" w:type="dxa"/>
            <w:vAlign w:val="center"/>
          </w:tcPr>
          <w:p w:rsidRPr="00F37AE1" w:rsidR="00623596" w:rsidP="00114A5B" w:rsidRDefault="00F37AE1" w14:paraId="227DB107" w14:textId="1A29D0DD">
            <w:pPr>
              <w:spacing w:before="40" w:after="40"/>
            </w:pPr>
            <w:r>
              <w:t>MYO/YO</w:t>
            </w:r>
            <w:r>
              <w:t>/</w:t>
            </w:r>
            <w:r w:rsidRPr="00F37AE1" w:rsidR="00000000">
              <w:t>Fakülte/Enstitü Sekreteri</w:t>
            </w:r>
          </w:p>
        </w:tc>
        <w:tc>
          <w:tcPr>
            <w:tcW w:w="2635" w:type="dxa"/>
            <w:vAlign w:val="center"/>
          </w:tcPr>
          <w:p w:rsidRPr="00F37AE1" w:rsidR="00623596" w:rsidP="00114A5B" w:rsidRDefault="00B21C5B" w14:paraId="4AFD0C92" w14:textId="5C207F14">
            <w:pPr>
              <w:spacing w:before="40" w:after="40"/>
              <w:rPr>
                <w:color w:val="000000" w:themeColor="text1"/>
              </w:rPr>
            </w:pPr>
            <w:r w:rsidRPr="00F37AE1">
              <w:rPr>
                <w:color w:val="000000" w:themeColor="text1"/>
              </w:rPr>
              <w:t>EBYS</w:t>
            </w:r>
          </w:p>
        </w:tc>
        <w:tc>
          <w:tcPr>
            <w:tcW w:w="2635" w:type="dxa"/>
            <w:vAlign w:val="center"/>
          </w:tcPr>
          <w:p w:rsidRPr="00F37AE1" w:rsidR="00623596" w:rsidP="00114A5B" w:rsidRDefault="00000000" w14:paraId="68D80B43" w14:textId="77777777">
            <w:pPr>
              <w:spacing w:before="40" w:after="40"/>
            </w:pPr>
            <w:r w:rsidRPr="00F37AE1">
              <w:t>Elektronik Ortam</w:t>
            </w:r>
          </w:p>
        </w:tc>
      </w:tr>
      <w:tr w:rsidRPr="00F37AE1" w:rsidR="00623596" w14:paraId="24D8BC4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7AE1" w:rsidR="00623596" w:rsidRDefault="00000000" w14:paraId="629F837B" w14:textId="77777777">
            <w:pPr>
              <w:spacing w:before="40" w:after="40"/>
              <w:rPr>
                <w:b/>
                <w:bCs/>
              </w:rPr>
            </w:pPr>
            <w:r w:rsidRPr="00F37AE1">
              <w:rPr>
                <w:b/>
                <w:bCs/>
              </w:rPr>
              <w:t>İzleme Kriterleri:</w:t>
            </w:r>
          </w:p>
          <w:p w:rsidRPr="00F37AE1" w:rsidR="00623596" w:rsidRDefault="00000000" w14:paraId="1C83E692" w14:textId="77777777">
            <w:pPr>
              <w:spacing w:before="40" w:after="40"/>
            </w:pPr>
            <w:r w:rsidRPr="00F37AE1">
              <w:t>1. Hatalı yapılan ders intibak işlemi sayısı</w:t>
            </w:r>
          </w:p>
          <w:p w:rsidRPr="00F37AE1" w:rsidR="00623596" w:rsidRDefault="00000000" w14:paraId="0B311D33" w14:textId="77777777">
            <w:pPr>
              <w:spacing w:before="40" w:after="40"/>
            </w:pPr>
            <w:r w:rsidRPr="00F37AE1">
              <w:t>2. EBYS/Bologna’ya aktarılmamış güncellenen ders içeriklerinin sayısı</w:t>
            </w:r>
          </w:p>
          <w:p w:rsidRPr="00F37AE1" w:rsidR="00623596" w:rsidRDefault="00000000" w14:paraId="7639DCCE" w14:textId="77777777">
            <w:pPr>
              <w:spacing w:before="40" w:after="40"/>
            </w:pPr>
            <w:r w:rsidRPr="00F37AE1">
              <w:lastRenderedPageBreak/>
              <w:t>3. Program kazanımları ile uyumlaştırılmamış ders çıktıları sayısı</w:t>
            </w:r>
          </w:p>
        </w:tc>
      </w:tr>
      <w:tr w:rsidRPr="00F37AE1" w:rsidR="00623596" w14:paraId="0345C8B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7AE1" w:rsidR="00623596" w:rsidRDefault="00000000" w14:paraId="29BBC9C9" w14:textId="77777777">
            <w:pPr>
              <w:spacing w:before="40" w:after="40"/>
              <w:rPr>
                <w:b/>
                <w:bCs/>
              </w:rPr>
            </w:pPr>
            <w:r w:rsidRPr="00F37AE1">
              <w:rPr>
                <w:b/>
                <w:bCs/>
              </w:rPr>
              <w:lastRenderedPageBreak/>
              <w:t>Riskler:</w:t>
            </w:r>
          </w:p>
          <w:p w:rsidRPr="00F37AE1" w:rsidR="00623596" w:rsidRDefault="00000000" w14:paraId="2438DD44" w14:textId="77777777">
            <w:pPr>
              <w:spacing w:before="40" w:after="40"/>
            </w:pPr>
            <w:r w:rsidRPr="00F37AE1">
              <w:t>1. Program ve ders içeriklerinin zamanında güncellenmemesi nedeniyle öğrencinin yanlış derse kayıtlanması</w:t>
            </w:r>
          </w:p>
          <w:p w:rsidRPr="00F37AE1" w:rsidR="00623596" w:rsidRDefault="00000000" w14:paraId="348D4ADA" w14:textId="77777777">
            <w:pPr>
              <w:spacing w:before="40" w:after="40"/>
            </w:pPr>
            <w:r w:rsidRPr="00F37AE1">
              <w:t>2. Muafiyet/intibak işlemlerinin geç yapılması nedeniyle öğrencilerin derslere geç başlaması</w:t>
            </w:r>
          </w:p>
          <w:p w:rsidRPr="00F37AE1" w:rsidR="00623596" w:rsidRDefault="00000000" w14:paraId="2B7D5C2C" w14:textId="77777777">
            <w:pPr>
              <w:spacing w:before="40" w:after="40"/>
            </w:pPr>
            <w:r w:rsidRPr="00F37AE1">
              <w:t>3. Öğretim elemanlarının tutumu sebebiyle program çıktısına katkısı bulunmayan derslerin müfredatta yer alması</w:t>
            </w:r>
          </w:p>
        </w:tc>
      </w:tr>
      <w:tr w:rsidRPr="00F37AE1" w:rsidR="00623596" w14:paraId="0AC3873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7AE1" w:rsidR="00623596" w:rsidRDefault="00000000" w14:paraId="27311DCC" w14:textId="77777777">
            <w:pPr>
              <w:spacing w:before="40" w:after="40"/>
            </w:pPr>
            <w:r w:rsidRPr="00F37AE1">
              <w:rPr>
                <w:b/>
                <w:bCs/>
              </w:rPr>
              <w:t>Fırsatlar</w:t>
            </w:r>
            <w:r w:rsidRPr="00F37AE1">
              <w:t>:</w:t>
            </w:r>
          </w:p>
          <w:p w:rsidRPr="00F37AE1" w:rsidR="00623596" w:rsidRDefault="00000000" w14:paraId="2250D961" w14:textId="77777777">
            <w:pPr>
              <w:spacing w:before="40" w:after="40"/>
            </w:pPr>
            <w:r w:rsidRPr="00F37AE1">
              <w:t>1. Bologna Bilgi Paketi ile eşzamanlı güncellemenin uluslararası şeffaflığı artırması</w:t>
            </w:r>
          </w:p>
          <w:p w:rsidRPr="00F37AE1" w:rsidR="00623596" w:rsidRDefault="00000000" w14:paraId="12B0268C" w14:textId="77777777">
            <w:pPr>
              <w:spacing w:before="40" w:after="40"/>
            </w:pPr>
            <w:r w:rsidRPr="00F37AE1">
              <w:t>2. Dijital kayıt sistemlerinin işlem hızını ve doğruluğunu yükseltmesi</w:t>
            </w:r>
          </w:p>
        </w:tc>
      </w:tr>
    </w:tbl>
    <w:p w:rsidRPr="00F37AE1" w:rsidR="00114A5B" w:rsidRDefault="00114A5B" w14:paraId="0CC25FE0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F37AE1" w:rsidR="00623596" w14:paraId="263D46AF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F37AE1" w:rsidR="00623596" w:rsidRDefault="00000000" w14:paraId="0428A48C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F1.2.2 Ders Uygulama, Staj ve İş Yeri Eğitimi</w:t>
            </w:r>
          </w:p>
        </w:tc>
      </w:tr>
      <w:tr w:rsidRPr="00F37AE1" w:rsidR="00623596" w14:paraId="3E051E0E" w14:textId="77777777">
        <w:trPr>
          <w:jc w:val="center"/>
        </w:trPr>
        <w:tc>
          <w:tcPr>
            <w:tcW w:w="10540" w:type="dxa"/>
            <w:gridSpan w:val="4"/>
          </w:tcPr>
          <w:p w:rsidRPr="00F37AE1" w:rsidR="00623596" w:rsidRDefault="00000000" w14:paraId="17CD676A" w14:textId="77777777">
            <w:pPr>
              <w:spacing w:before="40" w:after="40"/>
            </w:pPr>
            <w:r w:rsidRPr="00F37AE1">
              <w:rPr>
                <w:b/>
                <w:bCs/>
              </w:rPr>
              <w:t>Faaliyetin Amacı:</w:t>
            </w:r>
            <w:r w:rsidRPr="00F37AE1">
              <w:t xml:space="preserve"> Eğitim-öğretim sürecini stratejik plana uygun olarak yürütmek, ders materyallerinin hazırlanmasını, staj ve iş yeri eğitimi danışmanlığını sağlamak</w:t>
            </w:r>
          </w:p>
        </w:tc>
      </w:tr>
      <w:tr w:rsidRPr="00F37AE1" w:rsidR="00623596" w14:paraId="0438DC51" w14:textId="77777777">
        <w:trPr>
          <w:jc w:val="center"/>
        </w:trPr>
        <w:tc>
          <w:tcPr>
            <w:tcW w:w="10540" w:type="dxa"/>
            <w:gridSpan w:val="4"/>
          </w:tcPr>
          <w:p w:rsidRPr="00F37AE1" w:rsidR="00623596" w:rsidRDefault="00000000" w14:paraId="655EE30A" w14:textId="77777777">
            <w:pPr>
              <w:spacing w:before="40" w:after="40"/>
            </w:pPr>
            <w:r w:rsidRPr="00F37AE1">
              <w:rPr>
                <w:b/>
                <w:bCs/>
              </w:rPr>
              <w:t>Faaliyetin Yürütüldüğü Birimler:</w:t>
            </w:r>
            <w:r w:rsidRPr="00F37AE1">
              <w:t xml:space="preserve"> Fakülte/YO/MYO/Enstitü, GÜ Uzaktan Eğitim Uygulama ve Araştırma Merkezi (UZEM)</w:t>
            </w:r>
          </w:p>
        </w:tc>
      </w:tr>
      <w:tr w:rsidRPr="00F37AE1" w:rsidR="00623596" w14:paraId="19691C3F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F37AE1" w:rsidR="00623596" w:rsidRDefault="00000000" w14:paraId="1468AF33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F37AE1" w:rsidR="00623596" w:rsidRDefault="00000000" w14:paraId="0F15EB9B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F37AE1" w:rsidR="00623596" w:rsidRDefault="00000000" w14:paraId="56FC5600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F37AE1" w:rsidR="00623596" w:rsidRDefault="00000000" w14:paraId="297C1CC9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Kayıt Ortamı</w:t>
            </w:r>
          </w:p>
        </w:tc>
      </w:tr>
      <w:tr w:rsidRPr="00F37AE1" w:rsidR="00623596" w:rsidTr="00114A5B" w14:paraId="7E5C966F" w14:textId="77777777">
        <w:trPr>
          <w:jc w:val="center"/>
        </w:trPr>
        <w:tc>
          <w:tcPr>
            <w:tcW w:w="2635" w:type="dxa"/>
            <w:vAlign w:val="center"/>
          </w:tcPr>
          <w:p w:rsidRPr="00F37AE1" w:rsidR="00623596" w:rsidP="00114A5B" w:rsidRDefault="00000000" w14:paraId="706D4C77" w14:textId="77777777">
            <w:pPr>
              <w:spacing w:before="40" w:after="40"/>
            </w:pPr>
            <w:r w:rsidRPr="00F37AE1">
              <w:t>1. Ders materyallerinin hazırlanması ve Öğrenme Yönetim Sistemine yüklenmesi</w:t>
            </w:r>
          </w:p>
        </w:tc>
        <w:tc>
          <w:tcPr>
            <w:tcW w:w="2635" w:type="dxa"/>
            <w:vAlign w:val="center"/>
          </w:tcPr>
          <w:p w:rsidRPr="00F37AE1" w:rsidR="00623596" w:rsidP="00114A5B" w:rsidRDefault="00000000" w14:paraId="2C1B582F" w14:textId="77777777">
            <w:pPr>
              <w:spacing w:before="40" w:after="40"/>
            </w:pPr>
            <w:r w:rsidRPr="00F37AE1">
              <w:t>Öğretim Elemanı</w:t>
            </w:r>
          </w:p>
        </w:tc>
        <w:tc>
          <w:tcPr>
            <w:tcW w:w="2635" w:type="dxa"/>
            <w:vAlign w:val="center"/>
          </w:tcPr>
          <w:p w:rsidRPr="00F37AE1" w:rsidR="00B21C5B" w:rsidP="00B21C5B" w:rsidRDefault="00B21C5B" w14:paraId="0E64AB32" w14:textId="77777777">
            <w:pPr>
              <w:spacing w:before="40" w:after="40"/>
            </w:pPr>
            <w:hyperlink r:id="rId17">
              <w:r w:rsidRPr="00F37AE1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F37AE1">
                <w:rPr>
                  <w:color w:val="0563C1"/>
                  <w:u w:val="single"/>
                </w:rPr>
                <w:t>Önlisans</w:t>
              </w:r>
              <w:proofErr w:type="spellEnd"/>
              <w:r w:rsidRPr="00F37AE1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F37AE1">
              <w:t xml:space="preserve">; </w:t>
            </w:r>
          </w:p>
          <w:p w:rsidRPr="00F37AE1" w:rsidR="00B21C5B" w:rsidP="00B21C5B" w:rsidRDefault="00B21C5B" w14:paraId="47084F24" w14:textId="77777777">
            <w:pPr>
              <w:spacing w:before="40" w:after="40"/>
            </w:pPr>
            <w:hyperlink r:id="rId18">
              <w:r w:rsidRPr="00F37AE1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F37AE1">
              <w:t xml:space="preserve">; </w:t>
            </w:r>
          </w:p>
          <w:p w:rsidRPr="00F37AE1" w:rsidR="00B21C5B" w:rsidP="00B21C5B" w:rsidRDefault="00B21C5B" w14:paraId="24D0F7D7" w14:textId="77777777">
            <w:pPr>
              <w:spacing w:before="40" w:after="40"/>
            </w:pPr>
            <w:hyperlink r:id="rId19">
              <w:r w:rsidRPr="00F37AE1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F37AE1">
              <w:t xml:space="preserve">; </w:t>
            </w:r>
          </w:p>
          <w:p w:rsidRPr="00F37AE1" w:rsidR="00B21C5B" w:rsidP="00B21C5B" w:rsidRDefault="00B21C5B" w14:paraId="7FC0ABD3" w14:textId="77777777">
            <w:pPr>
              <w:spacing w:before="40" w:after="40"/>
            </w:pPr>
            <w:hyperlink r:id="rId20">
              <w:r w:rsidRPr="00F37AE1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F37AE1">
              <w:t xml:space="preserve">; </w:t>
            </w:r>
          </w:p>
          <w:p w:rsidRPr="00F37AE1" w:rsidR="00623596" w:rsidP="00B21C5B" w:rsidRDefault="00B21C5B" w14:paraId="3012CC95" w14:textId="1D8CAAC0">
            <w:pPr>
              <w:spacing w:before="40" w:after="40"/>
              <w:rPr>
                <w:color w:val="EE0000"/>
              </w:rPr>
            </w:pPr>
            <w:hyperlink r:id="rId21">
              <w:r w:rsidRPr="00F37AE1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F37AE1">
              <w:t>.</w:t>
            </w:r>
          </w:p>
        </w:tc>
        <w:tc>
          <w:tcPr>
            <w:tcW w:w="2635" w:type="dxa"/>
            <w:vAlign w:val="center"/>
          </w:tcPr>
          <w:p w:rsidRPr="00F37AE1" w:rsidR="00623596" w:rsidP="00114A5B" w:rsidRDefault="00000000" w14:paraId="5C3F2ADF" w14:textId="2CB90C21">
            <w:pPr>
              <w:spacing w:before="40" w:after="40"/>
            </w:pPr>
            <w:r w:rsidRPr="00F37AE1">
              <w:t>UZEM, Elektronik Ortam</w:t>
            </w:r>
          </w:p>
        </w:tc>
      </w:tr>
      <w:tr w:rsidRPr="00F37AE1" w:rsidR="00623596" w:rsidTr="00114A5B" w14:paraId="214F415E" w14:textId="77777777">
        <w:trPr>
          <w:jc w:val="center"/>
        </w:trPr>
        <w:tc>
          <w:tcPr>
            <w:tcW w:w="2635" w:type="dxa"/>
            <w:vAlign w:val="center"/>
          </w:tcPr>
          <w:p w:rsidRPr="00F37AE1" w:rsidR="00623596" w:rsidP="00114A5B" w:rsidRDefault="00000000" w14:paraId="41040FF8" w14:textId="77777777">
            <w:pPr>
              <w:spacing w:before="40" w:after="40"/>
            </w:pPr>
            <w:r w:rsidRPr="00F37AE1">
              <w:t>2. Online/uzaktan dersler için içeriklerin geliştirilmesi</w:t>
            </w:r>
          </w:p>
        </w:tc>
        <w:tc>
          <w:tcPr>
            <w:tcW w:w="2635" w:type="dxa"/>
            <w:vAlign w:val="center"/>
          </w:tcPr>
          <w:p w:rsidRPr="00F37AE1" w:rsidR="00623596" w:rsidP="00114A5B" w:rsidRDefault="00000000" w14:paraId="53E5694C" w14:textId="77777777">
            <w:pPr>
              <w:spacing w:before="40" w:after="40"/>
            </w:pPr>
            <w:r w:rsidRPr="00F37AE1">
              <w:t>Öğretim Elemanı, UZEM Personeli</w:t>
            </w:r>
          </w:p>
        </w:tc>
        <w:tc>
          <w:tcPr>
            <w:tcW w:w="2635" w:type="dxa"/>
            <w:vAlign w:val="center"/>
          </w:tcPr>
          <w:p w:rsidRPr="00F37AE1" w:rsidR="00B21C5B" w:rsidP="00B21C5B" w:rsidRDefault="00B21C5B" w14:paraId="7880AB1F" w14:textId="77777777">
            <w:pPr>
              <w:spacing w:before="40" w:after="40"/>
              <w:rPr>
                <w:color w:val="000000" w:themeColor="text1"/>
              </w:rPr>
            </w:pPr>
            <w:hyperlink r:id="rId22">
              <w:r w:rsidRPr="00F37AE1">
                <w:rPr>
                  <w:color w:val="0563C1"/>
                  <w:u w:val="single"/>
                </w:rPr>
                <w:t>GRÜ Uzaktan Eğitim Uygulama ve Araştırma Merkezi Yönetmeliği</w:t>
              </w:r>
            </w:hyperlink>
            <w:r w:rsidRPr="00F37AE1">
              <w:rPr>
                <w:color w:val="000000" w:themeColor="text1"/>
              </w:rPr>
              <w:t>,</w:t>
            </w:r>
          </w:p>
          <w:p w:rsidRPr="00F37AE1" w:rsidR="00623596" w:rsidP="00B21C5B" w:rsidRDefault="00B21C5B" w14:paraId="23055809" w14:textId="7B31B83F">
            <w:pPr>
              <w:spacing w:before="40" w:after="40"/>
              <w:rPr>
                <w:color w:val="EE0000"/>
              </w:rPr>
            </w:pPr>
            <w:hyperlink r:id="rId23">
              <w:r w:rsidRPr="00F37AE1">
                <w:rPr>
                  <w:color w:val="0563C1"/>
                  <w:u w:val="single"/>
                </w:rPr>
                <w:t>GRÜ Uzaktan Eğitim Uygulama ve Araştırma Merkezi Yönergesi</w:t>
              </w:r>
            </w:hyperlink>
          </w:p>
        </w:tc>
        <w:tc>
          <w:tcPr>
            <w:tcW w:w="2635" w:type="dxa"/>
            <w:vAlign w:val="center"/>
          </w:tcPr>
          <w:p w:rsidRPr="00F37AE1" w:rsidR="00623596" w:rsidP="00114A5B" w:rsidRDefault="00000000" w14:paraId="1F0F196E" w14:textId="0D006212">
            <w:pPr>
              <w:spacing w:before="40" w:after="40"/>
            </w:pPr>
            <w:r w:rsidRPr="00F37AE1">
              <w:t>UZEM</w:t>
            </w:r>
          </w:p>
        </w:tc>
      </w:tr>
      <w:tr w:rsidRPr="00F37AE1" w:rsidR="00623596" w:rsidTr="00114A5B" w14:paraId="45BFD987" w14:textId="77777777">
        <w:trPr>
          <w:jc w:val="center"/>
        </w:trPr>
        <w:tc>
          <w:tcPr>
            <w:tcW w:w="2635" w:type="dxa"/>
            <w:vAlign w:val="center"/>
          </w:tcPr>
          <w:p w:rsidRPr="00F37AE1" w:rsidR="00623596" w:rsidP="00114A5B" w:rsidRDefault="00000000" w14:paraId="788B73A9" w14:textId="77777777">
            <w:pPr>
              <w:spacing w:before="40" w:after="40"/>
            </w:pPr>
            <w:r w:rsidRPr="00F37AE1">
              <w:t>3. İş yeri eğitimi ve staj eğitimi için danışmanlık hizmetlerinin yürütülmesi</w:t>
            </w:r>
          </w:p>
        </w:tc>
        <w:tc>
          <w:tcPr>
            <w:tcW w:w="2635" w:type="dxa"/>
            <w:vAlign w:val="center"/>
          </w:tcPr>
          <w:p w:rsidRPr="00F37AE1" w:rsidR="00623596" w:rsidP="00114A5B" w:rsidRDefault="00000000" w14:paraId="18E1034C" w14:textId="77777777">
            <w:pPr>
              <w:spacing w:before="40" w:after="40"/>
            </w:pPr>
            <w:r w:rsidRPr="00F37AE1">
              <w:t>Staj Koordinatörü, Öğretim Elemanı</w:t>
            </w:r>
          </w:p>
        </w:tc>
        <w:tc>
          <w:tcPr>
            <w:tcW w:w="2635" w:type="dxa"/>
            <w:vAlign w:val="center"/>
          </w:tcPr>
          <w:p w:rsidRPr="00F37AE1" w:rsidR="00623596" w:rsidP="00114A5B" w:rsidRDefault="00B21C5B" w14:paraId="0AC13AB5" w14:textId="77777777">
            <w:pPr>
              <w:spacing w:before="40" w:after="40"/>
              <w:rPr>
                <w:color w:val="000000" w:themeColor="text1"/>
              </w:rPr>
            </w:pPr>
            <w:r w:rsidRPr="00F37AE1">
              <w:rPr>
                <w:color w:val="000000" w:themeColor="text1"/>
              </w:rPr>
              <w:t>GRÜ Meslek Yüksekokulları Staj Yönergesi;</w:t>
            </w:r>
          </w:p>
          <w:p w:rsidRPr="00F37AE1" w:rsidR="00B21C5B" w:rsidP="00114A5B" w:rsidRDefault="00B21C5B" w14:paraId="34B5280C" w14:textId="14AA6117">
            <w:pPr>
              <w:spacing w:before="40" w:after="40"/>
              <w:rPr>
                <w:color w:val="000000" w:themeColor="text1"/>
              </w:rPr>
            </w:pPr>
            <w:hyperlink r:id="rId24">
              <w:r w:rsidRPr="00F37AE1">
                <w:rPr>
                  <w:color w:val="0563C1"/>
                  <w:u w:val="single"/>
                </w:rPr>
                <w:t>GRÜ Yüksekokul Staj Yönergesi</w:t>
              </w:r>
            </w:hyperlink>
            <w:r w:rsidRPr="00F37AE1">
              <w:rPr>
                <w:color w:val="000000" w:themeColor="text1"/>
              </w:rPr>
              <w:t>;</w:t>
            </w:r>
          </w:p>
          <w:p w:rsidRPr="00F37AE1" w:rsidR="00B21C5B" w:rsidP="00114A5B" w:rsidRDefault="00B21C5B" w14:paraId="5F2B46FB" w14:textId="77777777">
            <w:pPr>
              <w:spacing w:before="40" w:after="40"/>
              <w:rPr>
                <w:color w:val="000000" w:themeColor="text1"/>
              </w:rPr>
            </w:pPr>
            <w:hyperlink r:id="rId25">
              <w:r w:rsidRPr="00F37AE1">
                <w:rPr>
                  <w:color w:val="0563C1"/>
                  <w:u w:val="single"/>
                </w:rPr>
                <w:t>GRÜ Mühendislik Fakültesi Staj Yönergesi</w:t>
              </w:r>
            </w:hyperlink>
            <w:r w:rsidRPr="00F37AE1">
              <w:rPr>
                <w:color w:val="000000" w:themeColor="text1"/>
              </w:rPr>
              <w:t>;</w:t>
            </w:r>
          </w:p>
          <w:p w:rsidRPr="00F37AE1" w:rsidR="00B21C5B" w:rsidP="00B21C5B" w:rsidRDefault="00B21C5B" w14:paraId="4516E91F" w14:textId="353EC1DF">
            <w:pPr>
              <w:spacing w:before="40" w:after="40"/>
              <w:rPr>
                <w:color w:val="000000" w:themeColor="text1"/>
              </w:rPr>
            </w:pPr>
            <w:r w:rsidRPr="00F37AE1">
              <w:rPr>
                <w:color w:val="000000" w:themeColor="text1"/>
              </w:rPr>
              <w:t xml:space="preserve">GRÜ Sağlık Bilimleri Fakültesi </w:t>
            </w:r>
          </w:p>
          <w:p w:rsidRPr="00F37AE1" w:rsidR="00B21C5B" w:rsidP="00B21C5B" w:rsidRDefault="00B21C5B" w14:paraId="1AFA2980" w14:textId="77777777">
            <w:pPr>
              <w:spacing w:before="40" w:after="40"/>
              <w:rPr>
                <w:color w:val="000000" w:themeColor="text1"/>
              </w:rPr>
            </w:pPr>
            <w:r w:rsidRPr="00F37AE1">
              <w:rPr>
                <w:color w:val="000000" w:themeColor="text1"/>
              </w:rPr>
              <w:t>Ebelik Bölümü</w:t>
            </w:r>
          </w:p>
          <w:p w:rsidRPr="00F37AE1" w:rsidR="00B21C5B" w:rsidP="00B21C5B" w:rsidRDefault="00B21C5B" w14:paraId="0A16C1CF" w14:textId="3752FDE8">
            <w:pPr>
              <w:spacing w:before="40" w:after="40"/>
              <w:rPr>
                <w:color w:val="000000" w:themeColor="text1"/>
              </w:rPr>
            </w:pPr>
            <w:r w:rsidRPr="00F37AE1">
              <w:rPr>
                <w:color w:val="000000" w:themeColor="text1"/>
              </w:rPr>
              <w:t xml:space="preserve">Uygulama, Staj ve İşletmede </w:t>
            </w:r>
            <w:r w:rsidRPr="00F37AE1">
              <w:rPr>
                <w:color w:val="000000" w:themeColor="text1"/>
              </w:rPr>
              <w:lastRenderedPageBreak/>
              <w:t>Mesleki Eğitim Yönergesi;</w:t>
            </w:r>
          </w:p>
          <w:p w:rsidRPr="00F37AE1" w:rsidR="00B21C5B" w:rsidP="00114A5B" w:rsidRDefault="00B21C5B" w14:paraId="0B48397A" w14:textId="07CAC417">
            <w:pPr>
              <w:spacing w:before="40" w:after="40"/>
              <w:rPr>
                <w:color w:val="EE0000"/>
              </w:rPr>
            </w:pPr>
            <w:r w:rsidRPr="00F37AE1">
              <w:rPr>
                <w:color w:val="000000" w:themeColor="text1"/>
              </w:rPr>
              <w:t>GRÜ İktisadi ve İdari Bilimler Fakültesi İsteğe Bağlı Staj Yönergesi </w:t>
            </w:r>
          </w:p>
        </w:tc>
        <w:tc>
          <w:tcPr>
            <w:tcW w:w="2635" w:type="dxa"/>
            <w:vAlign w:val="center"/>
          </w:tcPr>
          <w:p w:rsidRPr="00F37AE1" w:rsidR="00623596" w:rsidP="00114A5B" w:rsidRDefault="00000000" w14:paraId="6CD1C001" w14:textId="77777777">
            <w:pPr>
              <w:spacing w:before="40" w:after="40"/>
            </w:pPr>
            <w:r w:rsidRPr="00F37AE1">
              <w:lastRenderedPageBreak/>
              <w:t>Elektronik Ortam</w:t>
            </w:r>
          </w:p>
        </w:tc>
      </w:tr>
      <w:tr w:rsidRPr="00F37AE1" w:rsidR="00623596" w:rsidTr="00114A5B" w14:paraId="360442E4" w14:textId="77777777">
        <w:trPr>
          <w:jc w:val="center"/>
        </w:trPr>
        <w:tc>
          <w:tcPr>
            <w:tcW w:w="2635" w:type="dxa"/>
            <w:vAlign w:val="center"/>
          </w:tcPr>
          <w:p w:rsidRPr="00F37AE1" w:rsidR="00623596" w:rsidP="00114A5B" w:rsidRDefault="00000000" w14:paraId="6C08F0EC" w14:textId="77777777">
            <w:pPr>
              <w:spacing w:before="40" w:after="40"/>
            </w:pPr>
            <w:r w:rsidRPr="00F37AE1">
              <w:t>4. Öğrencilerin devam durumunun takibi</w:t>
            </w:r>
          </w:p>
        </w:tc>
        <w:tc>
          <w:tcPr>
            <w:tcW w:w="2635" w:type="dxa"/>
            <w:vAlign w:val="center"/>
          </w:tcPr>
          <w:p w:rsidRPr="00F37AE1" w:rsidR="00623596" w:rsidP="00114A5B" w:rsidRDefault="00000000" w14:paraId="2E0F889E" w14:textId="77777777">
            <w:pPr>
              <w:spacing w:before="40" w:after="40"/>
            </w:pPr>
            <w:r w:rsidRPr="00F37AE1">
              <w:t>Öğretim Elemanı</w:t>
            </w:r>
          </w:p>
        </w:tc>
        <w:tc>
          <w:tcPr>
            <w:tcW w:w="2635" w:type="dxa"/>
            <w:vAlign w:val="center"/>
          </w:tcPr>
          <w:p w:rsidRPr="00F37AE1" w:rsidR="00B21C5B" w:rsidP="00B21C5B" w:rsidRDefault="00B21C5B" w14:paraId="0F326B73" w14:textId="77777777">
            <w:pPr>
              <w:spacing w:before="40" w:after="40"/>
            </w:pPr>
            <w:hyperlink r:id="rId26">
              <w:r w:rsidRPr="00F37AE1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F37AE1">
                <w:rPr>
                  <w:color w:val="0563C1"/>
                  <w:u w:val="single"/>
                </w:rPr>
                <w:t>Önlisans</w:t>
              </w:r>
              <w:proofErr w:type="spellEnd"/>
              <w:r w:rsidRPr="00F37AE1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F37AE1">
              <w:t xml:space="preserve">; </w:t>
            </w:r>
          </w:p>
          <w:p w:rsidRPr="00F37AE1" w:rsidR="00B21C5B" w:rsidP="00B21C5B" w:rsidRDefault="00B21C5B" w14:paraId="1C50D958" w14:textId="77777777">
            <w:pPr>
              <w:spacing w:before="40" w:after="40"/>
            </w:pPr>
            <w:hyperlink r:id="rId27">
              <w:r w:rsidRPr="00F37AE1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F37AE1">
              <w:t xml:space="preserve">; </w:t>
            </w:r>
          </w:p>
          <w:p w:rsidRPr="00F37AE1" w:rsidR="00B21C5B" w:rsidP="00B21C5B" w:rsidRDefault="00B21C5B" w14:paraId="64AED225" w14:textId="77777777">
            <w:pPr>
              <w:spacing w:before="40" w:after="40"/>
            </w:pPr>
            <w:hyperlink r:id="rId28">
              <w:r w:rsidRPr="00F37AE1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F37AE1">
              <w:t xml:space="preserve">; </w:t>
            </w:r>
          </w:p>
          <w:p w:rsidRPr="00F37AE1" w:rsidR="00B21C5B" w:rsidP="00B21C5B" w:rsidRDefault="00B21C5B" w14:paraId="21C0B2BB" w14:textId="77777777">
            <w:pPr>
              <w:spacing w:before="40" w:after="40"/>
            </w:pPr>
            <w:hyperlink r:id="rId29">
              <w:r w:rsidRPr="00F37AE1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F37AE1">
              <w:t xml:space="preserve">; </w:t>
            </w:r>
          </w:p>
          <w:p w:rsidRPr="00F37AE1" w:rsidR="00623596" w:rsidP="00B21C5B" w:rsidRDefault="00B21C5B" w14:paraId="24F8EB0B" w14:textId="789568E0">
            <w:pPr>
              <w:spacing w:before="40" w:after="40"/>
              <w:rPr>
                <w:color w:val="EE0000"/>
              </w:rPr>
            </w:pPr>
            <w:hyperlink r:id="rId30">
              <w:r w:rsidRPr="00F37AE1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F37AE1">
              <w:t>.</w:t>
            </w:r>
          </w:p>
        </w:tc>
        <w:tc>
          <w:tcPr>
            <w:tcW w:w="2635" w:type="dxa"/>
            <w:vAlign w:val="center"/>
          </w:tcPr>
          <w:p w:rsidRPr="00F37AE1" w:rsidR="00623596" w:rsidP="00114A5B" w:rsidRDefault="00000000" w14:paraId="7C5DD012" w14:textId="77777777">
            <w:pPr>
              <w:spacing w:before="40" w:after="40"/>
            </w:pPr>
            <w:r w:rsidRPr="00F37AE1">
              <w:t>UBS</w:t>
            </w:r>
          </w:p>
        </w:tc>
      </w:tr>
      <w:tr w:rsidRPr="00F37AE1" w:rsidR="00623596" w:rsidTr="00114A5B" w14:paraId="32E2A416" w14:textId="77777777">
        <w:trPr>
          <w:jc w:val="center"/>
        </w:trPr>
        <w:tc>
          <w:tcPr>
            <w:tcW w:w="2635" w:type="dxa"/>
            <w:vAlign w:val="center"/>
          </w:tcPr>
          <w:p w:rsidRPr="00F37AE1" w:rsidR="00623596" w:rsidP="00114A5B" w:rsidRDefault="00000000" w14:paraId="5C870483" w14:textId="77777777">
            <w:pPr>
              <w:spacing w:before="40" w:after="40"/>
            </w:pPr>
            <w:r w:rsidRPr="00F37AE1">
              <w:t>5. Engelli öğrencilere yönelik eğitim uyarlamalarının yapılması</w:t>
            </w:r>
          </w:p>
        </w:tc>
        <w:tc>
          <w:tcPr>
            <w:tcW w:w="2635" w:type="dxa"/>
            <w:vAlign w:val="center"/>
          </w:tcPr>
          <w:p w:rsidRPr="00F37AE1" w:rsidR="00623596" w:rsidP="00114A5B" w:rsidRDefault="00000000" w14:paraId="42C4EDB5" w14:textId="77777777">
            <w:pPr>
              <w:spacing w:before="40" w:after="40"/>
            </w:pPr>
            <w:r w:rsidRPr="00F37AE1">
              <w:t>Engelsiz Üniversite Birimi, Öğretim Elemanı</w:t>
            </w:r>
          </w:p>
        </w:tc>
        <w:tc>
          <w:tcPr>
            <w:tcW w:w="2635" w:type="dxa"/>
            <w:vAlign w:val="center"/>
          </w:tcPr>
          <w:p w:rsidRPr="00F37AE1" w:rsidR="00623596" w:rsidP="00114A5B" w:rsidRDefault="00B21C5B" w14:paraId="17E0039C" w14:textId="1C4C68BA">
            <w:pPr>
              <w:spacing w:before="40" w:after="40"/>
              <w:rPr>
                <w:color w:val="EE0000"/>
              </w:rPr>
            </w:pPr>
            <w:hyperlink r:id="rId31">
              <w:r w:rsidRPr="00F37AE1">
                <w:rPr>
                  <w:color w:val="0563C1"/>
                  <w:u w:val="single"/>
                </w:rPr>
                <w:t>GRÜ Engelsiz Üniversite Birimi Yönergesi</w:t>
              </w:r>
            </w:hyperlink>
          </w:p>
        </w:tc>
        <w:tc>
          <w:tcPr>
            <w:tcW w:w="2635" w:type="dxa"/>
            <w:vAlign w:val="center"/>
          </w:tcPr>
          <w:p w:rsidRPr="00F37AE1" w:rsidR="00623596" w:rsidP="00114A5B" w:rsidRDefault="00000000" w14:paraId="07F73CC2" w14:textId="77777777">
            <w:pPr>
              <w:spacing w:before="40" w:after="40"/>
            </w:pPr>
            <w:r w:rsidRPr="00F37AE1">
              <w:t>Elektronik Ortam</w:t>
            </w:r>
          </w:p>
        </w:tc>
      </w:tr>
      <w:tr w:rsidRPr="00F37AE1" w:rsidR="00623596" w14:paraId="57EB2E7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7AE1" w:rsidR="00623596" w:rsidRDefault="00000000" w14:paraId="3BBDB004" w14:textId="77777777">
            <w:pPr>
              <w:spacing w:before="40" w:after="40"/>
              <w:rPr>
                <w:b/>
                <w:bCs/>
              </w:rPr>
            </w:pPr>
            <w:r w:rsidRPr="00F37AE1">
              <w:rPr>
                <w:b/>
                <w:bCs/>
              </w:rPr>
              <w:t>İzleme Kriterleri:</w:t>
            </w:r>
          </w:p>
          <w:p w:rsidRPr="00F37AE1" w:rsidR="00623596" w:rsidRDefault="00000000" w14:paraId="771662FD" w14:textId="77777777">
            <w:pPr>
              <w:spacing w:before="40" w:after="40"/>
            </w:pPr>
            <w:r w:rsidRPr="00F37AE1">
              <w:t>1. Öğrenme Yönetim Sistemine materyal yüklenmeyen ders sayısı</w:t>
            </w:r>
          </w:p>
          <w:p w:rsidRPr="00F37AE1" w:rsidR="00623596" w:rsidRDefault="00000000" w14:paraId="30E08670" w14:textId="77777777">
            <w:pPr>
              <w:spacing w:before="40" w:after="40"/>
            </w:pPr>
            <w:r w:rsidRPr="00F37AE1">
              <w:t>2. İşyeri eğitimi yapan öğrenci sayısının başvuran öğrenci sayısına oranı</w:t>
            </w:r>
          </w:p>
          <w:p w:rsidRPr="00F37AE1" w:rsidR="00623596" w:rsidRDefault="00000000" w14:paraId="30923A33" w14:textId="77777777">
            <w:pPr>
              <w:spacing w:before="40" w:after="40"/>
            </w:pPr>
            <w:r w:rsidRPr="00F37AE1">
              <w:t>3. Uzaktan eğitim programlarındaki doluluk oranı</w:t>
            </w:r>
          </w:p>
          <w:p w:rsidRPr="00F37AE1" w:rsidR="00623596" w:rsidRDefault="00000000" w14:paraId="74CF8340" w14:textId="77777777">
            <w:pPr>
              <w:spacing w:before="40" w:after="40"/>
            </w:pPr>
            <w:r w:rsidRPr="00F37AE1">
              <w:t>4. Devamsızlık nedeniyle başarısız olan öğrenci oranı</w:t>
            </w:r>
          </w:p>
        </w:tc>
      </w:tr>
      <w:tr w:rsidRPr="00F37AE1" w:rsidR="00623596" w14:paraId="05AEDDB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7AE1" w:rsidR="00623596" w:rsidRDefault="00000000" w14:paraId="7461E9E2" w14:textId="77777777">
            <w:pPr>
              <w:spacing w:before="40" w:after="40"/>
              <w:rPr>
                <w:b/>
                <w:bCs/>
              </w:rPr>
            </w:pPr>
            <w:r w:rsidRPr="00F37AE1">
              <w:rPr>
                <w:b/>
                <w:bCs/>
              </w:rPr>
              <w:t>Riskler:</w:t>
            </w:r>
          </w:p>
          <w:p w:rsidRPr="00F37AE1" w:rsidR="00623596" w:rsidRDefault="00000000" w14:paraId="6B5689D2" w14:textId="77777777">
            <w:pPr>
              <w:spacing w:before="40" w:after="40"/>
            </w:pPr>
            <w:r w:rsidRPr="00F37AE1">
              <w:t>1. İşyeri eğitimi yapılabilecek işyeri sayısının yetersiz olması nedeniyle öğrencilerin bu olanaklardan yararlanamaması</w:t>
            </w:r>
          </w:p>
          <w:p w:rsidRPr="00F37AE1" w:rsidR="00623596" w:rsidRDefault="00000000" w14:paraId="71F22DC1" w14:textId="77777777">
            <w:pPr>
              <w:spacing w:before="40" w:after="40"/>
            </w:pPr>
            <w:r w:rsidRPr="00F37AE1">
              <w:t>2. Uzaktan eğitim usul ve esaslarındaki değişikliklerin UZEM uygulamalarında sorunlara yol açması</w:t>
            </w:r>
          </w:p>
          <w:p w:rsidRPr="00F37AE1" w:rsidR="00623596" w:rsidRDefault="00000000" w14:paraId="72D237AD" w14:textId="77777777">
            <w:pPr>
              <w:spacing w:before="40" w:after="40"/>
            </w:pPr>
            <w:r w:rsidRPr="00F37AE1">
              <w:t>3. Uzaktan eğitim programlarındaki kontenjanların yeterince dolmaması</w:t>
            </w:r>
          </w:p>
        </w:tc>
      </w:tr>
      <w:tr w:rsidRPr="00F37AE1" w:rsidR="00623596" w14:paraId="18091B5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7AE1" w:rsidR="00623596" w:rsidRDefault="00000000" w14:paraId="207C5E52" w14:textId="77777777">
            <w:pPr>
              <w:spacing w:before="40" w:after="40"/>
              <w:rPr>
                <w:b/>
                <w:bCs/>
              </w:rPr>
            </w:pPr>
            <w:r w:rsidRPr="00F37AE1">
              <w:rPr>
                <w:b/>
                <w:bCs/>
              </w:rPr>
              <w:t>Fırsatlar:</w:t>
            </w:r>
          </w:p>
          <w:p w:rsidRPr="00F37AE1" w:rsidR="00623596" w:rsidRDefault="00000000" w14:paraId="5E3B230A" w14:textId="77777777">
            <w:pPr>
              <w:spacing w:before="40" w:after="40"/>
            </w:pPr>
            <w:r w:rsidRPr="00F37AE1">
              <w:t>1. Dijital içeriklerin geliştirilmesinin öğrenme deneyimini zenginleştirmesi</w:t>
            </w:r>
          </w:p>
          <w:p w:rsidRPr="00F37AE1" w:rsidR="00623596" w:rsidRDefault="00000000" w14:paraId="1DBC19C4" w14:textId="77777777">
            <w:pPr>
              <w:spacing w:before="40" w:after="40"/>
            </w:pPr>
            <w:r w:rsidRPr="00F37AE1">
              <w:t>2. Giresun’un bölgesel sanayisi (fındık, balıkçılık, turizm) ile staj protokollerinin genişletilmesi</w:t>
            </w:r>
          </w:p>
          <w:p w:rsidRPr="00F37AE1" w:rsidR="00623596" w:rsidRDefault="00000000" w14:paraId="54353397" w14:textId="77777777">
            <w:pPr>
              <w:spacing w:before="40" w:after="40"/>
            </w:pPr>
            <w:r w:rsidRPr="00F37AE1">
              <w:t>3. Engelli öğrencilere yönelik uyarlamaların kapsayıcı eğitim kalitesini artırması</w:t>
            </w:r>
          </w:p>
        </w:tc>
      </w:tr>
    </w:tbl>
    <w:p w:rsidRPr="00F37AE1" w:rsidR="00B21C5B" w:rsidRDefault="00B21C5B" w14:paraId="4864382A" w14:textId="62B66ED5">
      <w:pPr>
        <w:spacing w:after="120"/>
      </w:pPr>
    </w:p>
    <w:p w:rsidRPr="00F37AE1" w:rsidR="00B21C5B" w:rsidRDefault="00B21C5B" w14:paraId="64E62409" w14:textId="77777777">
      <w:pPr>
        <w:spacing w:after="120"/>
      </w:pPr>
    </w:p>
    <w:p w:rsidRPr="00F37AE1" w:rsidR="00B21C5B" w:rsidRDefault="00B21C5B" w14:paraId="0B7E8767" w14:textId="77777777">
      <w:pPr>
        <w:spacing w:after="120"/>
      </w:pPr>
    </w:p>
    <w:p w:rsidRPr="00F37AE1" w:rsidR="00B21C5B" w:rsidRDefault="00B21C5B" w14:paraId="4BC3ECDC" w14:textId="77777777">
      <w:pPr>
        <w:spacing w:after="120"/>
      </w:pPr>
    </w:p>
    <w:p w:rsidRPr="00F37AE1" w:rsidR="00B21C5B" w:rsidRDefault="00B21C5B" w14:paraId="00ED6099" w14:textId="77777777">
      <w:pPr>
        <w:spacing w:after="120"/>
      </w:pPr>
    </w:p>
    <w:p w:rsidRPr="00F37AE1" w:rsidR="00B21C5B" w:rsidRDefault="00B21C5B" w14:paraId="5B0FEF28" w14:textId="77777777">
      <w:pPr>
        <w:spacing w:after="120"/>
      </w:pPr>
    </w:p>
    <w:p w:rsidRPr="00F37AE1" w:rsidR="00B21C5B" w:rsidRDefault="00B21C5B" w14:paraId="51D23375" w14:textId="77777777">
      <w:pPr>
        <w:spacing w:after="120"/>
      </w:pPr>
    </w:p>
    <w:p w:rsidRPr="00F37AE1" w:rsidR="00B21C5B" w:rsidRDefault="00B21C5B" w14:paraId="7232A8B5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F37AE1" w:rsidR="00623596" w14:paraId="7D56796B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F37AE1" w:rsidR="00623596" w:rsidRDefault="00000000" w14:paraId="6B06C23C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lastRenderedPageBreak/>
              <w:t>F1.2.3 Ölçme, Değerlendirme ve Not İşlemleri</w:t>
            </w:r>
          </w:p>
        </w:tc>
      </w:tr>
      <w:tr w:rsidRPr="00F37AE1" w:rsidR="00623596" w14:paraId="4C8AA0DF" w14:textId="77777777">
        <w:trPr>
          <w:jc w:val="center"/>
        </w:trPr>
        <w:tc>
          <w:tcPr>
            <w:tcW w:w="10540" w:type="dxa"/>
            <w:gridSpan w:val="4"/>
          </w:tcPr>
          <w:p w:rsidRPr="00F37AE1" w:rsidR="00623596" w:rsidRDefault="00000000" w14:paraId="797D0736" w14:textId="77777777">
            <w:pPr>
              <w:spacing w:before="40" w:after="40"/>
            </w:pPr>
            <w:r w:rsidRPr="00F37AE1">
              <w:rPr>
                <w:b/>
                <w:bCs/>
              </w:rPr>
              <w:t>Faaliyetin Amacı:</w:t>
            </w:r>
            <w:r w:rsidRPr="00F37AE1">
              <w:t xml:space="preserve"> Eğitim-öğretim sürecinin sağlıklı işlemesi açısından ölçme ve değerlendirme işlemlerinin mevzuata uygun, adil ve şeffaf yürütülmesini sağlamak</w:t>
            </w:r>
          </w:p>
        </w:tc>
      </w:tr>
      <w:tr w:rsidRPr="00F37AE1" w:rsidR="00623596" w14:paraId="2A6D8C79" w14:textId="77777777">
        <w:trPr>
          <w:jc w:val="center"/>
        </w:trPr>
        <w:tc>
          <w:tcPr>
            <w:tcW w:w="10540" w:type="dxa"/>
            <w:gridSpan w:val="4"/>
          </w:tcPr>
          <w:p w:rsidRPr="00F37AE1" w:rsidR="00623596" w:rsidRDefault="00000000" w14:paraId="7D4A6765" w14:textId="77777777">
            <w:pPr>
              <w:spacing w:before="40" w:after="40"/>
            </w:pPr>
            <w:r w:rsidRPr="00F37AE1">
              <w:rPr>
                <w:b/>
                <w:bCs/>
              </w:rPr>
              <w:t>Faaliyetin Yürütüldüğü Birimler:</w:t>
            </w:r>
            <w:r w:rsidRPr="00F37AE1">
              <w:t xml:space="preserve"> Fakülte/YO/MYO/Enstitü</w:t>
            </w:r>
          </w:p>
        </w:tc>
      </w:tr>
      <w:tr w:rsidRPr="00F37AE1" w:rsidR="00623596" w14:paraId="500B86C9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F37AE1" w:rsidR="00623596" w:rsidRDefault="00000000" w14:paraId="47B2BE52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F37AE1" w:rsidR="00623596" w:rsidRDefault="00000000" w14:paraId="2F3C2AC1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F37AE1" w:rsidR="00623596" w:rsidRDefault="00000000" w14:paraId="3240F539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F37AE1" w:rsidR="00623596" w:rsidRDefault="00000000" w14:paraId="010C4DA6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Kayıt Ortamı</w:t>
            </w:r>
          </w:p>
        </w:tc>
      </w:tr>
      <w:tr w:rsidRPr="00F37AE1" w:rsidR="00B21C5B" w:rsidTr="00114A5B" w14:paraId="440730AB" w14:textId="77777777">
        <w:trPr>
          <w:jc w:val="center"/>
        </w:trPr>
        <w:tc>
          <w:tcPr>
            <w:tcW w:w="2635" w:type="dxa"/>
            <w:vAlign w:val="center"/>
          </w:tcPr>
          <w:p w:rsidRPr="00F37AE1" w:rsidR="00B21C5B" w:rsidP="00114A5B" w:rsidRDefault="00B21C5B" w14:paraId="653EB0AC" w14:textId="77777777">
            <w:pPr>
              <w:spacing w:before="40" w:after="40"/>
            </w:pPr>
            <w:r w:rsidRPr="00F37AE1">
              <w:t>1. Dönem içi ve dönem sonu ölçme ve değerlendirmelerin yapılması</w:t>
            </w:r>
          </w:p>
        </w:tc>
        <w:tc>
          <w:tcPr>
            <w:tcW w:w="2635" w:type="dxa"/>
            <w:vAlign w:val="center"/>
          </w:tcPr>
          <w:p w:rsidRPr="00F37AE1" w:rsidR="00B21C5B" w:rsidP="00114A5B" w:rsidRDefault="00B21C5B" w14:paraId="310CB21E" w14:textId="77777777">
            <w:pPr>
              <w:spacing w:before="40" w:after="40"/>
            </w:pPr>
            <w:r w:rsidRPr="00F37AE1">
              <w:t>Öğretim Elemanı</w:t>
            </w:r>
          </w:p>
        </w:tc>
        <w:tc>
          <w:tcPr>
            <w:tcW w:w="2635" w:type="dxa"/>
            <w:vMerge w:val="restart"/>
            <w:vAlign w:val="center"/>
          </w:tcPr>
          <w:p w:rsidRPr="00F37AE1" w:rsidR="00B21C5B" w:rsidP="00B21C5B" w:rsidRDefault="00B21C5B" w14:paraId="694823D9" w14:textId="77777777">
            <w:pPr>
              <w:spacing w:before="40" w:after="40"/>
            </w:pPr>
            <w:hyperlink r:id="rId32">
              <w:r w:rsidRPr="00F37AE1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F37AE1">
                <w:rPr>
                  <w:color w:val="0563C1"/>
                  <w:u w:val="single"/>
                </w:rPr>
                <w:t>Önlisans</w:t>
              </w:r>
              <w:proofErr w:type="spellEnd"/>
              <w:r w:rsidRPr="00F37AE1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F37AE1">
              <w:t xml:space="preserve">; </w:t>
            </w:r>
          </w:p>
          <w:p w:rsidRPr="00F37AE1" w:rsidR="00B21C5B" w:rsidP="00B21C5B" w:rsidRDefault="00B21C5B" w14:paraId="0F941C6B" w14:textId="77777777">
            <w:pPr>
              <w:spacing w:before="40" w:after="40"/>
            </w:pPr>
            <w:hyperlink r:id="rId33">
              <w:r w:rsidRPr="00F37AE1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F37AE1">
              <w:t xml:space="preserve">; </w:t>
            </w:r>
          </w:p>
          <w:p w:rsidRPr="00F37AE1" w:rsidR="00B21C5B" w:rsidP="00B21C5B" w:rsidRDefault="00B21C5B" w14:paraId="4012ED84" w14:textId="77777777">
            <w:pPr>
              <w:spacing w:before="40" w:after="40"/>
            </w:pPr>
            <w:hyperlink r:id="rId34">
              <w:r w:rsidRPr="00F37AE1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F37AE1">
              <w:t xml:space="preserve">; </w:t>
            </w:r>
          </w:p>
          <w:p w:rsidRPr="00F37AE1" w:rsidR="00B21C5B" w:rsidP="00B21C5B" w:rsidRDefault="00B21C5B" w14:paraId="312EC715" w14:textId="77777777">
            <w:pPr>
              <w:spacing w:before="40" w:after="40"/>
            </w:pPr>
            <w:hyperlink r:id="rId35">
              <w:r w:rsidRPr="00F37AE1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F37AE1">
              <w:t xml:space="preserve">; </w:t>
            </w:r>
          </w:p>
          <w:p w:rsidRPr="00F37AE1" w:rsidR="00B21C5B" w:rsidP="00114A5B" w:rsidRDefault="00B21C5B" w14:paraId="4F19F77F" w14:textId="41D57ADB">
            <w:pPr>
              <w:spacing w:before="40" w:after="40"/>
              <w:rPr>
                <w:color w:val="EE0000"/>
              </w:rPr>
            </w:pPr>
            <w:hyperlink r:id="rId36">
              <w:r w:rsidRPr="00F37AE1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F37AE1">
              <w:t>.</w:t>
            </w:r>
          </w:p>
        </w:tc>
        <w:tc>
          <w:tcPr>
            <w:tcW w:w="2635" w:type="dxa"/>
            <w:vAlign w:val="center"/>
          </w:tcPr>
          <w:p w:rsidRPr="00F37AE1" w:rsidR="00B21C5B" w:rsidP="00114A5B" w:rsidRDefault="00B21C5B" w14:paraId="3238B1BB" w14:textId="77777777">
            <w:pPr>
              <w:spacing w:before="40" w:after="40"/>
            </w:pPr>
            <w:r w:rsidRPr="00F37AE1">
              <w:t>UBS</w:t>
            </w:r>
          </w:p>
        </w:tc>
      </w:tr>
      <w:tr w:rsidRPr="00F37AE1" w:rsidR="00B21C5B" w:rsidTr="00114A5B" w14:paraId="063B6773" w14:textId="77777777">
        <w:trPr>
          <w:jc w:val="center"/>
        </w:trPr>
        <w:tc>
          <w:tcPr>
            <w:tcW w:w="2635" w:type="dxa"/>
            <w:vAlign w:val="center"/>
          </w:tcPr>
          <w:p w:rsidRPr="00F37AE1" w:rsidR="00B21C5B" w:rsidP="00114A5B" w:rsidRDefault="00B21C5B" w14:paraId="62E2F2E0" w14:textId="77777777">
            <w:pPr>
              <w:spacing w:before="40" w:after="40"/>
            </w:pPr>
            <w:r w:rsidRPr="00F37AE1">
              <w:t>2. Sınav evraklarının hazırlanması ve teslimi</w:t>
            </w:r>
          </w:p>
        </w:tc>
        <w:tc>
          <w:tcPr>
            <w:tcW w:w="2635" w:type="dxa"/>
            <w:vAlign w:val="center"/>
          </w:tcPr>
          <w:p w:rsidRPr="00F37AE1" w:rsidR="00B21C5B" w:rsidP="00114A5B" w:rsidRDefault="00B21C5B" w14:paraId="378C64A6" w14:textId="77777777">
            <w:pPr>
              <w:spacing w:before="40" w:after="40"/>
            </w:pPr>
            <w:r w:rsidRPr="00F37AE1">
              <w:t>Öğretim Elemanı</w:t>
            </w:r>
          </w:p>
        </w:tc>
        <w:tc>
          <w:tcPr>
            <w:tcW w:w="2635" w:type="dxa"/>
            <w:vMerge/>
            <w:vAlign w:val="center"/>
          </w:tcPr>
          <w:p w:rsidRPr="00F37AE1" w:rsidR="00B21C5B" w:rsidP="00114A5B" w:rsidRDefault="00B21C5B" w14:paraId="1FFE1603" w14:textId="0F633E1B">
            <w:pPr>
              <w:spacing w:before="40" w:after="40"/>
              <w:rPr>
                <w:color w:val="EE0000"/>
              </w:rPr>
            </w:pPr>
          </w:p>
        </w:tc>
        <w:tc>
          <w:tcPr>
            <w:tcW w:w="2635" w:type="dxa"/>
            <w:vAlign w:val="center"/>
          </w:tcPr>
          <w:p w:rsidRPr="00F37AE1" w:rsidR="00B21C5B" w:rsidP="00114A5B" w:rsidRDefault="00B21C5B" w14:paraId="719F4588" w14:textId="77777777">
            <w:pPr>
              <w:spacing w:before="40" w:after="40"/>
            </w:pPr>
            <w:r w:rsidRPr="00F37AE1">
              <w:t>Fiziksel Ortam</w:t>
            </w:r>
          </w:p>
        </w:tc>
      </w:tr>
      <w:tr w:rsidRPr="00F37AE1" w:rsidR="00B21C5B" w:rsidTr="00114A5B" w14:paraId="29158E3D" w14:textId="77777777">
        <w:trPr>
          <w:jc w:val="center"/>
        </w:trPr>
        <w:tc>
          <w:tcPr>
            <w:tcW w:w="2635" w:type="dxa"/>
            <w:vAlign w:val="center"/>
          </w:tcPr>
          <w:p w:rsidRPr="00F37AE1" w:rsidR="00B21C5B" w:rsidP="00114A5B" w:rsidRDefault="00B21C5B" w14:paraId="2FFC4F9D" w14:textId="77777777">
            <w:pPr>
              <w:spacing w:before="40" w:after="40"/>
            </w:pPr>
            <w:r w:rsidRPr="00F37AE1">
              <w:t>3. Notların sisteme girilmesi ve ilan edilmesi</w:t>
            </w:r>
          </w:p>
        </w:tc>
        <w:tc>
          <w:tcPr>
            <w:tcW w:w="2635" w:type="dxa"/>
            <w:vAlign w:val="center"/>
          </w:tcPr>
          <w:p w:rsidRPr="00F37AE1" w:rsidR="00B21C5B" w:rsidP="00114A5B" w:rsidRDefault="00B21C5B" w14:paraId="7D8713A5" w14:textId="77777777">
            <w:pPr>
              <w:spacing w:before="40" w:after="40"/>
            </w:pPr>
            <w:r w:rsidRPr="00F37AE1">
              <w:t>Öğretim Elemanı</w:t>
            </w:r>
          </w:p>
        </w:tc>
        <w:tc>
          <w:tcPr>
            <w:tcW w:w="2635" w:type="dxa"/>
            <w:vMerge/>
            <w:vAlign w:val="center"/>
          </w:tcPr>
          <w:p w:rsidRPr="00F37AE1" w:rsidR="00B21C5B" w:rsidP="00114A5B" w:rsidRDefault="00B21C5B" w14:paraId="4209AA6F" w14:textId="3687B93E">
            <w:pPr>
              <w:spacing w:before="40" w:after="40"/>
              <w:rPr>
                <w:color w:val="EE0000"/>
              </w:rPr>
            </w:pPr>
          </w:p>
        </w:tc>
        <w:tc>
          <w:tcPr>
            <w:tcW w:w="2635" w:type="dxa"/>
            <w:vAlign w:val="center"/>
          </w:tcPr>
          <w:p w:rsidRPr="00F37AE1" w:rsidR="00B21C5B" w:rsidP="00114A5B" w:rsidRDefault="00B21C5B" w14:paraId="07DC4A28" w14:textId="77777777">
            <w:pPr>
              <w:spacing w:before="40" w:after="40"/>
            </w:pPr>
            <w:r w:rsidRPr="00F37AE1">
              <w:t>UBS</w:t>
            </w:r>
          </w:p>
        </w:tc>
      </w:tr>
      <w:tr w:rsidRPr="00F37AE1" w:rsidR="00B21C5B" w:rsidTr="00114A5B" w14:paraId="13A15310" w14:textId="77777777">
        <w:trPr>
          <w:jc w:val="center"/>
        </w:trPr>
        <w:tc>
          <w:tcPr>
            <w:tcW w:w="2635" w:type="dxa"/>
            <w:vAlign w:val="center"/>
          </w:tcPr>
          <w:p w:rsidRPr="00F37AE1" w:rsidR="00B21C5B" w:rsidP="00114A5B" w:rsidRDefault="00B21C5B" w14:paraId="3AFE8C5B" w14:textId="77777777">
            <w:pPr>
              <w:spacing w:before="40" w:after="40"/>
            </w:pPr>
            <w:r w:rsidRPr="00F37AE1">
              <w:t>4. Öğrencilerden itiraz dilekçelerinin alınması</w:t>
            </w:r>
          </w:p>
        </w:tc>
        <w:tc>
          <w:tcPr>
            <w:tcW w:w="2635" w:type="dxa"/>
            <w:vAlign w:val="center"/>
          </w:tcPr>
          <w:p w:rsidRPr="00F37AE1" w:rsidR="00B21C5B" w:rsidP="00114A5B" w:rsidRDefault="00F37AE1" w14:paraId="525B62DD" w14:textId="0AE7B6CE">
            <w:pPr>
              <w:spacing w:before="40" w:after="40"/>
            </w:pPr>
            <w:r>
              <w:t>MYO/YO</w:t>
            </w:r>
            <w:r>
              <w:t>/</w:t>
            </w:r>
            <w:r w:rsidRPr="00F37AE1" w:rsidR="00B21C5B">
              <w:t>Fakülte/Enstitü Sekreterliği</w:t>
            </w:r>
          </w:p>
        </w:tc>
        <w:tc>
          <w:tcPr>
            <w:tcW w:w="2635" w:type="dxa"/>
            <w:vMerge/>
            <w:vAlign w:val="center"/>
          </w:tcPr>
          <w:p w:rsidRPr="00F37AE1" w:rsidR="00B21C5B" w:rsidP="00114A5B" w:rsidRDefault="00B21C5B" w14:paraId="16EC9007" w14:textId="5FC27274">
            <w:pPr>
              <w:spacing w:before="40" w:after="40"/>
              <w:rPr>
                <w:color w:val="EE0000"/>
              </w:rPr>
            </w:pPr>
          </w:p>
        </w:tc>
        <w:tc>
          <w:tcPr>
            <w:tcW w:w="2635" w:type="dxa"/>
            <w:vAlign w:val="center"/>
          </w:tcPr>
          <w:p w:rsidRPr="00F37AE1" w:rsidR="00B21C5B" w:rsidP="00114A5B" w:rsidRDefault="00B21C5B" w14:paraId="0C5E2AEC" w14:textId="77777777">
            <w:pPr>
              <w:spacing w:before="40" w:after="40"/>
            </w:pPr>
            <w:r w:rsidRPr="00F37AE1">
              <w:t>EBYS</w:t>
            </w:r>
          </w:p>
        </w:tc>
      </w:tr>
      <w:tr w:rsidRPr="00F37AE1" w:rsidR="00B21C5B" w:rsidTr="00114A5B" w14:paraId="36B9202F" w14:textId="77777777">
        <w:trPr>
          <w:jc w:val="center"/>
        </w:trPr>
        <w:tc>
          <w:tcPr>
            <w:tcW w:w="2635" w:type="dxa"/>
            <w:vAlign w:val="center"/>
          </w:tcPr>
          <w:p w:rsidRPr="00F37AE1" w:rsidR="00B21C5B" w:rsidP="00114A5B" w:rsidRDefault="00B21C5B" w14:paraId="2EFC508D" w14:textId="77777777">
            <w:pPr>
              <w:spacing w:before="40" w:after="40"/>
            </w:pPr>
            <w:r w:rsidRPr="00F37AE1">
              <w:t>5. İtirazların öğretim elemanı tarafından değerlendirilmesi</w:t>
            </w:r>
          </w:p>
        </w:tc>
        <w:tc>
          <w:tcPr>
            <w:tcW w:w="2635" w:type="dxa"/>
            <w:vAlign w:val="center"/>
          </w:tcPr>
          <w:p w:rsidRPr="00F37AE1" w:rsidR="00B21C5B" w:rsidP="00114A5B" w:rsidRDefault="00B21C5B" w14:paraId="20AAEC7E" w14:textId="77777777">
            <w:pPr>
              <w:spacing w:before="40" w:after="40"/>
            </w:pPr>
            <w:r w:rsidRPr="00F37AE1">
              <w:t>Öğretim Elemanı</w:t>
            </w:r>
          </w:p>
        </w:tc>
        <w:tc>
          <w:tcPr>
            <w:tcW w:w="2635" w:type="dxa"/>
            <w:vMerge/>
            <w:vAlign w:val="center"/>
          </w:tcPr>
          <w:p w:rsidRPr="00F37AE1" w:rsidR="00B21C5B" w:rsidP="00114A5B" w:rsidRDefault="00B21C5B" w14:paraId="583F6B40" w14:textId="685F2759">
            <w:pPr>
              <w:spacing w:before="40" w:after="40"/>
              <w:rPr>
                <w:color w:val="EE0000"/>
              </w:rPr>
            </w:pPr>
          </w:p>
        </w:tc>
        <w:tc>
          <w:tcPr>
            <w:tcW w:w="2635" w:type="dxa"/>
            <w:vAlign w:val="center"/>
          </w:tcPr>
          <w:p w:rsidRPr="00F37AE1" w:rsidR="00B21C5B" w:rsidP="00114A5B" w:rsidRDefault="00B21C5B" w14:paraId="1402490C" w14:textId="77777777">
            <w:pPr>
              <w:spacing w:before="40" w:after="40"/>
            </w:pPr>
            <w:r w:rsidRPr="00F37AE1">
              <w:t>UBS</w:t>
            </w:r>
          </w:p>
        </w:tc>
      </w:tr>
      <w:tr w:rsidRPr="00F37AE1" w:rsidR="00B21C5B" w:rsidTr="00114A5B" w14:paraId="3F73FBF9" w14:textId="77777777">
        <w:trPr>
          <w:jc w:val="center"/>
        </w:trPr>
        <w:tc>
          <w:tcPr>
            <w:tcW w:w="2635" w:type="dxa"/>
            <w:vAlign w:val="center"/>
          </w:tcPr>
          <w:p w:rsidRPr="00F37AE1" w:rsidR="00B21C5B" w:rsidP="00114A5B" w:rsidRDefault="00B21C5B" w14:paraId="77148835" w14:textId="77777777">
            <w:pPr>
              <w:spacing w:before="40" w:after="40"/>
            </w:pPr>
            <w:r w:rsidRPr="00F37AE1">
              <w:t>6. Gerekli not düzeltmelerinin yapılması</w:t>
            </w:r>
          </w:p>
        </w:tc>
        <w:tc>
          <w:tcPr>
            <w:tcW w:w="2635" w:type="dxa"/>
            <w:vAlign w:val="center"/>
          </w:tcPr>
          <w:p w:rsidRPr="00F37AE1" w:rsidR="00B21C5B" w:rsidP="00114A5B" w:rsidRDefault="00B21C5B" w14:paraId="69BA50FD" w14:textId="77777777">
            <w:pPr>
              <w:spacing w:before="40" w:after="40"/>
            </w:pPr>
            <w:r w:rsidRPr="00F37AE1">
              <w:t>Öğretim Elemanı, Öğrenci İşleri</w:t>
            </w:r>
          </w:p>
        </w:tc>
        <w:tc>
          <w:tcPr>
            <w:tcW w:w="2635" w:type="dxa"/>
            <w:vMerge/>
            <w:vAlign w:val="center"/>
          </w:tcPr>
          <w:p w:rsidRPr="00F37AE1" w:rsidR="00B21C5B" w:rsidP="00114A5B" w:rsidRDefault="00B21C5B" w14:paraId="2BC1DDCB" w14:textId="5BEEF7C1">
            <w:pPr>
              <w:spacing w:before="40" w:after="40"/>
              <w:rPr>
                <w:color w:val="EE0000"/>
              </w:rPr>
            </w:pPr>
          </w:p>
        </w:tc>
        <w:tc>
          <w:tcPr>
            <w:tcW w:w="2635" w:type="dxa"/>
            <w:vAlign w:val="center"/>
          </w:tcPr>
          <w:p w:rsidRPr="00F37AE1" w:rsidR="00B21C5B" w:rsidP="00114A5B" w:rsidRDefault="00B21C5B" w14:paraId="47666D18" w14:textId="77777777">
            <w:pPr>
              <w:spacing w:before="40" w:after="40"/>
            </w:pPr>
            <w:r w:rsidRPr="00F37AE1">
              <w:t>UBS</w:t>
            </w:r>
          </w:p>
        </w:tc>
      </w:tr>
      <w:tr w:rsidRPr="00F37AE1" w:rsidR="00B21C5B" w:rsidTr="00114A5B" w14:paraId="2B634FDA" w14:textId="77777777">
        <w:trPr>
          <w:jc w:val="center"/>
        </w:trPr>
        <w:tc>
          <w:tcPr>
            <w:tcW w:w="2635" w:type="dxa"/>
            <w:vAlign w:val="center"/>
          </w:tcPr>
          <w:p w:rsidRPr="00F37AE1" w:rsidR="00B21C5B" w:rsidP="00114A5B" w:rsidRDefault="00B21C5B" w14:paraId="5F965985" w14:textId="77777777">
            <w:pPr>
              <w:spacing w:before="40" w:after="40"/>
            </w:pPr>
            <w:r w:rsidRPr="00F37AE1">
              <w:t>7. Mazeret, tek ders ve ek sınav işlemlerinin yürütülmesi</w:t>
            </w:r>
          </w:p>
        </w:tc>
        <w:tc>
          <w:tcPr>
            <w:tcW w:w="2635" w:type="dxa"/>
            <w:vAlign w:val="center"/>
          </w:tcPr>
          <w:p w:rsidRPr="00F37AE1" w:rsidR="00B21C5B" w:rsidP="00114A5B" w:rsidRDefault="00B21C5B" w14:paraId="25F529E5" w14:textId="49B6BA2B">
            <w:pPr>
              <w:spacing w:before="40" w:after="40"/>
            </w:pPr>
            <w:r w:rsidRPr="00F37AE1">
              <w:t>Dekan</w:t>
            </w:r>
            <w:r w:rsidR="00F37AE1">
              <w:t>7Müdür</w:t>
            </w:r>
            <w:r w:rsidRPr="00F37AE1">
              <w:t>, Yönetim Kurulu</w:t>
            </w:r>
          </w:p>
        </w:tc>
        <w:tc>
          <w:tcPr>
            <w:tcW w:w="2635" w:type="dxa"/>
            <w:vMerge/>
            <w:vAlign w:val="center"/>
          </w:tcPr>
          <w:p w:rsidRPr="00F37AE1" w:rsidR="00B21C5B" w:rsidP="00114A5B" w:rsidRDefault="00B21C5B" w14:paraId="49550338" w14:textId="2ABD30C8">
            <w:pPr>
              <w:spacing w:before="40" w:after="40"/>
              <w:rPr>
                <w:color w:val="EE0000"/>
              </w:rPr>
            </w:pPr>
          </w:p>
        </w:tc>
        <w:tc>
          <w:tcPr>
            <w:tcW w:w="2635" w:type="dxa"/>
            <w:vAlign w:val="center"/>
          </w:tcPr>
          <w:p w:rsidRPr="00F37AE1" w:rsidR="00B21C5B" w:rsidP="00114A5B" w:rsidRDefault="00B21C5B" w14:paraId="5D694AB1" w14:textId="77777777">
            <w:pPr>
              <w:spacing w:before="40" w:after="40"/>
            </w:pPr>
            <w:r w:rsidRPr="00F37AE1">
              <w:t>EBYS, UBS</w:t>
            </w:r>
          </w:p>
        </w:tc>
      </w:tr>
      <w:tr w:rsidRPr="00F37AE1" w:rsidR="00623596" w14:paraId="4664743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7AE1" w:rsidR="00623596" w:rsidRDefault="00000000" w14:paraId="1BFB3916" w14:textId="77777777">
            <w:pPr>
              <w:spacing w:before="40" w:after="40"/>
              <w:rPr>
                <w:b/>
                <w:bCs/>
              </w:rPr>
            </w:pPr>
            <w:r w:rsidRPr="00F37AE1">
              <w:rPr>
                <w:b/>
                <w:bCs/>
              </w:rPr>
              <w:t>İzleme Kriterleri:</w:t>
            </w:r>
          </w:p>
          <w:p w:rsidRPr="00F37AE1" w:rsidR="00623596" w:rsidRDefault="00000000" w14:paraId="0FC9C122" w14:textId="77777777">
            <w:pPr>
              <w:spacing w:before="40" w:after="40"/>
            </w:pPr>
            <w:r w:rsidRPr="00F37AE1">
              <w:t>1. Düzeltilen not sayısının toplam not itiraz sayısına oranı</w:t>
            </w:r>
          </w:p>
          <w:p w:rsidRPr="00F37AE1" w:rsidR="00623596" w:rsidRDefault="00000000" w14:paraId="4A02FB69" w14:textId="77777777">
            <w:pPr>
              <w:spacing w:before="40" w:after="40"/>
            </w:pPr>
            <w:r w:rsidRPr="00F37AE1">
              <w:t>2. Sınav sonuçlarının zamanında sisteme girilme oranı</w:t>
            </w:r>
          </w:p>
          <w:p w:rsidRPr="00F37AE1" w:rsidR="00623596" w:rsidRDefault="00000000" w14:paraId="6F73BE9D" w14:textId="77777777">
            <w:pPr>
              <w:spacing w:before="40" w:after="40"/>
            </w:pPr>
            <w:r w:rsidRPr="00F37AE1">
              <w:t>3. Öğrenci memnuniyet anketi ölçme-değerlendirme boyutu puanı</w:t>
            </w:r>
          </w:p>
        </w:tc>
      </w:tr>
      <w:tr w:rsidRPr="00F37AE1" w:rsidR="00623596" w14:paraId="68D27B7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7AE1" w:rsidR="00623596" w:rsidRDefault="00000000" w14:paraId="16CB1A1B" w14:textId="77777777">
            <w:pPr>
              <w:spacing w:before="40" w:after="40"/>
              <w:rPr>
                <w:b/>
                <w:bCs/>
              </w:rPr>
            </w:pPr>
            <w:r w:rsidRPr="00F37AE1">
              <w:rPr>
                <w:b/>
                <w:bCs/>
              </w:rPr>
              <w:t>Riskler:</w:t>
            </w:r>
          </w:p>
          <w:p w:rsidRPr="00F37AE1" w:rsidR="00623596" w:rsidRDefault="00000000" w14:paraId="08B53329" w14:textId="77777777">
            <w:pPr>
              <w:spacing w:before="40" w:after="40"/>
            </w:pPr>
            <w:r w:rsidRPr="00F37AE1">
              <w:t>1. Yetersiz veya yanlış ölçme ve değerlendirme sebebiyle öğrencilerin başarı durumunun yanlış belirlenmesi</w:t>
            </w:r>
          </w:p>
          <w:p w:rsidRPr="00F37AE1" w:rsidR="00623596" w:rsidRDefault="00000000" w14:paraId="2A786BF6" w14:textId="77777777">
            <w:pPr>
              <w:spacing w:before="40" w:after="40"/>
            </w:pPr>
            <w:r w:rsidRPr="00F37AE1">
              <w:t>2. Sınav güvenliğinin sağlanamaması nedeniyle kopya ve usulsüzlük vakalarının artması</w:t>
            </w:r>
          </w:p>
        </w:tc>
      </w:tr>
      <w:tr w:rsidRPr="00F37AE1" w:rsidR="00623596" w14:paraId="0983EC5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7AE1" w:rsidR="00623596" w:rsidRDefault="00000000" w14:paraId="6DD70F18" w14:textId="77777777">
            <w:pPr>
              <w:spacing w:before="40" w:after="40"/>
              <w:rPr>
                <w:b/>
                <w:bCs/>
              </w:rPr>
            </w:pPr>
            <w:r w:rsidRPr="00F37AE1">
              <w:rPr>
                <w:b/>
                <w:bCs/>
              </w:rPr>
              <w:t>Fırsatlar:</w:t>
            </w:r>
          </w:p>
          <w:p w:rsidRPr="00F37AE1" w:rsidR="00623596" w:rsidRDefault="00000000" w14:paraId="6E6AF285" w14:textId="77777777">
            <w:pPr>
              <w:spacing w:before="40" w:after="40"/>
            </w:pPr>
            <w:r w:rsidRPr="00F37AE1">
              <w:t>1. Dijital ölçme araçlarının kullanılmasının ölçme sürecini hızlandırması ve şeffaflaştırması</w:t>
            </w:r>
          </w:p>
          <w:p w:rsidRPr="00F37AE1" w:rsidR="00623596" w:rsidRDefault="00000000" w14:paraId="17E6BA40" w14:textId="77777777">
            <w:pPr>
              <w:spacing w:before="40" w:after="40"/>
            </w:pPr>
            <w:r w:rsidRPr="00F37AE1">
              <w:t>2. Rubrik temelli değerlendirme yöntemlerinin öğrenme çıktıları ile uyumunu güçlendirmesi</w:t>
            </w:r>
          </w:p>
        </w:tc>
      </w:tr>
    </w:tbl>
    <w:p w:rsidRPr="00F37AE1" w:rsidR="00623596" w:rsidRDefault="00623596" w14:paraId="250D8258" w14:textId="77777777">
      <w:pPr>
        <w:spacing w:after="120"/>
      </w:pPr>
    </w:p>
    <w:p w:rsidRPr="00F37AE1" w:rsidR="00114A5B" w:rsidRDefault="00114A5B" w14:paraId="11B350BC" w14:textId="77777777">
      <w:pPr>
        <w:spacing w:after="120"/>
      </w:pPr>
    </w:p>
    <w:p w:rsidRPr="00F37AE1" w:rsidR="00114A5B" w:rsidRDefault="00114A5B" w14:paraId="005C4E9A" w14:textId="77777777">
      <w:pPr>
        <w:spacing w:after="120"/>
      </w:pPr>
    </w:p>
    <w:p w:rsidRPr="00F37AE1" w:rsidR="00114A5B" w:rsidRDefault="00114A5B" w14:paraId="652A4BB0" w14:textId="77777777">
      <w:pPr>
        <w:spacing w:after="120"/>
      </w:pPr>
    </w:p>
    <w:p w:rsidRPr="00F37AE1" w:rsidR="00114A5B" w:rsidRDefault="00114A5B" w14:paraId="6B179210" w14:textId="77777777">
      <w:pPr>
        <w:spacing w:after="120"/>
      </w:pPr>
    </w:p>
    <w:p w:rsidRPr="00F37AE1" w:rsidR="00114A5B" w:rsidRDefault="00114A5B" w14:paraId="1E639143" w14:textId="77777777">
      <w:pPr>
        <w:spacing w:after="120"/>
      </w:pPr>
    </w:p>
    <w:p w:rsidRPr="00F37AE1" w:rsidR="00B21C5B" w:rsidRDefault="00B21C5B" w14:paraId="146D9C19" w14:textId="77777777">
      <w:pPr>
        <w:spacing w:after="120"/>
      </w:pPr>
    </w:p>
    <w:p w:rsidRPr="00F37AE1" w:rsidR="00B21C5B" w:rsidRDefault="00B21C5B" w14:paraId="3F005A8E" w14:textId="77777777">
      <w:pPr>
        <w:spacing w:after="120"/>
      </w:pPr>
    </w:p>
    <w:p w:rsidRPr="00F37AE1" w:rsidR="00114A5B" w:rsidRDefault="00114A5B" w14:paraId="602117D0" w14:textId="77777777">
      <w:pPr>
        <w:spacing w:after="120"/>
      </w:pPr>
    </w:p>
    <w:p w:rsidRPr="00F37AE1" w:rsidR="00114A5B" w:rsidRDefault="00114A5B" w14:paraId="18462D9F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F37AE1" w:rsidR="00623596" w14:paraId="5D810568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F37AE1" w:rsidR="00623596" w:rsidRDefault="00000000" w14:paraId="124E362D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lastRenderedPageBreak/>
              <w:t>F1.2.4 Öğrenci Disiplin İşlemleri</w:t>
            </w:r>
          </w:p>
        </w:tc>
      </w:tr>
      <w:tr w:rsidRPr="00F37AE1" w:rsidR="00623596" w14:paraId="160A41BE" w14:textId="77777777">
        <w:trPr>
          <w:jc w:val="center"/>
        </w:trPr>
        <w:tc>
          <w:tcPr>
            <w:tcW w:w="10540" w:type="dxa"/>
            <w:gridSpan w:val="4"/>
          </w:tcPr>
          <w:p w:rsidRPr="00F37AE1" w:rsidR="00623596" w:rsidRDefault="00000000" w14:paraId="39B9554D" w14:textId="77777777">
            <w:pPr>
              <w:spacing w:before="40" w:after="40"/>
            </w:pPr>
            <w:r w:rsidRPr="00F37AE1">
              <w:rPr>
                <w:b/>
                <w:bCs/>
              </w:rPr>
              <w:t>Faaliyetin Amacı:</w:t>
            </w:r>
            <w:r w:rsidRPr="00F37AE1">
              <w:t xml:space="preserve"> Eğitim-öğretim sürecinin sağlıklı işlemesi açısından hukuka ve mevzuata aykırı iş ve işlemlerin önüne geçmek, eğitim hizmetlerini belirli standartlar çerçevesinde yürütmek</w:t>
            </w:r>
          </w:p>
        </w:tc>
      </w:tr>
      <w:tr w:rsidRPr="00F37AE1" w:rsidR="00623596" w14:paraId="769B2EAB" w14:textId="77777777">
        <w:trPr>
          <w:jc w:val="center"/>
        </w:trPr>
        <w:tc>
          <w:tcPr>
            <w:tcW w:w="10540" w:type="dxa"/>
            <w:gridSpan w:val="4"/>
          </w:tcPr>
          <w:p w:rsidRPr="00F37AE1" w:rsidR="00623596" w:rsidRDefault="00000000" w14:paraId="2288D68A" w14:textId="77777777">
            <w:pPr>
              <w:spacing w:before="40" w:after="40"/>
            </w:pPr>
            <w:r w:rsidRPr="00F37AE1">
              <w:rPr>
                <w:b/>
                <w:bCs/>
              </w:rPr>
              <w:t>Faaliyetin Yürütüldüğü Birimler:</w:t>
            </w:r>
            <w:r w:rsidRPr="00F37AE1">
              <w:t xml:space="preserve"> Fakülte/YO/MYO/Enstitü, Hukuk Müşavirliği</w:t>
            </w:r>
          </w:p>
        </w:tc>
      </w:tr>
      <w:tr w:rsidRPr="00F37AE1" w:rsidR="00623596" w14:paraId="09CDA0D4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F37AE1" w:rsidR="00623596" w:rsidRDefault="00000000" w14:paraId="3A5A3B5A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F37AE1" w:rsidR="00623596" w:rsidRDefault="00000000" w14:paraId="32A3AE75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F37AE1" w:rsidR="00623596" w:rsidRDefault="00000000" w14:paraId="4C689246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F37AE1" w:rsidR="00623596" w:rsidRDefault="00000000" w14:paraId="62C0641D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Kayıt Ortamı</w:t>
            </w:r>
          </w:p>
        </w:tc>
      </w:tr>
      <w:tr w:rsidRPr="00F37AE1" w:rsidR="00623596" w14:paraId="6994FDB9" w14:textId="77777777">
        <w:trPr>
          <w:jc w:val="center"/>
        </w:trPr>
        <w:tc>
          <w:tcPr>
            <w:tcW w:w="2635" w:type="dxa"/>
          </w:tcPr>
          <w:p w:rsidRPr="00F37AE1" w:rsidR="00623596" w:rsidRDefault="00000000" w14:paraId="309F94E5" w14:textId="77777777">
            <w:pPr>
              <w:spacing w:before="40" w:after="40"/>
            </w:pPr>
            <w:r w:rsidRPr="00F37AE1">
              <w:t>1. Mevzuata aykırı davranan öğrencilerle ilgili işlemlerin başlatılması</w:t>
            </w:r>
          </w:p>
        </w:tc>
        <w:tc>
          <w:tcPr>
            <w:tcW w:w="2635" w:type="dxa"/>
          </w:tcPr>
          <w:p w:rsidRPr="00F37AE1" w:rsidR="00623596" w:rsidRDefault="00000000" w14:paraId="751FF1A6" w14:textId="77777777">
            <w:pPr>
              <w:spacing w:before="40" w:after="40"/>
            </w:pPr>
            <w:r w:rsidRPr="00F37AE1">
              <w:t>Öğretim Elemanı, Bölüm Başkanı</w:t>
            </w:r>
          </w:p>
        </w:tc>
        <w:tc>
          <w:tcPr>
            <w:tcW w:w="2635" w:type="dxa"/>
          </w:tcPr>
          <w:p w:rsidRPr="00F37AE1" w:rsidR="00623596" w:rsidRDefault="00000000" w14:paraId="6586730D" w14:textId="77777777">
            <w:pPr>
              <w:spacing w:before="40" w:after="40"/>
            </w:pPr>
            <w:r w:rsidRPr="00F37AE1">
              <w:t>Yükseköğretim Kurumları Öğrenci Disiplin Yönetmeliği</w:t>
            </w:r>
          </w:p>
        </w:tc>
        <w:tc>
          <w:tcPr>
            <w:tcW w:w="2635" w:type="dxa"/>
          </w:tcPr>
          <w:p w:rsidRPr="00F37AE1" w:rsidR="00623596" w:rsidRDefault="00000000" w14:paraId="71F89C67" w14:textId="77777777">
            <w:pPr>
              <w:spacing w:before="40" w:after="40"/>
            </w:pPr>
            <w:r w:rsidRPr="00F37AE1">
              <w:t>EBYS</w:t>
            </w:r>
          </w:p>
        </w:tc>
      </w:tr>
      <w:tr w:rsidRPr="00F37AE1" w:rsidR="00623596" w14:paraId="6A5F0388" w14:textId="77777777">
        <w:trPr>
          <w:jc w:val="center"/>
        </w:trPr>
        <w:tc>
          <w:tcPr>
            <w:tcW w:w="2635" w:type="dxa"/>
          </w:tcPr>
          <w:p w:rsidRPr="00F37AE1" w:rsidR="00623596" w:rsidRDefault="00000000" w14:paraId="13D6880A" w14:textId="77777777">
            <w:pPr>
              <w:spacing w:before="40" w:after="40"/>
            </w:pPr>
            <w:r w:rsidRPr="00F37AE1">
              <w:t>2. Disiplin soruşturmasının yürütülmesi</w:t>
            </w:r>
          </w:p>
        </w:tc>
        <w:tc>
          <w:tcPr>
            <w:tcW w:w="2635" w:type="dxa"/>
          </w:tcPr>
          <w:p w:rsidRPr="00F37AE1" w:rsidR="00623596" w:rsidRDefault="00000000" w14:paraId="282D9557" w14:textId="77777777">
            <w:pPr>
              <w:spacing w:before="40" w:after="40"/>
            </w:pPr>
            <w:r w:rsidRPr="00F37AE1">
              <w:t>Soruşturmacı (görevlendirilen öğretim elemanı)</w:t>
            </w:r>
          </w:p>
        </w:tc>
        <w:tc>
          <w:tcPr>
            <w:tcW w:w="2635" w:type="dxa"/>
          </w:tcPr>
          <w:p w:rsidRPr="00F37AE1" w:rsidR="00623596" w:rsidRDefault="00000000" w14:paraId="77C6FCCC" w14:textId="77777777">
            <w:pPr>
              <w:spacing w:before="40" w:after="40"/>
            </w:pPr>
            <w:r w:rsidRPr="00F37AE1">
              <w:t>Yükseköğretim Kurumları Öğrenci Disiplin Yönetmeliği</w:t>
            </w:r>
          </w:p>
        </w:tc>
        <w:tc>
          <w:tcPr>
            <w:tcW w:w="2635" w:type="dxa"/>
          </w:tcPr>
          <w:p w:rsidRPr="00F37AE1" w:rsidR="00623596" w:rsidRDefault="00000000" w14:paraId="27DD2847" w14:textId="77777777">
            <w:pPr>
              <w:spacing w:before="40" w:after="40"/>
            </w:pPr>
            <w:r w:rsidRPr="00F37AE1">
              <w:t>EBYS, Fiziksel Ortam</w:t>
            </w:r>
          </w:p>
        </w:tc>
      </w:tr>
      <w:tr w:rsidRPr="00F37AE1" w:rsidR="00623596" w14:paraId="2A63D29A" w14:textId="77777777">
        <w:trPr>
          <w:jc w:val="center"/>
        </w:trPr>
        <w:tc>
          <w:tcPr>
            <w:tcW w:w="2635" w:type="dxa"/>
          </w:tcPr>
          <w:p w:rsidRPr="00F37AE1" w:rsidR="00623596" w:rsidRDefault="00000000" w14:paraId="5A176D25" w14:textId="77777777">
            <w:pPr>
              <w:spacing w:before="40" w:after="40"/>
            </w:pPr>
            <w:r w:rsidRPr="00F37AE1">
              <w:t>3. Teklif edilen cezaların disiplin kurullarında karara bağlanması</w:t>
            </w:r>
          </w:p>
        </w:tc>
        <w:tc>
          <w:tcPr>
            <w:tcW w:w="2635" w:type="dxa"/>
          </w:tcPr>
          <w:p w:rsidRPr="00F37AE1" w:rsidR="00623596" w:rsidRDefault="00F37AE1" w14:paraId="4FC2FE21" w14:textId="39CA0C4E">
            <w:pPr>
              <w:spacing w:before="40" w:after="40"/>
            </w:pPr>
            <w:r>
              <w:t>MYO/YO/</w:t>
            </w:r>
            <w:r w:rsidRPr="00F37AE1" w:rsidR="00000000">
              <w:t>Fakülte/Enstitü Yönetim Kurulu</w:t>
            </w:r>
          </w:p>
        </w:tc>
        <w:tc>
          <w:tcPr>
            <w:tcW w:w="2635" w:type="dxa"/>
          </w:tcPr>
          <w:p w:rsidRPr="00F37AE1" w:rsidR="00623596" w:rsidRDefault="00000000" w14:paraId="069C2217" w14:textId="77777777">
            <w:pPr>
              <w:spacing w:before="40" w:after="40"/>
            </w:pPr>
            <w:r w:rsidRPr="00F37AE1">
              <w:t>Yükseköğretim Kurumları Öğrenci Disiplin Yönetmeliği</w:t>
            </w:r>
          </w:p>
        </w:tc>
        <w:tc>
          <w:tcPr>
            <w:tcW w:w="2635" w:type="dxa"/>
          </w:tcPr>
          <w:p w:rsidRPr="00F37AE1" w:rsidR="00623596" w:rsidRDefault="00000000" w14:paraId="2ED487A0" w14:textId="77777777">
            <w:pPr>
              <w:spacing w:before="40" w:after="40"/>
            </w:pPr>
            <w:r w:rsidRPr="00F37AE1">
              <w:t>EBYS</w:t>
            </w:r>
          </w:p>
        </w:tc>
      </w:tr>
      <w:tr w:rsidRPr="00F37AE1" w:rsidR="00623596" w14:paraId="0C8A83FC" w14:textId="77777777">
        <w:trPr>
          <w:jc w:val="center"/>
        </w:trPr>
        <w:tc>
          <w:tcPr>
            <w:tcW w:w="2635" w:type="dxa"/>
          </w:tcPr>
          <w:p w:rsidRPr="00F37AE1" w:rsidR="00623596" w:rsidRDefault="00000000" w14:paraId="529330BE" w14:textId="77777777">
            <w:pPr>
              <w:spacing w:before="40" w:after="40"/>
            </w:pPr>
            <w:r w:rsidRPr="00F37AE1">
              <w:t>4. Kararın öğrenciye tebliğ edilmesi ve itiraz hakkının bildirilmesi</w:t>
            </w:r>
          </w:p>
        </w:tc>
        <w:tc>
          <w:tcPr>
            <w:tcW w:w="2635" w:type="dxa"/>
          </w:tcPr>
          <w:p w:rsidRPr="00F37AE1" w:rsidR="00623596" w:rsidRDefault="00F37AE1" w14:paraId="73C1B7D8" w14:textId="62B928D8">
            <w:pPr>
              <w:spacing w:before="40" w:after="40"/>
            </w:pPr>
            <w:r>
              <w:t>MYO/YO</w:t>
            </w:r>
            <w:r>
              <w:t>/</w:t>
            </w:r>
            <w:r w:rsidRPr="00F37AE1" w:rsidR="00000000">
              <w:t>Fakülte/Enstitü Sekreterliği</w:t>
            </w:r>
          </w:p>
        </w:tc>
        <w:tc>
          <w:tcPr>
            <w:tcW w:w="2635" w:type="dxa"/>
          </w:tcPr>
          <w:p w:rsidRPr="00F37AE1" w:rsidR="00623596" w:rsidRDefault="00000000" w14:paraId="69B6DCF7" w14:textId="77777777">
            <w:pPr>
              <w:spacing w:before="40" w:after="40"/>
            </w:pPr>
            <w:r w:rsidRPr="00F37AE1">
              <w:t>—</w:t>
            </w:r>
          </w:p>
        </w:tc>
        <w:tc>
          <w:tcPr>
            <w:tcW w:w="2635" w:type="dxa"/>
          </w:tcPr>
          <w:p w:rsidRPr="00F37AE1" w:rsidR="00623596" w:rsidRDefault="00000000" w14:paraId="2747E78B" w14:textId="77777777">
            <w:pPr>
              <w:spacing w:before="40" w:after="40"/>
            </w:pPr>
            <w:r w:rsidRPr="00F37AE1">
              <w:t>EBYS, Fiziksel Ortam</w:t>
            </w:r>
          </w:p>
        </w:tc>
      </w:tr>
      <w:tr w:rsidRPr="00F37AE1" w:rsidR="00623596" w14:paraId="36E29549" w14:textId="77777777">
        <w:trPr>
          <w:jc w:val="center"/>
        </w:trPr>
        <w:tc>
          <w:tcPr>
            <w:tcW w:w="2635" w:type="dxa"/>
          </w:tcPr>
          <w:p w:rsidRPr="00F37AE1" w:rsidR="00623596" w:rsidRDefault="00000000" w14:paraId="38F60EC6" w14:textId="77777777">
            <w:pPr>
              <w:spacing w:before="40" w:after="40"/>
            </w:pPr>
            <w:r w:rsidRPr="00F37AE1">
              <w:t>5. İtiraz halinde üst disiplin kuruluna dosyanın iletilmesi</w:t>
            </w:r>
          </w:p>
        </w:tc>
        <w:tc>
          <w:tcPr>
            <w:tcW w:w="2635" w:type="dxa"/>
          </w:tcPr>
          <w:p w:rsidRPr="00F37AE1" w:rsidR="00623596" w:rsidRDefault="00000000" w14:paraId="52A18C8F" w14:textId="77777777">
            <w:pPr>
              <w:spacing w:before="40" w:after="40"/>
            </w:pPr>
            <w:r w:rsidRPr="00F37AE1">
              <w:t>Hukuk Müşavirliği</w:t>
            </w:r>
          </w:p>
        </w:tc>
        <w:tc>
          <w:tcPr>
            <w:tcW w:w="2635" w:type="dxa"/>
          </w:tcPr>
          <w:p w:rsidRPr="00F37AE1" w:rsidR="00623596" w:rsidRDefault="00000000" w14:paraId="1A9A207E" w14:textId="77777777">
            <w:pPr>
              <w:spacing w:before="40" w:after="40"/>
            </w:pPr>
            <w:r w:rsidRPr="00F37AE1">
              <w:t>2547 sayılı Yükseköğretim Kanunu</w:t>
            </w:r>
          </w:p>
        </w:tc>
        <w:tc>
          <w:tcPr>
            <w:tcW w:w="2635" w:type="dxa"/>
          </w:tcPr>
          <w:p w:rsidRPr="00F37AE1" w:rsidR="00623596" w:rsidRDefault="00000000" w14:paraId="25DD53BF" w14:textId="77777777">
            <w:pPr>
              <w:spacing w:before="40" w:after="40"/>
            </w:pPr>
            <w:r w:rsidRPr="00F37AE1">
              <w:t>EBYS</w:t>
            </w:r>
          </w:p>
        </w:tc>
      </w:tr>
      <w:tr w:rsidRPr="00F37AE1" w:rsidR="00F37AE1" w14:paraId="6C5DFA2B" w14:textId="77777777">
        <w:trPr>
          <w:jc w:val="center"/>
        </w:trPr>
        <w:tc>
          <w:tcPr>
            <w:tcW w:w="2635" w:type="dxa"/>
          </w:tcPr>
          <w:p w:rsidRPr="00F37AE1" w:rsidR="00F37AE1" w:rsidP="00F37AE1" w:rsidRDefault="00F37AE1" w14:paraId="14075D6D" w14:textId="5ECD97B1">
            <w:pPr>
              <w:spacing w:before="40" w:after="40"/>
            </w:pPr>
            <w:r>
              <w:t xml:space="preserve">6. Kesinleşen disiplin cezası kararının </w:t>
            </w:r>
            <w:proofErr w:type="spellStart"/>
            <w:r>
              <w:t>ÖİDB’ye</w:t>
            </w:r>
            <w:proofErr w:type="spellEnd"/>
            <w:r>
              <w:t xml:space="preserve"> bildirilmesi</w:t>
            </w:r>
          </w:p>
        </w:tc>
        <w:tc>
          <w:tcPr>
            <w:tcW w:w="2635" w:type="dxa"/>
          </w:tcPr>
          <w:p w:rsidRPr="00F37AE1" w:rsidR="00F37AE1" w:rsidP="00F37AE1" w:rsidRDefault="00F37AE1" w14:paraId="7997E900" w14:textId="425AEF62">
            <w:pPr>
              <w:spacing w:before="40" w:after="40"/>
            </w:pPr>
            <w:r>
              <w:t>MYO/YO/</w:t>
            </w:r>
            <w:r w:rsidRPr="00F37AE1">
              <w:t>Fakülte/Enstitü Yönetim Kurulu</w:t>
            </w:r>
          </w:p>
        </w:tc>
        <w:tc>
          <w:tcPr>
            <w:tcW w:w="2635" w:type="dxa"/>
          </w:tcPr>
          <w:p w:rsidRPr="00F37AE1" w:rsidR="00F37AE1" w:rsidP="00F37AE1" w:rsidRDefault="00F37AE1" w14:paraId="53D29880" w14:textId="2788BDAE">
            <w:pPr>
              <w:spacing w:before="40" w:after="40"/>
            </w:pPr>
            <w:r w:rsidRPr="00F37AE1">
              <w:t>2547 sayılı Yükseköğretim Kanunu</w:t>
            </w:r>
          </w:p>
        </w:tc>
        <w:tc>
          <w:tcPr>
            <w:tcW w:w="2635" w:type="dxa"/>
          </w:tcPr>
          <w:p w:rsidRPr="00F37AE1" w:rsidR="00F37AE1" w:rsidP="00F37AE1" w:rsidRDefault="00F37AE1" w14:paraId="51315385" w14:textId="29B76E7C">
            <w:pPr>
              <w:spacing w:before="40" w:after="40"/>
            </w:pPr>
            <w:r>
              <w:t>Elektronik Ortam</w:t>
            </w:r>
          </w:p>
        </w:tc>
      </w:tr>
      <w:tr w:rsidRPr="00F37AE1" w:rsidR="00F37AE1" w14:paraId="480EB22B" w14:textId="77777777">
        <w:trPr>
          <w:jc w:val="center"/>
        </w:trPr>
        <w:tc>
          <w:tcPr>
            <w:tcW w:w="2635" w:type="dxa"/>
          </w:tcPr>
          <w:p w:rsidRPr="00F37AE1" w:rsidR="00F37AE1" w:rsidP="00F37AE1" w:rsidRDefault="00F37AE1" w14:paraId="656EE260" w14:textId="1A80086C">
            <w:pPr>
              <w:spacing w:before="40" w:after="40"/>
            </w:pPr>
            <w:r>
              <w:t>7. Uzaklaştırma cezalarının bildirilmesi</w:t>
            </w:r>
          </w:p>
        </w:tc>
        <w:tc>
          <w:tcPr>
            <w:tcW w:w="2635" w:type="dxa"/>
          </w:tcPr>
          <w:p w:rsidRPr="00F37AE1" w:rsidR="00F37AE1" w:rsidP="00F37AE1" w:rsidRDefault="00F37AE1" w14:paraId="69EF616D" w14:textId="608BD234">
            <w:pPr>
              <w:spacing w:before="40" w:after="40"/>
            </w:pPr>
            <w:r>
              <w:t>ÖİDB</w:t>
            </w:r>
          </w:p>
        </w:tc>
        <w:tc>
          <w:tcPr>
            <w:tcW w:w="2635" w:type="dxa"/>
          </w:tcPr>
          <w:p w:rsidRPr="00F37AE1" w:rsidR="00F37AE1" w:rsidP="00F37AE1" w:rsidRDefault="00F37AE1" w14:paraId="1F7989A9" w14:textId="7085B520">
            <w:pPr>
              <w:spacing w:before="40" w:after="40"/>
            </w:pPr>
            <w:r w:rsidRPr="00F37AE1">
              <w:t>2547 sayılı Yükseköğretim Kanunu</w:t>
            </w:r>
          </w:p>
        </w:tc>
        <w:tc>
          <w:tcPr>
            <w:tcW w:w="2635" w:type="dxa"/>
          </w:tcPr>
          <w:p w:rsidRPr="00F37AE1" w:rsidR="00F37AE1" w:rsidP="00F37AE1" w:rsidRDefault="00F37AE1" w14:paraId="14A2E3ED" w14:textId="1B685F69">
            <w:pPr>
              <w:spacing w:before="40" w:after="40"/>
            </w:pPr>
            <w:r w:rsidRPr="00F37AE1">
              <w:t>EBYS</w:t>
            </w:r>
          </w:p>
        </w:tc>
      </w:tr>
      <w:tr w:rsidRPr="00F37AE1" w:rsidR="00F37AE1" w14:paraId="6A55A02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7AE1" w:rsidR="00F37AE1" w:rsidP="00F37AE1" w:rsidRDefault="00F37AE1" w14:paraId="2D85F5A0" w14:textId="77777777">
            <w:pPr>
              <w:spacing w:before="40" w:after="40"/>
              <w:rPr>
                <w:b/>
                <w:bCs/>
              </w:rPr>
            </w:pPr>
            <w:r w:rsidRPr="00F37AE1">
              <w:rPr>
                <w:b/>
                <w:bCs/>
              </w:rPr>
              <w:t>İzleme Kriterleri:</w:t>
            </w:r>
          </w:p>
          <w:p w:rsidRPr="00F37AE1" w:rsidR="00F37AE1" w:rsidP="00F37AE1" w:rsidRDefault="00F37AE1" w14:paraId="072CC861" w14:textId="77777777">
            <w:pPr>
              <w:spacing w:before="40" w:after="40"/>
            </w:pPr>
            <w:r w:rsidRPr="00F37AE1">
              <w:t>1. Üst mahkeme tarafından reddedilen disiplin cezası sayısı</w:t>
            </w:r>
          </w:p>
          <w:p w:rsidRPr="00F37AE1" w:rsidR="00F37AE1" w:rsidP="00F37AE1" w:rsidRDefault="00F37AE1" w14:paraId="5C0FEF21" w14:textId="77777777">
            <w:pPr>
              <w:spacing w:before="40" w:after="40"/>
            </w:pPr>
            <w:r w:rsidRPr="00F37AE1">
              <w:t>2. Disiplin soruşturmalarının ortalama tamamlanma süresi (gün)</w:t>
            </w:r>
          </w:p>
        </w:tc>
      </w:tr>
      <w:tr w:rsidRPr="00F37AE1" w:rsidR="00F37AE1" w14:paraId="7EF44A5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7AE1" w:rsidR="00F37AE1" w:rsidP="00F37AE1" w:rsidRDefault="00F37AE1" w14:paraId="71EEBA5B" w14:textId="77777777">
            <w:pPr>
              <w:spacing w:before="40" w:after="40"/>
              <w:rPr>
                <w:b/>
                <w:bCs/>
              </w:rPr>
            </w:pPr>
            <w:r w:rsidRPr="00F37AE1">
              <w:rPr>
                <w:b/>
                <w:bCs/>
              </w:rPr>
              <w:t>Riskler:</w:t>
            </w:r>
          </w:p>
          <w:p w:rsidRPr="00F37AE1" w:rsidR="00F37AE1" w:rsidP="00F37AE1" w:rsidRDefault="00F37AE1" w14:paraId="6E70375B" w14:textId="77777777">
            <w:pPr>
              <w:spacing w:before="40" w:after="40"/>
            </w:pPr>
            <w:r w:rsidRPr="00F37AE1">
              <w:t>1. Dosyanın yanlış değerlendirilmesi nedeniyle üst mahkemece disiplin cezası kararının bozulması</w:t>
            </w:r>
          </w:p>
          <w:p w:rsidRPr="00F37AE1" w:rsidR="00F37AE1" w:rsidP="00F37AE1" w:rsidRDefault="00F37AE1" w14:paraId="62089977" w14:textId="77777777">
            <w:pPr>
              <w:spacing w:before="40" w:after="40"/>
            </w:pPr>
            <w:r w:rsidRPr="00F37AE1">
              <w:t>2. Soruşturma sürecinin mevzuattaki sürelere uyulmadan yürütülmesi</w:t>
            </w:r>
          </w:p>
        </w:tc>
      </w:tr>
      <w:tr w:rsidRPr="00F37AE1" w:rsidR="00F37AE1" w14:paraId="2E00F10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7AE1" w:rsidR="00F37AE1" w:rsidP="00F37AE1" w:rsidRDefault="00F37AE1" w14:paraId="7CD5AD58" w14:textId="77777777">
            <w:pPr>
              <w:spacing w:before="40" w:after="40"/>
              <w:rPr>
                <w:b/>
                <w:bCs/>
              </w:rPr>
            </w:pPr>
            <w:r w:rsidRPr="00F37AE1">
              <w:rPr>
                <w:b/>
                <w:bCs/>
              </w:rPr>
              <w:t>Fırsatlar:</w:t>
            </w:r>
          </w:p>
          <w:p w:rsidRPr="00F37AE1" w:rsidR="00F37AE1" w:rsidP="00F37AE1" w:rsidRDefault="00F37AE1" w14:paraId="2C6807D3" w14:textId="77777777">
            <w:pPr>
              <w:spacing w:before="40" w:after="40"/>
            </w:pPr>
            <w:r w:rsidRPr="00F37AE1">
              <w:t>1. Disiplin süreçlerinin şeffaf ve adil yürütülmesinin kurumsal güvenilirliği artırması</w:t>
            </w:r>
          </w:p>
        </w:tc>
      </w:tr>
    </w:tbl>
    <w:p w:rsidRPr="00F37AE1" w:rsidR="00623596" w:rsidRDefault="00623596" w14:paraId="752CAA42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F37AE1" w:rsidR="00623596" w14:paraId="2471AB42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F37AE1" w:rsidR="00623596" w:rsidRDefault="00000000" w14:paraId="4D8C8FB3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F1.2.5 Eğitim-Öğretim Kalite Güvence ve Sürekli İyileştirme</w:t>
            </w:r>
          </w:p>
        </w:tc>
      </w:tr>
      <w:tr w:rsidRPr="00F37AE1" w:rsidR="00623596" w14:paraId="6C82D78F" w14:textId="77777777">
        <w:trPr>
          <w:jc w:val="center"/>
        </w:trPr>
        <w:tc>
          <w:tcPr>
            <w:tcW w:w="10540" w:type="dxa"/>
            <w:gridSpan w:val="4"/>
          </w:tcPr>
          <w:p w:rsidRPr="00F37AE1" w:rsidR="00623596" w:rsidRDefault="00000000" w14:paraId="37C3C5AA" w14:textId="77777777">
            <w:pPr>
              <w:spacing w:before="40" w:after="40"/>
            </w:pPr>
            <w:r w:rsidRPr="00F37AE1">
              <w:rPr>
                <w:b/>
                <w:bCs/>
              </w:rPr>
              <w:t>Faaliyetin Amacı:</w:t>
            </w:r>
            <w:r w:rsidRPr="00F37AE1">
              <w:t xml:space="preserve"> Eğitim-öğretim hizmetlerinin kalite güvence sistemine uygun şekilde bütüncül bir yaklaşımla izlenmesini, değerlendirilmesini ve sürekli iyileştirilmesini sağlamak</w:t>
            </w:r>
          </w:p>
        </w:tc>
      </w:tr>
      <w:tr w:rsidRPr="00F37AE1" w:rsidR="00623596" w14:paraId="42AA0507" w14:textId="77777777">
        <w:trPr>
          <w:jc w:val="center"/>
        </w:trPr>
        <w:tc>
          <w:tcPr>
            <w:tcW w:w="10540" w:type="dxa"/>
            <w:gridSpan w:val="4"/>
          </w:tcPr>
          <w:p w:rsidRPr="00F37AE1" w:rsidR="00623596" w:rsidRDefault="00000000" w14:paraId="729469C1" w14:textId="0CC080AA">
            <w:pPr>
              <w:spacing w:before="40" w:after="40"/>
            </w:pPr>
            <w:r w:rsidRPr="00F37AE1">
              <w:rPr>
                <w:b/>
                <w:bCs/>
              </w:rPr>
              <w:t>Faaliyetin Yürütüldüğü Birimler:</w:t>
            </w:r>
            <w:r w:rsidRPr="00F37AE1">
              <w:t xml:space="preserve"> Fakülte/YO/MYO/Enstitü, </w:t>
            </w:r>
            <w:r w:rsidRPr="00F37AE1" w:rsidR="00114A5B">
              <w:t xml:space="preserve">Akreditasyon, Akademik Değerlendirme ve </w:t>
            </w:r>
            <w:r w:rsidRPr="00F37AE1">
              <w:t>Kalite Koordinatörlüğü</w:t>
            </w:r>
          </w:p>
        </w:tc>
      </w:tr>
      <w:tr w:rsidRPr="00F37AE1" w:rsidR="00623596" w14:paraId="74B173B4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F37AE1" w:rsidR="00623596" w:rsidRDefault="00000000" w14:paraId="0F8FB763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F37AE1" w:rsidR="00623596" w:rsidRDefault="00000000" w14:paraId="177AFC47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F37AE1" w:rsidR="00623596" w:rsidRDefault="00000000" w14:paraId="642CE2D1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F37AE1" w:rsidR="00623596" w:rsidRDefault="00000000" w14:paraId="29066084" w14:textId="77777777">
            <w:pPr>
              <w:spacing w:before="40" w:after="40"/>
              <w:jc w:val="center"/>
            </w:pPr>
            <w:r w:rsidRPr="00F37AE1">
              <w:rPr>
                <w:b/>
              </w:rPr>
              <w:t>Kayıt Ortamı</w:t>
            </w:r>
          </w:p>
        </w:tc>
      </w:tr>
      <w:tr w:rsidRPr="00F37AE1" w:rsidR="00623596" w:rsidTr="00B21C5B" w14:paraId="58E30F87" w14:textId="77777777">
        <w:trPr>
          <w:jc w:val="center"/>
        </w:trPr>
        <w:tc>
          <w:tcPr>
            <w:tcW w:w="2635" w:type="dxa"/>
          </w:tcPr>
          <w:p w:rsidRPr="00F37AE1" w:rsidR="00623596" w:rsidRDefault="00000000" w14:paraId="56B0B2BB" w14:textId="77777777">
            <w:pPr>
              <w:spacing w:before="40" w:after="40"/>
            </w:pPr>
            <w:r w:rsidRPr="00F37AE1">
              <w:t>1. Program çıktılarının güncellenmesi ve ölçme değerlendirme işlemlerinin geliştirilmesi</w:t>
            </w:r>
          </w:p>
        </w:tc>
        <w:tc>
          <w:tcPr>
            <w:tcW w:w="2635" w:type="dxa"/>
          </w:tcPr>
          <w:p w:rsidRPr="00F37AE1" w:rsidR="00623596" w:rsidRDefault="00000000" w14:paraId="53C590D1" w14:textId="77777777">
            <w:pPr>
              <w:spacing w:before="40" w:after="40"/>
            </w:pPr>
            <w:r w:rsidRPr="00F37AE1">
              <w:t>Bölüm Başkanı, Öğretim Elemanı</w:t>
            </w:r>
          </w:p>
        </w:tc>
        <w:tc>
          <w:tcPr>
            <w:tcW w:w="2635" w:type="dxa"/>
            <w:vAlign w:val="center"/>
          </w:tcPr>
          <w:p w:rsidRPr="00F37AE1" w:rsidR="00623596" w:rsidP="00B21C5B" w:rsidRDefault="00B21C5B" w14:paraId="5D517672" w14:textId="54AC0877">
            <w:pPr>
              <w:spacing w:before="40" w:after="40"/>
              <w:rPr>
                <w:color w:val="EE0000"/>
              </w:rPr>
            </w:pPr>
            <w:hyperlink r:id="rId37">
              <w:r w:rsidRPr="00F37AE1">
                <w:rPr>
                  <w:color w:val="0563C1"/>
                  <w:u w:val="single"/>
                </w:rPr>
                <w:t>GRÜ Kalite Güvencesi Yönergesi</w:t>
              </w:r>
            </w:hyperlink>
          </w:p>
        </w:tc>
        <w:tc>
          <w:tcPr>
            <w:tcW w:w="2635" w:type="dxa"/>
          </w:tcPr>
          <w:p w:rsidRPr="00F37AE1" w:rsidR="00623596" w:rsidRDefault="00000000" w14:paraId="1939C90F" w14:textId="77777777">
            <w:pPr>
              <w:spacing w:before="40" w:after="40"/>
            </w:pPr>
            <w:r w:rsidRPr="00F37AE1">
              <w:t>EBYS, UBS</w:t>
            </w:r>
          </w:p>
        </w:tc>
      </w:tr>
      <w:tr w:rsidRPr="00F37AE1" w:rsidR="00623596" w:rsidTr="00B21C5B" w14:paraId="1B7ABAD1" w14:textId="77777777">
        <w:trPr>
          <w:jc w:val="center"/>
        </w:trPr>
        <w:tc>
          <w:tcPr>
            <w:tcW w:w="2635" w:type="dxa"/>
          </w:tcPr>
          <w:p w:rsidRPr="00F37AE1" w:rsidR="00623596" w:rsidRDefault="00000000" w14:paraId="19D78809" w14:textId="77777777">
            <w:pPr>
              <w:spacing w:before="40" w:after="40"/>
            </w:pPr>
            <w:r w:rsidRPr="00F37AE1">
              <w:t xml:space="preserve">2. Paydaş görüşlerinin </w:t>
            </w:r>
            <w:r w:rsidRPr="00F37AE1">
              <w:lastRenderedPageBreak/>
              <w:t>program revizyonlarına yansıtılması</w:t>
            </w:r>
          </w:p>
        </w:tc>
        <w:tc>
          <w:tcPr>
            <w:tcW w:w="2635" w:type="dxa"/>
          </w:tcPr>
          <w:p w:rsidRPr="00F37AE1" w:rsidR="00623596" w:rsidRDefault="00000000" w14:paraId="7C8A7A83" w14:textId="32F67680">
            <w:pPr>
              <w:spacing w:before="40" w:after="40"/>
            </w:pPr>
            <w:r w:rsidRPr="00F37AE1">
              <w:lastRenderedPageBreak/>
              <w:t xml:space="preserve">Eğitim Komisyonu, </w:t>
            </w:r>
            <w:r w:rsidRPr="00F37AE1" w:rsidR="00114A5B">
              <w:lastRenderedPageBreak/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Pr="00F37AE1" w:rsidR="00623596" w:rsidP="00B21C5B" w:rsidRDefault="00623596" w14:paraId="678AEB19" w14:textId="3CE1EA51">
            <w:pPr>
              <w:spacing w:before="40" w:after="40"/>
            </w:pPr>
            <w:hyperlink r:id="rId38">
              <w:r w:rsidRPr="00F37AE1">
                <w:rPr>
                  <w:color w:val="0563C1"/>
                  <w:u w:val="single"/>
                </w:rPr>
                <w:t xml:space="preserve">GRÜ Kalite Güvencesi </w:t>
              </w:r>
              <w:r w:rsidRPr="00F37AE1">
                <w:rPr>
                  <w:color w:val="0563C1"/>
                  <w:u w:val="single"/>
                </w:rPr>
                <w:lastRenderedPageBreak/>
                <w:t>Yönergesi</w:t>
              </w:r>
            </w:hyperlink>
          </w:p>
        </w:tc>
        <w:tc>
          <w:tcPr>
            <w:tcW w:w="2635" w:type="dxa"/>
          </w:tcPr>
          <w:p w:rsidRPr="00F37AE1" w:rsidR="00623596" w:rsidRDefault="00000000" w14:paraId="576A137E" w14:textId="77777777">
            <w:pPr>
              <w:spacing w:before="40" w:after="40"/>
            </w:pPr>
            <w:r w:rsidRPr="00F37AE1">
              <w:lastRenderedPageBreak/>
              <w:t>Elektronik Ortam</w:t>
            </w:r>
          </w:p>
        </w:tc>
      </w:tr>
      <w:tr w:rsidRPr="00F37AE1" w:rsidR="00114A5B" w:rsidTr="00B21C5B" w14:paraId="1A0F1702" w14:textId="77777777">
        <w:trPr>
          <w:jc w:val="center"/>
        </w:trPr>
        <w:tc>
          <w:tcPr>
            <w:tcW w:w="2635" w:type="dxa"/>
          </w:tcPr>
          <w:p w:rsidRPr="00F37AE1" w:rsidR="00114A5B" w:rsidP="00114A5B" w:rsidRDefault="00114A5B" w14:paraId="4E5DA8EF" w14:textId="77777777">
            <w:pPr>
              <w:spacing w:before="40" w:after="40"/>
            </w:pPr>
            <w:r w:rsidRPr="00F37AE1">
              <w:t>3. Birimlerden ara ve sonuç raporlarının toplanması</w:t>
            </w:r>
          </w:p>
        </w:tc>
        <w:tc>
          <w:tcPr>
            <w:tcW w:w="2635" w:type="dxa"/>
          </w:tcPr>
          <w:p w:rsidRPr="00F37AE1" w:rsidR="00114A5B" w:rsidP="00114A5B" w:rsidRDefault="00114A5B" w14:paraId="7A26BDD3" w14:textId="37BE9E19">
            <w:pPr>
              <w:spacing w:before="40" w:after="40"/>
            </w:pPr>
            <w:r w:rsidRPr="00F37AE1"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Pr="00F37AE1" w:rsidR="00114A5B" w:rsidP="00B21C5B" w:rsidRDefault="00114A5B" w14:paraId="3B4D4229" w14:textId="5081580F">
            <w:pPr>
              <w:spacing w:before="40" w:after="40"/>
            </w:pPr>
            <w:hyperlink r:id="rId39">
              <w:r w:rsidRPr="00F37AE1">
                <w:rPr>
                  <w:color w:val="0563C1"/>
                  <w:u w:val="single"/>
                </w:rPr>
                <w:t>GRÜ Kalite Güvencesi Yönergesi</w:t>
              </w:r>
            </w:hyperlink>
          </w:p>
        </w:tc>
        <w:tc>
          <w:tcPr>
            <w:tcW w:w="2635" w:type="dxa"/>
          </w:tcPr>
          <w:p w:rsidRPr="00F37AE1" w:rsidR="00114A5B" w:rsidP="00114A5B" w:rsidRDefault="00114A5B" w14:paraId="1DEFF823" w14:textId="77777777">
            <w:pPr>
              <w:spacing w:before="40" w:after="40"/>
            </w:pPr>
            <w:r w:rsidRPr="00F37AE1">
              <w:t>EBYS</w:t>
            </w:r>
          </w:p>
        </w:tc>
      </w:tr>
      <w:tr w:rsidRPr="00F37AE1" w:rsidR="00623596" w:rsidTr="00B21C5B" w14:paraId="4361115F" w14:textId="77777777">
        <w:trPr>
          <w:jc w:val="center"/>
        </w:trPr>
        <w:tc>
          <w:tcPr>
            <w:tcW w:w="2635" w:type="dxa"/>
          </w:tcPr>
          <w:p w:rsidRPr="00F37AE1" w:rsidR="00623596" w:rsidRDefault="00000000" w14:paraId="4FF2555B" w14:textId="77777777">
            <w:pPr>
              <w:spacing w:before="40" w:after="40"/>
            </w:pPr>
            <w:r w:rsidRPr="00F37AE1">
              <w:t>4. Nihai değerlendirme raporunun oluşturulması</w:t>
            </w:r>
          </w:p>
        </w:tc>
        <w:tc>
          <w:tcPr>
            <w:tcW w:w="2635" w:type="dxa"/>
          </w:tcPr>
          <w:p w:rsidRPr="00F37AE1" w:rsidR="00623596" w:rsidRDefault="00114A5B" w14:paraId="1EC175A7" w14:textId="49B842A7">
            <w:pPr>
              <w:spacing w:before="40" w:after="40"/>
            </w:pPr>
            <w:r w:rsidRPr="00F37AE1"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Pr="00F37AE1" w:rsidR="00623596" w:rsidP="00B21C5B" w:rsidRDefault="00000000" w14:paraId="7ECB493A" w14:textId="77777777">
            <w:pPr>
              <w:spacing w:before="40" w:after="40"/>
            </w:pPr>
            <w:r w:rsidRPr="00F37AE1">
              <w:t>—</w:t>
            </w:r>
          </w:p>
        </w:tc>
        <w:tc>
          <w:tcPr>
            <w:tcW w:w="2635" w:type="dxa"/>
          </w:tcPr>
          <w:p w:rsidRPr="00F37AE1" w:rsidR="00623596" w:rsidRDefault="00000000" w14:paraId="57C533CD" w14:textId="77777777">
            <w:pPr>
              <w:spacing w:before="40" w:after="40"/>
            </w:pPr>
            <w:r w:rsidRPr="00F37AE1">
              <w:t>EBYS, Elektronik Ortam</w:t>
            </w:r>
          </w:p>
        </w:tc>
      </w:tr>
      <w:tr w:rsidRPr="00F37AE1" w:rsidR="00623596" w:rsidTr="00B21C5B" w14:paraId="0525D9E1" w14:textId="77777777">
        <w:trPr>
          <w:jc w:val="center"/>
        </w:trPr>
        <w:tc>
          <w:tcPr>
            <w:tcW w:w="2635" w:type="dxa"/>
          </w:tcPr>
          <w:p w:rsidRPr="00F37AE1" w:rsidR="00623596" w:rsidRDefault="00000000" w14:paraId="7DE43170" w14:textId="77777777">
            <w:pPr>
              <w:spacing w:before="40" w:after="40"/>
            </w:pPr>
            <w:r w:rsidRPr="00F37AE1">
              <w:t>5. Revizyonların gerçekleştirilmesi ve Senatoya sunulması</w:t>
            </w:r>
          </w:p>
        </w:tc>
        <w:tc>
          <w:tcPr>
            <w:tcW w:w="2635" w:type="dxa"/>
          </w:tcPr>
          <w:p w:rsidRPr="00F37AE1" w:rsidR="00623596" w:rsidRDefault="00000000" w14:paraId="3649A447" w14:textId="4AED505D">
            <w:pPr>
              <w:spacing w:before="40" w:after="40"/>
            </w:pPr>
            <w:r w:rsidRPr="00F37AE1">
              <w:t xml:space="preserve">Dekan, </w:t>
            </w:r>
            <w:r w:rsidRPr="00F37AE1" w:rsidR="00412C92">
              <w:t xml:space="preserve">Müdür, </w:t>
            </w:r>
            <w:r w:rsidRPr="00F37AE1">
              <w:t>Senato</w:t>
            </w:r>
          </w:p>
        </w:tc>
        <w:tc>
          <w:tcPr>
            <w:tcW w:w="2635" w:type="dxa"/>
            <w:vAlign w:val="center"/>
          </w:tcPr>
          <w:p w:rsidRPr="00F37AE1" w:rsidR="00623596" w:rsidP="00B21C5B" w:rsidRDefault="00000000" w14:paraId="423004BF" w14:textId="77777777">
            <w:pPr>
              <w:spacing w:before="40" w:after="40"/>
            </w:pPr>
            <w:r w:rsidRPr="00F37AE1">
              <w:t>2547 sayılı Yükseköğretim Kanunu, Md. 14</w:t>
            </w:r>
          </w:p>
        </w:tc>
        <w:tc>
          <w:tcPr>
            <w:tcW w:w="2635" w:type="dxa"/>
          </w:tcPr>
          <w:p w:rsidRPr="00F37AE1" w:rsidR="00623596" w:rsidRDefault="00000000" w14:paraId="4732DBC4" w14:textId="77777777">
            <w:pPr>
              <w:spacing w:before="40" w:after="40"/>
            </w:pPr>
            <w:r w:rsidRPr="00F37AE1">
              <w:t>EBYS</w:t>
            </w:r>
          </w:p>
        </w:tc>
      </w:tr>
      <w:tr w:rsidRPr="00F37AE1" w:rsidR="00623596" w14:paraId="71CA6EE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7AE1" w:rsidR="00623596" w:rsidRDefault="00000000" w14:paraId="182440E4" w14:textId="77777777">
            <w:pPr>
              <w:spacing w:before="40" w:after="40"/>
              <w:rPr>
                <w:b/>
                <w:bCs/>
              </w:rPr>
            </w:pPr>
            <w:r w:rsidRPr="00F37AE1">
              <w:rPr>
                <w:b/>
                <w:bCs/>
              </w:rPr>
              <w:t>İzleme Kriterleri:</w:t>
            </w:r>
          </w:p>
          <w:p w:rsidRPr="00F37AE1" w:rsidR="00623596" w:rsidRDefault="00000000" w14:paraId="41DA2E7D" w14:textId="77777777">
            <w:pPr>
              <w:spacing w:before="40" w:after="40"/>
            </w:pPr>
            <w:r w:rsidRPr="00F37AE1">
              <w:t>1. Paydaş görüşü alınmadan güncellenen program sayısı</w:t>
            </w:r>
          </w:p>
          <w:p w:rsidRPr="00F37AE1" w:rsidR="00623596" w:rsidRDefault="00000000" w14:paraId="6A364C12" w14:textId="77777777">
            <w:pPr>
              <w:spacing w:before="40" w:after="40"/>
            </w:pPr>
            <w:r w:rsidRPr="00F37AE1">
              <w:t>2. Ara ve sonuç raporunu zamanında göndermeyen birim sayısı</w:t>
            </w:r>
          </w:p>
          <w:p w:rsidRPr="00F37AE1" w:rsidR="00623596" w:rsidRDefault="00000000" w14:paraId="40114680" w14:textId="77777777">
            <w:pPr>
              <w:spacing w:before="40" w:after="40"/>
            </w:pPr>
            <w:r w:rsidRPr="00F37AE1">
              <w:t>3. İyileştirme öneri sayısının hayata geçirilen iyileştirme sayısına oranı</w:t>
            </w:r>
          </w:p>
        </w:tc>
      </w:tr>
      <w:tr w:rsidRPr="00F37AE1" w:rsidR="00623596" w14:paraId="78B1ED0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7AE1" w:rsidR="00623596" w:rsidRDefault="00000000" w14:paraId="7E0E2614" w14:textId="77777777">
            <w:pPr>
              <w:spacing w:before="40" w:after="40"/>
              <w:rPr>
                <w:b/>
                <w:bCs/>
              </w:rPr>
            </w:pPr>
            <w:r w:rsidRPr="00F37AE1">
              <w:rPr>
                <w:b/>
                <w:bCs/>
              </w:rPr>
              <w:t>Riskler:</w:t>
            </w:r>
          </w:p>
          <w:p w:rsidRPr="00F37AE1" w:rsidR="00623596" w:rsidRDefault="00000000" w14:paraId="7FD7BF14" w14:textId="77777777">
            <w:pPr>
              <w:spacing w:before="40" w:after="40"/>
            </w:pPr>
            <w:r w:rsidRPr="00F37AE1">
              <w:t>1. Program/ders güncelleme işlemlerinde paydaş görüşü alınmaması nedeniyle dış değerlendirme süreçlerinden bulgu/iyileştirilecek yön alınması</w:t>
            </w:r>
          </w:p>
          <w:p w:rsidRPr="00F37AE1" w:rsidR="00623596" w:rsidRDefault="00000000" w14:paraId="12CA5F2D" w14:textId="77777777">
            <w:pPr>
              <w:spacing w:before="40" w:after="40"/>
            </w:pPr>
            <w:r w:rsidRPr="00F37AE1">
              <w:t>2. Birimlerin raporlama yükümlülüklerini yerine getirmemesi</w:t>
            </w:r>
          </w:p>
        </w:tc>
      </w:tr>
      <w:tr w:rsidRPr="00F37AE1" w:rsidR="00623596" w14:paraId="5DA6959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7AE1" w:rsidR="00623596" w:rsidRDefault="00000000" w14:paraId="5CDF21C6" w14:textId="77777777">
            <w:pPr>
              <w:spacing w:before="40" w:after="40"/>
              <w:rPr>
                <w:b/>
                <w:bCs/>
              </w:rPr>
            </w:pPr>
            <w:r w:rsidRPr="00F37AE1">
              <w:rPr>
                <w:b/>
                <w:bCs/>
              </w:rPr>
              <w:t>Fırsatlar:</w:t>
            </w:r>
          </w:p>
          <w:p w:rsidRPr="00F37AE1" w:rsidR="00623596" w:rsidRDefault="00000000" w14:paraId="771F88E9" w14:textId="77777777">
            <w:pPr>
              <w:spacing w:before="40" w:after="40"/>
            </w:pPr>
            <w:r w:rsidRPr="00F37AE1">
              <w:t>1. Eğitimde revizyon işlemlerinin tüm bölüm/programların akreditasyon alt yapı hazırlıklarını sağlaması</w:t>
            </w:r>
          </w:p>
          <w:p w:rsidRPr="00F37AE1" w:rsidR="00623596" w:rsidRDefault="00000000" w14:paraId="0FD446A3" w14:textId="77777777">
            <w:pPr>
              <w:spacing w:before="40" w:after="40"/>
            </w:pPr>
            <w:r w:rsidRPr="00F37AE1">
              <w:t>2. PUKÖ döngüsünün etkin işletilmesinin YÖKAK kurumsal dış değerlendirme sürecinde üniversiteye avantaj sağlaması</w:t>
            </w:r>
          </w:p>
        </w:tc>
      </w:tr>
    </w:tbl>
    <w:p w:rsidR="00623596" w:rsidRDefault="00623596" w14:paraId="5AC56213" w14:textId="77777777">
      <w:pPr>
        <w:spacing w:after="120"/>
      </w:pPr>
    </w:p>
    <w:sectPr w:rsidR="00623596" w:rsidSect="00034616">
      <w:headerReference w:type="default" r:id="Rbe1c70bde5454415"/>
      <w:pgSz w:w="12240" w:h="15840"/>
      <w:pgMar w:top="1134" w:right="850" w:bottom="1134" w:left="850" w:header="720" w:footer="720" w:gutter="0"/>
      <w:cols w:space="720"/>
      <w:docGrid w:linePitch="360"/>
      <w:footerReference w:type="default" r:id="R6bcce79c174444e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KYS-PRS.01.02,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ce8a685c8c7b4fd3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kvys.giresun.edu.tr/sg/28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e87e0c71f6394b4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fabe3f1ebf78461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Eğitim ve Öğretim Uygulama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KYS-PRS.01.02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2153290">
    <w:abstractNumId w:val="8"/>
  </w:num>
  <w:num w:numId="2" w16cid:durableId="411465437">
    <w:abstractNumId w:val="6"/>
  </w:num>
  <w:num w:numId="3" w16cid:durableId="445583589">
    <w:abstractNumId w:val="5"/>
  </w:num>
  <w:num w:numId="4" w16cid:durableId="1882590347">
    <w:abstractNumId w:val="4"/>
  </w:num>
  <w:num w:numId="5" w16cid:durableId="226260770">
    <w:abstractNumId w:val="7"/>
  </w:num>
  <w:num w:numId="6" w16cid:durableId="1396927000">
    <w:abstractNumId w:val="3"/>
  </w:num>
  <w:num w:numId="7" w16cid:durableId="774599681">
    <w:abstractNumId w:val="2"/>
  </w:num>
  <w:num w:numId="8" w16cid:durableId="410196153">
    <w:abstractNumId w:val="1"/>
  </w:num>
  <w:num w:numId="9" w16cid:durableId="2114277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51E6"/>
    <w:rsid w:val="00034616"/>
    <w:rsid w:val="0006063C"/>
    <w:rsid w:val="00114A5B"/>
    <w:rsid w:val="0015074B"/>
    <w:rsid w:val="0029639D"/>
    <w:rsid w:val="002E3EC5"/>
    <w:rsid w:val="00326F90"/>
    <w:rsid w:val="00412C92"/>
    <w:rsid w:val="00623596"/>
    <w:rsid w:val="00907D6A"/>
    <w:rsid w:val="00AA1D8D"/>
    <w:rsid w:val="00B21C5B"/>
    <w:rsid w:val="00B47730"/>
    <w:rsid w:val="00CB0664"/>
    <w:rsid w:val="00F37AE1"/>
    <w:rsid w:val="00F466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661642"/>
  <w14:defaultImageDpi w14:val="300"/>
  <w15:docId w15:val="{399C5150-4501-DC4B-A335-9E9B1670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C5B"/>
    <w:rPr>
      <w:rFonts w:ascii="Times New Roman" w:eastAsia="Times New Roman" w:hAnsi="Times New Roman" w:cs="Times New Roman"/>
      <w:sz w:val="20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kvys.giresun.edu.tr/dn/KYS-YNT-002" TargetMode="External" Id="rId13" /><Relationship Type="http://schemas.openxmlformats.org/officeDocument/2006/relationships/hyperlink" Target="https://kvys.giresun.edu.tr/dn/KYS-YNT-002" TargetMode="External" Id="rId18" /><Relationship Type="http://schemas.openxmlformats.org/officeDocument/2006/relationships/hyperlink" Target="https://kvys.giresun.edu.tr/dn/KYS-YNT-001" TargetMode="External" Id="rId26" /><Relationship Type="http://schemas.openxmlformats.org/officeDocument/2006/relationships/hyperlink" Target="https://kvys.giresun.edu.tr/dn/KYS-YNR-026" TargetMode="External" Id="rId39" /><Relationship Type="http://schemas.openxmlformats.org/officeDocument/2006/relationships/hyperlink" Target="https://kvys.giresun.edu.tr/dn/KYS-YNT-004" TargetMode="External" Id="rId21" /><Relationship Type="http://schemas.openxmlformats.org/officeDocument/2006/relationships/hyperlink" Target="https://kvys.giresun.edu.tr/dn/KYS-YNT-003" TargetMode="External" Id="rId34" /><Relationship Type="http://schemas.openxmlformats.org/officeDocument/2006/relationships/hyperlink" Target="https://kvys.giresun.edu.tr/dn/KYS-YNT-002" TargetMode="External" Id="rId7" /><Relationship Type="http://schemas.openxmlformats.org/officeDocument/2006/relationships/numbering" Target="numbering.xml" Id="rId2" /><Relationship Type="http://schemas.openxmlformats.org/officeDocument/2006/relationships/hyperlink" Target="https://kvys.giresun.edu.tr/dn/KYS-YNT-004" TargetMode="External" Id="rId16" /><Relationship Type="http://schemas.openxmlformats.org/officeDocument/2006/relationships/hyperlink" Target="https://kvys.giresun.edu.tr/dn/KYS-YNR-078" TargetMode="External" Id="rId20" /><Relationship Type="http://schemas.openxmlformats.org/officeDocument/2006/relationships/hyperlink" Target="https://kvys.giresun.edu.tr/dn/KYS-YNR-078" TargetMode="External" Id="rId29" /><Relationship Type="http://schemas.openxmlformats.org/officeDocument/2006/relationships/theme" Target="theme/theme1.xml" Id="rId41" /><Relationship Type="http://schemas.openxmlformats.org/officeDocument/2006/relationships/customXml" Target="../customXml/item1.xml" Id="rId1" /><Relationship Type="http://schemas.openxmlformats.org/officeDocument/2006/relationships/hyperlink" Target="https://kvys.giresun.edu.tr/dn/KYS-YNT-001" TargetMode="External" Id="rId6" /><Relationship Type="http://schemas.openxmlformats.org/officeDocument/2006/relationships/hyperlink" Target="https://kvys.giresun.edu.tr/dn/KYS-YNR-070" TargetMode="External" Id="rId11" /><Relationship Type="http://schemas.openxmlformats.org/officeDocument/2006/relationships/hyperlink" Target="https://kvys.giresun.edu.tr/dn/KYS-YNR-009" TargetMode="External" Id="rId24" /><Relationship Type="http://schemas.openxmlformats.org/officeDocument/2006/relationships/hyperlink" Target="https://kvys.giresun.edu.tr/dn/KYS-YNT-001" TargetMode="External" Id="rId32" /><Relationship Type="http://schemas.openxmlformats.org/officeDocument/2006/relationships/hyperlink" Target="https://kvys.giresun.edu.tr/dn/KYS-YNR-026" TargetMode="External" Id="rId37" /><Relationship Type="http://schemas.openxmlformats.org/officeDocument/2006/relationships/fontTable" Target="fontTable.xml" Id="rId40" /><Relationship Type="http://schemas.openxmlformats.org/officeDocument/2006/relationships/webSettings" Target="webSettings.xml" Id="rId5" /><Relationship Type="http://schemas.openxmlformats.org/officeDocument/2006/relationships/hyperlink" Target="https://kvys.giresun.edu.tr/dn/KYS-YNR-078" TargetMode="External" Id="rId15" /><Relationship Type="http://schemas.openxmlformats.org/officeDocument/2006/relationships/hyperlink" Target="https://kvys.giresun.edu.tr/dn/KYS-YNR-082" TargetMode="External" Id="rId23" /><Relationship Type="http://schemas.openxmlformats.org/officeDocument/2006/relationships/hyperlink" Target="https://kvys.giresun.edu.tr/dn/KYS-YNT-003" TargetMode="External" Id="rId28" /><Relationship Type="http://schemas.openxmlformats.org/officeDocument/2006/relationships/hyperlink" Target="https://kvys.giresun.edu.tr/dn/KYS-YNT-004" TargetMode="External" Id="rId36" /><Relationship Type="http://schemas.openxmlformats.org/officeDocument/2006/relationships/hyperlink" Target="https://kvys.giresun.edu.tr/dn/KYS-YNT-004" TargetMode="External" Id="rId10" /><Relationship Type="http://schemas.openxmlformats.org/officeDocument/2006/relationships/hyperlink" Target="https://kvys.giresun.edu.tr/dn/KYS-YNT-003" TargetMode="External" Id="rId19" /><Relationship Type="http://schemas.openxmlformats.org/officeDocument/2006/relationships/hyperlink" Target="https://kvys.giresun.edu.tr/dn/KYS-YNR-047" TargetMode="External" Id="rId31" /><Relationship Type="http://schemas.openxmlformats.org/officeDocument/2006/relationships/settings" Target="settings.xml" Id="rId4" /><Relationship Type="http://schemas.openxmlformats.org/officeDocument/2006/relationships/hyperlink" Target="https://kvys.giresun.edu.tr/dn/KYS-YNR-078" TargetMode="External" Id="rId9" /><Relationship Type="http://schemas.openxmlformats.org/officeDocument/2006/relationships/hyperlink" Target="https://kvys.giresun.edu.tr/dn/KYS-YNT-003" TargetMode="External" Id="rId14" /><Relationship Type="http://schemas.openxmlformats.org/officeDocument/2006/relationships/hyperlink" Target="https://kvys.giresun.edu.tr/dn/KYS-YNT-022" TargetMode="External" Id="rId22" /><Relationship Type="http://schemas.openxmlformats.org/officeDocument/2006/relationships/hyperlink" Target="https://kvys.giresun.edu.tr/dn/KYS-YNT-002" TargetMode="External" Id="rId27" /><Relationship Type="http://schemas.openxmlformats.org/officeDocument/2006/relationships/hyperlink" Target="https://kvys.giresun.edu.tr/dn/KYS-YNT-004" TargetMode="External" Id="rId30" /><Relationship Type="http://schemas.openxmlformats.org/officeDocument/2006/relationships/hyperlink" Target="https://kvys.giresun.edu.tr/dn/KYS-YNR-078" TargetMode="External" Id="rId35" /><Relationship Type="http://schemas.openxmlformats.org/officeDocument/2006/relationships/hyperlink" Target="https://kvys.giresun.edu.tr/dn/KYS-YNT-003" TargetMode="External" Id="rId8" /><Relationship Type="http://schemas.openxmlformats.org/officeDocument/2006/relationships/styles" Target="styles.xml" Id="rId3" /><Relationship Type="http://schemas.openxmlformats.org/officeDocument/2006/relationships/hyperlink" Target="https://kvys.giresun.edu.tr/dn/KYS-YNT-001" TargetMode="External" Id="rId12" /><Relationship Type="http://schemas.openxmlformats.org/officeDocument/2006/relationships/hyperlink" Target="https://kvys.giresun.edu.tr/dn/KYS-YNT-001" TargetMode="External" Id="rId17" /><Relationship Type="http://schemas.openxmlformats.org/officeDocument/2006/relationships/hyperlink" Target="https://kvys.giresun.edu.tr/dn/KYS-YNR-010" TargetMode="External" Id="rId25" /><Relationship Type="http://schemas.openxmlformats.org/officeDocument/2006/relationships/hyperlink" Target="https://kvys.giresun.edu.tr/dn/KYS-YNT-002" TargetMode="External" Id="rId33" /><Relationship Type="http://schemas.openxmlformats.org/officeDocument/2006/relationships/hyperlink" Target="https://kvys.giresun.edu.tr/dn/KYS-YNR-026" TargetMode="External" Id="rId38" /><Relationship Type="http://schemas.openxmlformats.org/officeDocument/2006/relationships/header" Target="/word/header1.xml" Id="Rbe1c70bde5454415" /><Relationship Type="http://schemas.openxmlformats.org/officeDocument/2006/relationships/footer" Target="/word/footer1.xml" Id="R6bcce79c174444e2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e87e0c71f6394b47" /><Relationship Type="http://schemas.openxmlformats.org/officeDocument/2006/relationships/hyperlink" Target="https://kvys.giresun.edu.tr/sg/28" TargetMode="External" Id="Rce8a685c8c7b4f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fabe3f1ebf78461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2290</Words>
  <Characters>13054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serdal karapinar</cp:lastModifiedBy>
  <cp:revision>5</cp:revision>
  <dcterms:created xsi:type="dcterms:W3CDTF">2013-12-23T23:15:00Z</dcterms:created>
  <dcterms:modified xsi:type="dcterms:W3CDTF">2026-08-03T11:03:00Z</dcterms:modified>
  <cp:category/>
</cp:coreProperties>
</file>