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Pr="00BB7310" w:rsidR="00764EBC" w14:paraId="565BF634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Pr="00BB7310" w:rsidR="00764EBC" w:rsidRDefault="00000000" w14:paraId="4305F38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PRS.01.</w:t>
            </w:r>
            <w:proofErr w:type="gramStart"/>
            <w:r w:rsidRPr="00BB7310">
              <w:rPr>
                <w:b/>
              </w:rPr>
              <w:t>03  ÖĞRENCİ</w:t>
            </w:r>
            <w:proofErr w:type="gramEnd"/>
            <w:r w:rsidRPr="00BB7310">
              <w:rPr>
                <w:b/>
              </w:rPr>
              <w:t xml:space="preserve"> İŞLERİ SÜRECİ</w:t>
            </w:r>
          </w:p>
        </w:tc>
      </w:tr>
      <w:tr w:rsidRPr="00BB7310" w:rsidR="00764EBC" w14:paraId="058473D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BB7310" w:rsidR="00764EBC" w:rsidRDefault="00000000" w14:paraId="21010E45" w14:textId="77777777">
            <w:pPr>
              <w:spacing w:before="40" w:after="40"/>
            </w:pPr>
            <w:r w:rsidRPr="00BB7310"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Pr="00BB7310" w:rsidR="00764EBC" w:rsidRDefault="00000000" w14:paraId="408D3DB1" w14:textId="77777777">
            <w:pPr>
              <w:spacing w:before="40" w:after="40"/>
            </w:pPr>
            <w:r w:rsidRPr="00BB7310">
              <w:t>Akreditasyon, Akademik Değerlendirme ve Kalite Koordinatörü (kalite@giresun.edu.tr)</w:t>
            </w:r>
          </w:p>
        </w:tc>
      </w:tr>
      <w:tr w:rsidRPr="00BB7310" w:rsidR="00764EBC" w14:paraId="0CEB0FB9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BB7310" w:rsidR="00764EBC" w:rsidRDefault="00000000" w14:paraId="455DA07A" w14:textId="77777777">
            <w:pPr>
              <w:spacing w:before="40" w:after="40"/>
            </w:pPr>
            <w:r w:rsidRPr="00BB7310"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Pr="00BB7310" w:rsidR="00764EBC" w:rsidRDefault="00000000" w14:paraId="33E25531" w14:textId="77777777">
            <w:pPr>
              <w:spacing w:before="40" w:after="40"/>
            </w:pPr>
            <w:r w:rsidRPr="00BB7310">
              <w:t xml:space="preserve">Öğrenci İşleri Daire Başkanlığı, Fakülte/YO/MYO Müdürlük, Enstitüler, Dış İlişkiler Koordinatörlüğü (Erasmus, Farabi, </w:t>
            </w:r>
            <w:proofErr w:type="gramStart"/>
            <w:r w:rsidRPr="00BB7310">
              <w:t>Mevlana</w:t>
            </w:r>
            <w:proofErr w:type="gramEnd"/>
            <w:r w:rsidRPr="00BB7310">
              <w:t>), Strateji Geliştirme Daire Başkanlığı, Akreditasyon, Akademik Değerlendirme ve Kalite Koordinatörlüğü</w:t>
            </w:r>
          </w:p>
        </w:tc>
      </w:tr>
      <w:tr w:rsidRPr="00BB7310" w:rsidR="00764EBC" w14:paraId="49E080E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BB7310" w:rsidR="00764EBC" w:rsidRDefault="00000000" w14:paraId="30C6D44C" w14:textId="77777777">
            <w:pPr>
              <w:spacing w:before="40" w:after="40"/>
            </w:pPr>
            <w:r w:rsidRPr="00BB7310"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Pr="00BB7310" w:rsidR="00764EBC" w:rsidRDefault="00000000" w14:paraId="56CB21E7" w14:textId="77777777">
            <w:pPr>
              <w:spacing w:before="40" w:after="40"/>
            </w:pPr>
            <w:r w:rsidRPr="00BB7310">
              <w:t>Görev tanımlarında belirlenmiştir.</w:t>
            </w:r>
          </w:p>
        </w:tc>
      </w:tr>
      <w:tr w:rsidRPr="00BB7310" w:rsidR="00764EBC" w14:paraId="0CF7D43E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BB7310" w:rsidR="00764EBC" w:rsidRDefault="00000000" w14:paraId="44BDB333" w14:textId="77777777">
            <w:pPr>
              <w:spacing w:before="40" w:after="40"/>
            </w:pPr>
            <w:r w:rsidRPr="00BB7310"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Pr="00BB7310" w:rsidR="00764EBC" w:rsidRDefault="00000000" w14:paraId="3C90757B" w14:textId="77777777">
            <w:pPr>
              <w:spacing w:before="40" w:after="40"/>
            </w:pPr>
            <w:r w:rsidRPr="00BB7310">
              <w:t>Öğrenci işleri sürecinde yürütülen iş ve faaliyetlerin doğru, eksiksiz ve mevzuata uygun yürütülmesini sağlamak; öğrenci yaşam döngüsünü kayıttan mezuniyete kadar etkin biçimde yönetmek</w:t>
            </w:r>
          </w:p>
        </w:tc>
      </w:tr>
      <w:tr w:rsidRPr="00BB7310" w:rsidR="00764EBC" w14:paraId="204D0CD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Pr="00BB7310" w:rsidR="00764EBC" w:rsidRDefault="00000000" w14:paraId="1A95F8DC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Pr="00BB7310" w:rsidR="00764EBC" w:rsidRDefault="00000000" w14:paraId="0678DB7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Pr="00BB7310" w:rsidR="00764EBC" w:rsidRDefault="00000000" w14:paraId="6587A836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ÇIKTILAR</w:t>
            </w:r>
          </w:p>
        </w:tc>
      </w:tr>
      <w:tr w:rsidRPr="00BB7310" w:rsidR="00764EBC" w:rsidTr="00592293" w14:paraId="0D63EEDE" w14:textId="77777777">
        <w:trPr>
          <w:jc w:val="center"/>
        </w:trPr>
        <w:tc>
          <w:tcPr>
            <w:tcW w:w="3513" w:type="dxa"/>
            <w:vAlign w:val="center"/>
          </w:tcPr>
          <w:p w:rsidRPr="00BB7310" w:rsidR="00764EBC" w:rsidP="00592293" w:rsidRDefault="00000000" w14:paraId="46F34DAE" w14:textId="77777777">
            <w:pPr>
              <w:spacing w:before="40" w:after="40"/>
            </w:pPr>
            <w:r w:rsidRPr="00BB7310">
              <w:t>Rektörlük yazıları (senato kararları, daire başkanlıkları)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7EF7EC6A" w14:textId="77777777">
            <w:pPr>
              <w:spacing w:before="40" w:after="40"/>
            </w:pPr>
            <w:r w:rsidRPr="00BB7310">
              <w:t>EBYS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0835A768" w14:textId="77777777">
            <w:pPr>
              <w:spacing w:before="40" w:after="40"/>
            </w:pPr>
            <w:r w:rsidRPr="00BB7310">
              <w:t>Eğitim-öğretim faaliyetlerine ilişkin duyuru/bilgilendirmeler</w:t>
            </w:r>
          </w:p>
        </w:tc>
      </w:tr>
      <w:tr w:rsidRPr="00BB7310" w:rsidR="00764EBC" w:rsidTr="00592293" w14:paraId="4238B403" w14:textId="77777777">
        <w:trPr>
          <w:jc w:val="center"/>
        </w:trPr>
        <w:tc>
          <w:tcPr>
            <w:tcW w:w="3513" w:type="dxa"/>
            <w:vAlign w:val="center"/>
          </w:tcPr>
          <w:p w:rsidRPr="00BB7310" w:rsidR="00764EBC" w:rsidP="00592293" w:rsidRDefault="00000000" w14:paraId="4DCF62F6" w14:textId="77777777">
            <w:pPr>
              <w:spacing w:before="40" w:after="40"/>
            </w:pPr>
            <w:r w:rsidRPr="00BB7310">
              <w:t>Akademik birimlerden gelen yazılar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28144691" w14:textId="77777777">
            <w:pPr>
              <w:spacing w:before="40" w:after="40"/>
            </w:pPr>
            <w:r w:rsidRPr="00BB7310">
              <w:t>EBYS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2CE4024B" w14:textId="77777777">
            <w:pPr>
              <w:spacing w:before="40" w:after="40"/>
            </w:pPr>
            <w:r w:rsidRPr="00BB7310">
              <w:t>Mezuniyet belgeleri (diploma, diploma eki vb.)</w:t>
            </w:r>
          </w:p>
        </w:tc>
      </w:tr>
      <w:tr w:rsidRPr="00BB7310" w:rsidR="00592293" w:rsidTr="00592293" w14:paraId="3ED0707D" w14:textId="77777777">
        <w:trPr>
          <w:jc w:val="center"/>
        </w:trPr>
        <w:tc>
          <w:tcPr>
            <w:tcW w:w="3513" w:type="dxa"/>
            <w:vMerge w:val="restart"/>
            <w:vAlign w:val="center"/>
          </w:tcPr>
          <w:p w:rsidRPr="00BB7310" w:rsidR="00592293" w:rsidP="00592293" w:rsidRDefault="00592293" w14:paraId="145EBCD8" w14:textId="6AC8C3DD">
            <w:pPr>
              <w:spacing w:before="40" w:after="40"/>
            </w:pPr>
            <w:r w:rsidRPr="00BB7310">
              <w:t>Dilekçe ve başvuru evrakları</w:t>
            </w:r>
          </w:p>
        </w:tc>
        <w:tc>
          <w:tcPr>
            <w:tcW w:w="3513" w:type="dxa"/>
            <w:vAlign w:val="center"/>
          </w:tcPr>
          <w:p w:rsidRPr="00BB7310" w:rsidR="00592293" w:rsidP="00592293" w:rsidRDefault="00592293" w14:paraId="117F7793" w14:textId="77777777">
            <w:pPr>
              <w:spacing w:before="40" w:after="40"/>
            </w:pPr>
            <w:r w:rsidRPr="00BB7310">
              <w:t>EBYS, UBS (Öğrenci Bilgi Sistemi)</w:t>
            </w:r>
          </w:p>
        </w:tc>
        <w:tc>
          <w:tcPr>
            <w:tcW w:w="3513" w:type="dxa"/>
            <w:vAlign w:val="center"/>
          </w:tcPr>
          <w:p w:rsidRPr="00BB7310" w:rsidR="00592293" w:rsidP="00592293" w:rsidRDefault="00592293" w14:paraId="621AF25B" w14:textId="77777777">
            <w:pPr>
              <w:spacing w:before="40" w:after="40"/>
            </w:pPr>
            <w:r w:rsidRPr="00BB7310">
              <w:t>Belgeler (transkript, öğrenci belgesi vb.)</w:t>
            </w:r>
          </w:p>
        </w:tc>
      </w:tr>
      <w:tr w:rsidRPr="00BB7310" w:rsidR="00592293" w:rsidTr="00592293" w14:paraId="720A89B3" w14:textId="77777777">
        <w:trPr>
          <w:jc w:val="center"/>
        </w:trPr>
        <w:tc>
          <w:tcPr>
            <w:tcW w:w="3513" w:type="dxa"/>
            <w:vMerge/>
            <w:vAlign w:val="center"/>
          </w:tcPr>
          <w:p w:rsidRPr="00BB7310" w:rsidR="00592293" w:rsidP="00592293" w:rsidRDefault="00592293" w14:paraId="5D7846AC" w14:textId="41FFD3E8">
            <w:pPr>
              <w:spacing w:before="40" w:after="40"/>
            </w:pPr>
          </w:p>
        </w:tc>
        <w:tc>
          <w:tcPr>
            <w:tcW w:w="3513" w:type="dxa"/>
            <w:vAlign w:val="center"/>
          </w:tcPr>
          <w:p w:rsidRPr="00BB7310" w:rsidR="00592293" w:rsidP="00592293" w:rsidRDefault="00592293" w14:paraId="6A3C1776" w14:textId="77777777">
            <w:pPr>
              <w:spacing w:before="40" w:after="40"/>
            </w:pPr>
            <w:r w:rsidRPr="00BB7310">
              <w:t>UBS (Öğrenci Bilgi Sistemi)</w:t>
            </w:r>
          </w:p>
        </w:tc>
        <w:tc>
          <w:tcPr>
            <w:tcW w:w="3513" w:type="dxa"/>
            <w:vAlign w:val="center"/>
          </w:tcPr>
          <w:p w:rsidRPr="00BB7310" w:rsidR="00592293" w:rsidP="00592293" w:rsidRDefault="00592293" w14:paraId="1E5D080C" w14:textId="77777777">
            <w:pPr>
              <w:spacing w:before="40" w:after="40"/>
            </w:pPr>
            <w:r w:rsidRPr="00BB7310">
              <w:t>Öğrenciye özel dokümanlar</w:t>
            </w:r>
          </w:p>
        </w:tc>
      </w:tr>
      <w:tr w:rsidRPr="00BB7310" w:rsidR="00764EBC" w:rsidTr="00592293" w14:paraId="14567133" w14:textId="77777777">
        <w:trPr>
          <w:jc w:val="center"/>
        </w:trPr>
        <w:tc>
          <w:tcPr>
            <w:tcW w:w="3513" w:type="dxa"/>
            <w:vAlign w:val="center"/>
          </w:tcPr>
          <w:p w:rsidRPr="00BB7310" w:rsidR="00764EBC" w:rsidP="00592293" w:rsidRDefault="00000000" w14:paraId="195193F6" w14:textId="77777777">
            <w:pPr>
              <w:spacing w:before="40" w:after="40"/>
            </w:pPr>
            <w:r w:rsidRPr="00BB7310">
              <w:t>Kurum/kuruluşlarla yapılan yazışmalar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69A6087A" w14:textId="77777777">
            <w:pPr>
              <w:spacing w:before="40" w:after="40"/>
            </w:pPr>
            <w:r w:rsidRPr="00BB7310">
              <w:t>EBYS</w:t>
            </w:r>
          </w:p>
        </w:tc>
        <w:tc>
          <w:tcPr>
            <w:tcW w:w="3513" w:type="dxa"/>
            <w:vAlign w:val="center"/>
          </w:tcPr>
          <w:p w:rsidRPr="00BB7310" w:rsidR="00764EBC" w:rsidP="00592293" w:rsidRDefault="00000000" w14:paraId="21A00E6F" w14:textId="77777777">
            <w:pPr>
              <w:spacing w:before="40" w:after="40"/>
            </w:pPr>
            <w:r w:rsidRPr="00BB7310">
              <w:t>Öğrenci işlerine ait veriler ve raporlar</w:t>
            </w:r>
          </w:p>
        </w:tc>
      </w:tr>
      <w:tr w:rsidRPr="00BB7310" w:rsidR="00BB7310" w:rsidTr="00592293" w14:paraId="759E5EA0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53415FD5" w14:textId="18F41E2B">
            <w:pPr>
              <w:spacing w:before="40" w:after="40"/>
            </w:pPr>
            <w:r>
              <w:t>İ</w:t>
            </w:r>
            <w:r w:rsidRPr="00BB7310">
              <w:t>zin form</w:t>
            </w:r>
            <w:r>
              <w:t>u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0E0651F6" w14:textId="77777777">
            <w:pPr>
              <w:spacing w:before="40" w:after="40"/>
            </w:pPr>
            <w:r w:rsidRPr="00BB7310">
              <w:t>UBS (Öğrenci Bilgi Sistemi)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23830D35" w14:textId="3EC43C85">
            <w:pPr>
              <w:spacing w:before="40" w:after="40"/>
            </w:pPr>
            <w:r w:rsidRPr="00BB7310">
              <w:t>Öğrenciye özel dokümanlar</w:t>
            </w:r>
          </w:p>
        </w:tc>
      </w:tr>
      <w:tr w:rsidRPr="00BB7310" w:rsidR="00BB7310" w:rsidTr="00592293" w14:paraId="4ABF29CB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57A11F0D" w14:textId="77777777">
            <w:pPr>
              <w:spacing w:before="40" w:after="40"/>
            </w:pPr>
            <w:r w:rsidRPr="00BB7310">
              <w:t>ÖSYM yerleştirme belgeleri</w:t>
            </w:r>
          </w:p>
        </w:tc>
        <w:tc>
          <w:tcPr>
            <w:tcW w:w="3513" w:type="dxa"/>
            <w:vMerge w:val="restart"/>
            <w:vAlign w:val="center"/>
          </w:tcPr>
          <w:p w:rsidRPr="00BB7310" w:rsidR="00BB7310" w:rsidP="00BB7310" w:rsidRDefault="00BB7310" w14:paraId="5B312A62" w14:textId="330EDD70">
            <w:pPr>
              <w:spacing w:before="40" w:after="40"/>
            </w:pPr>
            <w:r w:rsidRPr="00BB7310">
              <w:t>YÖKSİS</w:t>
            </w:r>
          </w:p>
        </w:tc>
        <w:tc>
          <w:tcPr>
            <w:tcW w:w="3513" w:type="dxa"/>
            <w:vMerge w:val="restart"/>
            <w:vAlign w:val="center"/>
          </w:tcPr>
          <w:p w:rsidRPr="00BB7310" w:rsidR="00BB7310" w:rsidP="00BB7310" w:rsidRDefault="00BB7310" w14:paraId="0833EAB0" w14:textId="77777777">
            <w:pPr>
              <w:spacing w:before="40" w:after="40"/>
            </w:pPr>
            <w:r w:rsidRPr="00BB7310">
              <w:t>Ders kayıt ve kontenjan raporları</w:t>
            </w:r>
          </w:p>
        </w:tc>
      </w:tr>
      <w:tr w:rsidRPr="00BB7310" w:rsidR="00BB7310" w:rsidTr="00592293" w14:paraId="6517449A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22B33201" w14:textId="77777777">
            <w:pPr>
              <w:spacing w:before="40" w:after="40"/>
              <w:rPr>
                <w:color w:val="EE0000"/>
              </w:rPr>
            </w:pPr>
            <w:r w:rsidRPr="00BB7310">
              <w:rPr>
                <w:color w:val="000000" w:themeColor="text1"/>
              </w:rPr>
              <w:t>Yabancı uyruklu öğrenci yerleştirme belgeleri (YÖS vb.) (→ PRS.04.01)</w:t>
            </w:r>
          </w:p>
        </w:tc>
        <w:tc>
          <w:tcPr>
            <w:tcW w:w="3513" w:type="dxa"/>
            <w:vMerge/>
            <w:vAlign w:val="center"/>
          </w:tcPr>
          <w:p w:rsidRPr="00BB7310" w:rsidR="00BB7310" w:rsidP="00BB7310" w:rsidRDefault="00BB7310" w14:paraId="4F92215C" w14:textId="277E9A9B">
            <w:pPr>
              <w:spacing w:before="40" w:after="40"/>
            </w:pPr>
          </w:p>
        </w:tc>
        <w:tc>
          <w:tcPr>
            <w:tcW w:w="3513" w:type="dxa"/>
            <w:vMerge/>
            <w:vAlign w:val="center"/>
          </w:tcPr>
          <w:p w:rsidRPr="00BB7310" w:rsidR="00BB7310" w:rsidP="00BB7310" w:rsidRDefault="00BB7310" w14:paraId="3416ADD3" w14:textId="095296DB">
            <w:pPr>
              <w:spacing w:before="40" w:after="40"/>
            </w:pPr>
          </w:p>
        </w:tc>
      </w:tr>
      <w:tr w:rsidRPr="00BB7310" w:rsidR="00BB7310" w:rsidTr="00592293" w14:paraId="54D6D519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48AFB6B0" w14:textId="77777777">
            <w:pPr>
              <w:spacing w:before="40" w:after="40"/>
            </w:pPr>
            <w:r w:rsidRPr="00BB7310">
              <w:t>Kanuni yükümlülükten kaynaklanan bilgilendirmeler (Göç İdaresi, Askerlik Şubesi, KYK vb.)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1800699D" w14:textId="77777777">
            <w:pPr>
              <w:spacing w:before="40" w:after="40"/>
            </w:pPr>
            <w:r w:rsidRPr="00BB7310">
              <w:t>EBYS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62E0602F" w14:textId="77777777">
            <w:pPr>
              <w:spacing w:before="40" w:after="40"/>
            </w:pPr>
          </w:p>
        </w:tc>
      </w:tr>
      <w:tr w:rsidRPr="00BB7310" w:rsidR="00BB7310" w:rsidTr="00592293" w14:paraId="66DAEF70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50B9FABF" w14:textId="5C51D798">
            <w:pPr>
              <w:spacing w:before="40" w:after="40"/>
            </w:pPr>
            <w:r w:rsidRPr="00BB7310">
              <w:t>GRÜ Akademik Takvimi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09D542FD" w14:textId="0C8A7B73">
            <w:pPr>
              <w:spacing w:before="40" w:after="40"/>
            </w:pPr>
            <w:r>
              <w:t>ÖİDB web sayfası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55778FF8" w14:textId="77777777">
            <w:pPr>
              <w:spacing w:before="40" w:after="40"/>
            </w:pPr>
            <w:r w:rsidRPr="00BB7310">
              <w:t>Ders kayıt ve kontenjan raporları</w:t>
            </w:r>
          </w:p>
        </w:tc>
      </w:tr>
      <w:tr w:rsidRPr="00BB7310" w:rsidR="00BB7310" w:rsidTr="00592293" w14:paraId="6C4D37DB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0F305B84" w14:textId="77777777">
            <w:pPr>
              <w:spacing w:before="40" w:after="40"/>
              <w:rPr>
                <w:color w:val="000000" w:themeColor="text1"/>
              </w:rPr>
            </w:pPr>
            <w:r w:rsidRPr="00BB7310">
              <w:rPr>
                <w:color w:val="000000" w:themeColor="text1"/>
              </w:rPr>
              <w:t xml:space="preserve">Çift Anadal – </w:t>
            </w:r>
            <w:proofErr w:type="spellStart"/>
            <w:r w:rsidRPr="00BB7310">
              <w:rPr>
                <w:color w:val="000000" w:themeColor="text1"/>
              </w:rPr>
              <w:t>Yandal</w:t>
            </w:r>
            <w:proofErr w:type="spellEnd"/>
            <w:r w:rsidRPr="00BB7310">
              <w:rPr>
                <w:color w:val="000000" w:themeColor="text1"/>
              </w:rPr>
              <w:t xml:space="preserve"> Başvuruları (→ PRS.01.01 F1.1.8)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4D339658" w14:textId="77777777">
            <w:pPr>
              <w:spacing w:before="40" w:after="40"/>
            </w:pPr>
            <w:r w:rsidRPr="00BB7310">
              <w:t xml:space="preserve">Çift Anadal – </w:t>
            </w:r>
            <w:proofErr w:type="spellStart"/>
            <w:r w:rsidRPr="00BB7310">
              <w:t>Yandal</w:t>
            </w:r>
            <w:proofErr w:type="spellEnd"/>
            <w:r w:rsidRPr="00BB7310">
              <w:t xml:space="preserve"> Başvuru Sistemi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4F1B7B12" w14:textId="260F95F6">
            <w:pPr>
              <w:spacing w:before="40" w:after="40"/>
            </w:pPr>
            <w:r w:rsidRPr="00BB7310">
              <w:t>Öğrenciye özel dokümanlar</w:t>
            </w:r>
          </w:p>
        </w:tc>
      </w:tr>
      <w:tr w:rsidRPr="00BB7310" w:rsidR="00BB7310" w:rsidTr="00592293" w14:paraId="09A4AF71" w14:textId="77777777">
        <w:trPr>
          <w:jc w:val="center"/>
        </w:trPr>
        <w:tc>
          <w:tcPr>
            <w:tcW w:w="3513" w:type="dxa"/>
            <w:vAlign w:val="center"/>
          </w:tcPr>
          <w:p w:rsidRPr="00BB7310" w:rsidR="00BB7310" w:rsidP="00BB7310" w:rsidRDefault="00BB7310" w14:paraId="6964AFFC" w14:textId="77777777">
            <w:pPr>
              <w:spacing w:before="40" w:after="40"/>
            </w:pPr>
            <w:r w:rsidRPr="00BB7310">
              <w:t>Yatay Geçiş Başvuruları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56C0583F" w14:textId="77777777">
            <w:pPr>
              <w:spacing w:before="40" w:after="40"/>
            </w:pPr>
            <w:r w:rsidRPr="00BB7310">
              <w:t>Yatay Geçiş Başvuru Sistemi</w:t>
            </w:r>
          </w:p>
        </w:tc>
        <w:tc>
          <w:tcPr>
            <w:tcW w:w="3513" w:type="dxa"/>
            <w:vAlign w:val="center"/>
          </w:tcPr>
          <w:p w:rsidRPr="00BB7310" w:rsidR="00BB7310" w:rsidP="00BB7310" w:rsidRDefault="00BB7310" w14:paraId="2C0652D6" w14:textId="77777777">
            <w:pPr>
              <w:spacing w:before="40" w:after="40"/>
            </w:pPr>
          </w:p>
        </w:tc>
      </w:tr>
      <w:tr w:rsidRPr="00BB7310" w:rsidR="00BB7310" w14:paraId="6E93B172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BB7310" w:rsidR="00BB7310" w:rsidP="00BB7310" w:rsidRDefault="00BB7310" w14:paraId="0DEB3169" w14:textId="77777777">
            <w:pPr>
              <w:spacing w:before="40" w:after="40"/>
            </w:pPr>
            <w:r w:rsidRPr="00BB7310">
              <w:t>Çapraz Referanslar (Diğer Süreçlerle Bağlantı):</w:t>
            </w:r>
          </w:p>
          <w:p w:rsidRPr="00BB7310" w:rsidR="00BB7310" w:rsidP="00BB7310" w:rsidRDefault="00BB7310" w14:paraId="12D334D5" w14:textId="77777777">
            <w:pPr>
              <w:spacing w:before="40" w:after="40"/>
            </w:pPr>
            <w:r w:rsidRPr="00BB7310">
              <w:t>1. PRS.01.01 Eğitim ve Öğretim Planlama Süreci — Müfredat ve kontenjan kararları</w:t>
            </w:r>
          </w:p>
          <w:p w:rsidRPr="00BB7310" w:rsidR="00BB7310" w:rsidP="00BB7310" w:rsidRDefault="00BB7310" w14:paraId="4B9E7EE2" w14:textId="77777777">
            <w:pPr>
              <w:spacing w:before="40" w:after="40"/>
            </w:pPr>
            <w:r w:rsidRPr="00BB7310">
              <w:t>2. PRS.01.02 Eğitim ve Öğretim Uygulama Süreci — Ders kaydı, not</w:t>
            </w:r>
          </w:p>
          <w:p w:rsidRPr="00BB7310" w:rsidR="00BB7310" w:rsidP="00BB7310" w:rsidRDefault="00BB7310" w14:paraId="1A768416" w14:textId="77777777">
            <w:pPr>
              <w:spacing w:before="40" w:after="40"/>
            </w:pPr>
            <w:r w:rsidRPr="00BB7310">
              <w:t>3. PRS.01.04 Lisansüstü Öğrenci İşleri Süreci — Lisansüstü öğrenci işlemleri</w:t>
            </w:r>
          </w:p>
          <w:p w:rsidRPr="00BB7310" w:rsidR="00BB7310" w:rsidP="00BB7310" w:rsidRDefault="00BB7310" w14:paraId="4FB60D9E" w14:textId="77777777">
            <w:pPr>
              <w:spacing w:before="40" w:after="40"/>
            </w:pPr>
            <w:r w:rsidRPr="00BB7310">
              <w:t>4. PRS.01.05 Ölçme, Değerlendirme ve Akademik Başarı İzleme Süreci — Başarı izleme</w:t>
            </w:r>
          </w:p>
          <w:p w:rsidRPr="00BB7310" w:rsidR="00BB7310" w:rsidP="00BB7310" w:rsidRDefault="00BB7310" w14:paraId="16354722" w14:textId="77777777">
            <w:pPr>
              <w:spacing w:before="40" w:after="40"/>
            </w:pPr>
            <w:r w:rsidRPr="00BB7310">
              <w:t>5. PRS.04.01 Uluslararası Öğrenci Yönetimi Süreci — YÖS, vize, ikamet</w:t>
            </w:r>
          </w:p>
          <w:p w:rsidRPr="00BB7310" w:rsidR="00BB7310" w:rsidP="00BB7310" w:rsidRDefault="00BB7310" w14:paraId="14F6A9F0" w14:textId="77777777">
            <w:pPr>
              <w:spacing w:before="40" w:after="40"/>
            </w:pPr>
            <w:r w:rsidRPr="00BB7310">
              <w:t>6. PRS.04.03 Erasmus ve Değişim Programları Süreci — Operasyonel kayıt</w:t>
            </w:r>
          </w:p>
          <w:p w:rsidRPr="00BB7310" w:rsidR="00BB7310" w:rsidP="00BB7310" w:rsidRDefault="00BB7310" w14:paraId="55E213B5" w14:textId="77777777">
            <w:pPr>
              <w:spacing w:before="40" w:after="40"/>
            </w:pPr>
            <w:r w:rsidRPr="00BB7310">
              <w:t>7. PRS.06.02 Mali İşler Süreci — Burs ve öğrenim ücreti</w:t>
            </w:r>
          </w:p>
          <w:p w:rsidRPr="00BB7310" w:rsidR="00BB7310" w:rsidP="00BB7310" w:rsidRDefault="00BB7310" w14:paraId="5D1AF772" w14:textId="77777777">
            <w:pPr>
              <w:spacing w:before="40" w:after="40"/>
            </w:pPr>
            <w:r w:rsidRPr="00BB7310">
              <w:t>8. PRS.06.08 Öğrenci Destek Hizmetleri Süreci — Danışmanlık</w:t>
            </w:r>
          </w:p>
        </w:tc>
      </w:tr>
    </w:tbl>
    <w:p w:rsidRPr="00BB7310" w:rsidR="00592293" w:rsidRDefault="00592293" w14:paraId="5702D22C" w14:textId="77777777">
      <w:pPr>
        <w:spacing w:before="240" w:after="120"/>
        <w:jc w:val="center"/>
        <w:rPr>
          <w:b/>
          <w:sz w:val="24"/>
        </w:rPr>
      </w:pPr>
    </w:p>
    <w:p w:rsidRPr="00BB7310" w:rsidR="00592293" w:rsidRDefault="00592293" w14:paraId="188E8CA0" w14:textId="77777777">
      <w:pPr>
        <w:spacing w:before="240" w:after="120"/>
        <w:jc w:val="center"/>
        <w:rPr>
          <w:b/>
          <w:sz w:val="24"/>
        </w:rPr>
      </w:pPr>
    </w:p>
    <w:p w:rsidRPr="00BB7310" w:rsidR="00764EBC" w:rsidRDefault="00000000" w14:paraId="330B44DF" w14:textId="55D647D5">
      <w:pPr>
        <w:spacing w:before="240" w:after="120"/>
        <w:jc w:val="center"/>
      </w:pPr>
      <w:r w:rsidRPr="00BB7310">
        <w:rPr>
          <w:b/>
          <w:sz w:val="24"/>
        </w:rPr>
        <w:lastRenderedPageBreak/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78436A55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525DEC69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F1.3.1 Akademik Takvim Hazırlama ve Yönetimi</w:t>
            </w:r>
          </w:p>
        </w:tc>
      </w:tr>
      <w:tr w:rsidRPr="00BB7310" w:rsidR="00764EBC" w14:paraId="0C9F6647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4D533830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Akademik takvimin eğitim-öğretim planlamasına uygun olarak hazırlanmasını, onaylanmasını ve duyurulmasını sağlamak</w:t>
            </w:r>
          </w:p>
        </w:tc>
      </w:tr>
      <w:tr w:rsidRPr="00BB7310" w:rsidR="00764EBC" w14:paraId="1B3E7640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5A23674A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Rektörlük</w:t>
            </w:r>
          </w:p>
        </w:tc>
      </w:tr>
      <w:tr w:rsidRPr="00BB7310" w:rsidR="00764EBC" w14:paraId="4F99403A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464B2C19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4CE7936C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6B0F75FE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4B2E705B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BA6198" w:rsidTr="00592293" w14:paraId="6C86DBCB" w14:textId="77777777">
        <w:trPr>
          <w:jc w:val="center"/>
        </w:trPr>
        <w:tc>
          <w:tcPr>
            <w:tcW w:w="2635" w:type="dxa"/>
            <w:vAlign w:val="center"/>
          </w:tcPr>
          <w:p w:rsidRPr="00BB7310" w:rsidR="00BA6198" w:rsidP="00592293" w:rsidRDefault="00BA6198" w14:paraId="4541E3DC" w14:textId="77777777">
            <w:pPr>
              <w:spacing w:before="40" w:after="40"/>
            </w:pPr>
            <w:r w:rsidRPr="00BB7310">
              <w:t>1. İlgili birimlerden akademik takvim önerilerinin talep edilmesi</w:t>
            </w:r>
          </w:p>
        </w:tc>
        <w:tc>
          <w:tcPr>
            <w:tcW w:w="2635" w:type="dxa"/>
            <w:vAlign w:val="center"/>
          </w:tcPr>
          <w:p w:rsidRPr="00BB7310" w:rsidR="00BA6198" w:rsidP="00592293" w:rsidRDefault="00BA6198" w14:paraId="0BCF5341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Merge w:val="restart"/>
            <w:vAlign w:val="center"/>
          </w:tcPr>
          <w:p w:rsidRPr="00BB7310" w:rsidR="00BA6198" w:rsidP="00BA6198" w:rsidRDefault="00BA6198" w14:paraId="1965D05D" w14:textId="77777777">
            <w:pPr>
              <w:spacing w:before="40" w:after="40"/>
            </w:pPr>
            <w:hyperlink r:id="rId6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71F73355" w14:textId="77777777">
            <w:pPr>
              <w:spacing w:before="40" w:after="40"/>
            </w:pPr>
            <w:hyperlink r:id="rId7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337942E2" w14:textId="77777777">
            <w:pPr>
              <w:spacing w:before="40" w:after="40"/>
            </w:pPr>
            <w:hyperlink r:id="rId8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4E07AD72" w14:textId="77777777">
            <w:pPr>
              <w:spacing w:before="40" w:after="40"/>
            </w:pPr>
            <w:hyperlink r:id="rId9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BA6198" w:rsidP="00592293" w:rsidRDefault="00BA6198" w14:paraId="2BB9A068" w14:textId="68220A3B">
            <w:pPr>
              <w:spacing w:before="40" w:after="40"/>
              <w:rPr>
                <w:color w:val="EE0000"/>
              </w:rPr>
            </w:pPr>
            <w:hyperlink r:id="rId10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BA6198" w:rsidP="00592293" w:rsidRDefault="00BA6198" w14:paraId="0B4B8DAD" w14:textId="77777777">
            <w:pPr>
              <w:spacing w:before="40" w:after="40"/>
            </w:pPr>
            <w:r w:rsidRPr="00BB7310">
              <w:t>EBYS</w:t>
            </w:r>
          </w:p>
        </w:tc>
      </w:tr>
      <w:tr w:rsidRPr="00BB7310" w:rsidR="00BA6198" w:rsidTr="00592293" w14:paraId="7FB10AF5" w14:textId="77777777">
        <w:trPr>
          <w:jc w:val="center"/>
        </w:trPr>
        <w:tc>
          <w:tcPr>
            <w:tcW w:w="2635" w:type="dxa"/>
            <w:vAlign w:val="center"/>
          </w:tcPr>
          <w:p w:rsidRPr="00BB7310" w:rsidR="00BA6198" w:rsidP="00592293" w:rsidRDefault="00BA6198" w14:paraId="0CAAF28F" w14:textId="77777777">
            <w:pPr>
              <w:spacing w:before="40" w:after="40"/>
            </w:pPr>
            <w:r w:rsidRPr="00BB7310">
              <w:t>2. Akademik takvim taslağının hazırlanması</w:t>
            </w:r>
          </w:p>
        </w:tc>
        <w:tc>
          <w:tcPr>
            <w:tcW w:w="2635" w:type="dxa"/>
            <w:vAlign w:val="center"/>
          </w:tcPr>
          <w:p w:rsidRPr="00BB7310" w:rsidR="00BA6198" w:rsidP="00592293" w:rsidRDefault="00BA6198" w14:paraId="15281C83" w14:textId="77777777">
            <w:pPr>
              <w:spacing w:before="40" w:after="40"/>
            </w:pPr>
            <w:r w:rsidRPr="00BB7310">
              <w:t>ÖİDB, Rektör Yardımcısı</w:t>
            </w:r>
          </w:p>
        </w:tc>
        <w:tc>
          <w:tcPr>
            <w:tcW w:w="2635" w:type="dxa"/>
            <w:vMerge/>
            <w:vAlign w:val="center"/>
          </w:tcPr>
          <w:p w:rsidRPr="00BB7310" w:rsidR="00BA6198" w:rsidP="00592293" w:rsidRDefault="00BA6198" w14:paraId="3EDA88C9" w14:textId="417ED6E2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BB7310" w:rsidR="00BA6198" w:rsidP="00592293" w:rsidRDefault="00BA6198" w14:paraId="60BE4D86" w14:textId="77777777">
            <w:pPr>
              <w:spacing w:before="40" w:after="40"/>
            </w:pPr>
            <w:r w:rsidRPr="00BB7310">
              <w:t>Elektronik Ortam</w:t>
            </w:r>
          </w:p>
        </w:tc>
      </w:tr>
      <w:tr w:rsidRPr="00BB7310" w:rsidR="00764EBC" w:rsidTr="00592293" w14:paraId="67CBE615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45FE4DD1" w14:textId="77777777">
            <w:pPr>
              <w:spacing w:before="40" w:after="40"/>
            </w:pPr>
            <w:r w:rsidRPr="00BB7310">
              <w:t>3. Akademik takvimin senatoya sunulması ve onaylanması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47FC2BA8" w14:textId="77777777">
            <w:pPr>
              <w:spacing w:before="40" w:after="40"/>
            </w:pPr>
            <w:r w:rsidRPr="00BB7310">
              <w:t>Rektör, Senato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023B8FA" w14:textId="77777777">
            <w:pPr>
              <w:spacing w:before="40" w:after="40"/>
            </w:pPr>
            <w:r w:rsidRPr="00BB7310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57C2CB4" w14:textId="77777777">
            <w:pPr>
              <w:spacing w:before="40" w:after="40"/>
            </w:pPr>
            <w:r w:rsidRPr="00BB7310">
              <w:t>EBYS</w:t>
            </w:r>
          </w:p>
        </w:tc>
      </w:tr>
      <w:tr w:rsidRPr="00BB7310" w:rsidR="00764EBC" w:rsidTr="00592293" w14:paraId="382CB8F6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44694AA" w14:textId="77777777">
            <w:pPr>
              <w:spacing w:before="40" w:after="40"/>
            </w:pPr>
            <w:r w:rsidRPr="00BB7310">
              <w:t>4. Onaylanan takvimin tüm birimlere dağıtılması ve web sayfasında ilan edilmesi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2C1F9D9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BA6198" w14:paraId="169AED99" w14:textId="2A606CD8">
            <w:pPr>
              <w:spacing w:before="40" w:after="40"/>
              <w:rPr>
                <w:color w:val="EE0000"/>
              </w:rPr>
            </w:pPr>
            <w:r w:rsidRPr="00BB7310">
              <w:t>EBYS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099D27C" w14:textId="77777777">
            <w:pPr>
              <w:spacing w:before="40" w:after="40"/>
            </w:pPr>
            <w:r w:rsidRPr="00BB7310">
              <w:t>Web Sayfası, EBYS</w:t>
            </w:r>
          </w:p>
        </w:tc>
      </w:tr>
      <w:tr w:rsidRPr="00BB7310" w:rsidR="00764EBC" w14:paraId="69E3803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26C08E02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4414B7FF" w14:textId="77777777">
            <w:pPr>
              <w:spacing w:before="40" w:after="40"/>
            </w:pPr>
            <w:r w:rsidRPr="00BB7310">
              <w:t>1. Akademik takvimlerde yıl içinde değişiklik yapılma sayısı</w:t>
            </w:r>
          </w:p>
        </w:tc>
      </w:tr>
      <w:tr w:rsidRPr="00BB7310" w:rsidR="00764EBC" w14:paraId="5A3911F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57BB6C64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4C3A1610" w14:textId="77777777">
            <w:pPr>
              <w:spacing w:before="40" w:after="40"/>
            </w:pPr>
            <w:r w:rsidRPr="00BB7310">
              <w:t xml:space="preserve">1. Akademik takvimin </w:t>
            </w:r>
            <w:proofErr w:type="gramStart"/>
            <w:r w:rsidRPr="00BB7310">
              <w:t>resmi</w:t>
            </w:r>
            <w:proofErr w:type="gramEnd"/>
            <w:r w:rsidRPr="00BB7310">
              <w:t xml:space="preserve"> tatiller ve diğer kurumların sınavlarına dikkat edilmeden hazırlanması nedeniyle yeterli iş gününün sağlanamaması</w:t>
            </w:r>
          </w:p>
          <w:p w:rsidRPr="00BB7310" w:rsidR="00764EBC" w:rsidRDefault="00000000" w14:paraId="6B6D4691" w14:textId="77777777">
            <w:pPr>
              <w:spacing w:before="40" w:after="40"/>
            </w:pPr>
            <w:r w:rsidRPr="00BB7310">
              <w:t>2. Akademik takvimde yer alması gereken bir konunun eksik bırakılması</w:t>
            </w:r>
          </w:p>
        </w:tc>
      </w:tr>
      <w:tr w:rsidRPr="00BB7310" w:rsidR="00764EBC" w14:paraId="7BBC5BD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5A72790F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749B0FDC" w14:textId="77777777">
            <w:pPr>
              <w:spacing w:before="40" w:after="40"/>
            </w:pPr>
            <w:r w:rsidRPr="00BB7310">
              <w:t>1. Eğitim faaliyetlerinin planlamasının akademik takvime uygun hale getirilmesi ile süreç verimliliğinin artması</w:t>
            </w:r>
          </w:p>
        </w:tc>
      </w:tr>
    </w:tbl>
    <w:p w:rsidRPr="00BB7310" w:rsidR="00764EBC" w:rsidRDefault="00764EBC" w14:paraId="041C16C2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0D65B3A0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44A1C740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F1.3.2 Kontenjan Belirleme ve YÖKSİS İşlemleri</w:t>
            </w:r>
          </w:p>
        </w:tc>
      </w:tr>
      <w:tr w:rsidRPr="00BB7310" w:rsidR="00764EBC" w14:paraId="11A6784A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11A8BEA5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Doğru ve zamanında kontenjan işleyerek eğitim altyapısı olan birimlere öğrenci yerleştirmek</w:t>
            </w:r>
          </w:p>
        </w:tc>
      </w:tr>
      <w:tr w:rsidRPr="00BB7310" w:rsidR="00764EBC" w14:paraId="48710DC7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3A617923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Fakülte/YO/MYO/Enstitü, Öğrenci İşleri Daire Başkanlığı</w:t>
            </w:r>
          </w:p>
        </w:tc>
      </w:tr>
      <w:tr w:rsidRPr="00BB7310" w:rsidR="00764EBC" w14:paraId="11B09230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342A71DF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5B5F4509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70E85FFB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1DB707BD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14:paraId="66C9AF18" w14:textId="77777777">
        <w:trPr>
          <w:jc w:val="center"/>
        </w:trPr>
        <w:tc>
          <w:tcPr>
            <w:tcW w:w="2635" w:type="dxa"/>
          </w:tcPr>
          <w:p w:rsidRPr="00BB7310" w:rsidR="00764EBC" w:rsidRDefault="00000000" w14:paraId="3DE4FB94" w14:textId="77777777">
            <w:pPr>
              <w:spacing w:before="40" w:after="40"/>
            </w:pPr>
            <w:r w:rsidRPr="00BB7310">
              <w:t>1. İlgili birimlerden kontenjanların talep edilmesi</w:t>
            </w:r>
          </w:p>
        </w:tc>
        <w:tc>
          <w:tcPr>
            <w:tcW w:w="2635" w:type="dxa"/>
          </w:tcPr>
          <w:p w:rsidRPr="00BB7310" w:rsidR="00764EBC" w:rsidRDefault="00000000" w14:paraId="149422D4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</w:tcPr>
          <w:p w:rsidRPr="00BB7310" w:rsidR="00BA6198" w:rsidP="00BA6198" w:rsidRDefault="00BA6198" w14:paraId="069B5434" w14:textId="77777777">
            <w:pPr>
              <w:spacing w:before="40" w:after="40"/>
            </w:pPr>
            <w:hyperlink r:id="rId11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0FF9F927" w14:textId="77777777">
            <w:pPr>
              <w:spacing w:before="40" w:after="40"/>
            </w:pPr>
            <w:hyperlink r:id="rId12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03D811BB" w14:textId="77777777">
            <w:pPr>
              <w:spacing w:before="40" w:after="40"/>
            </w:pPr>
            <w:hyperlink r:id="rId13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132CEE21" w14:textId="77777777">
            <w:pPr>
              <w:spacing w:before="40" w:after="40"/>
            </w:pPr>
            <w:hyperlink r:id="rId14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764EBC" w:rsidP="00BA6198" w:rsidRDefault="00BA6198" w14:paraId="1208CC20" w14:textId="3DB82E7F">
            <w:pPr>
              <w:spacing w:before="40" w:after="40"/>
              <w:rPr>
                <w:color w:val="EE0000"/>
              </w:rPr>
            </w:pPr>
            <w:hyperlink r:id="rId15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</w:tcPr>
          <w:p w:rsidRPr="00BB7310" w:rsidR="00764EBC" w:rsidRDefault="00000000" w14:paraId="768BA86F" w14:textId="77777777">
            <w:pPr>
              <w:spacing w:before="40" w:after="40"/>
            </w:pPr>
            <w:r w:rsidRPr="00BB7310">
              <w:lastRenderedPageBreak/>
              <w:t>EBYS</w:t>
            </w:r>
          </w:p>
        </w:tc>
      </w:tr>
      <w:tr w:rsidRPr="00BB7310" w:rsidR="00764EBC" w14:paraId="0E69E948" w14:textId="77777777">
        <w:trPr>
          <w:jc w:val="center"/>
        </w:trPr>
        <w:tc>
          <w:tcPr>
            <w:tcW w:w="2635" w:type="dxa"/>
          </w:tcPr>
          <w:p w:rsidRPr="00BB7310" w:rsidR="00764EBC" w:rsidRDefault="00000000" w14:paraId="624F26D3" w14:textId="77777777">
            <w:pPr>
              <w:spacing w:before="40" w:after="40"/>
            </w:pPr>
            <w:r w:rsidRPr="00BB7310">
              <w:t>2. Kontenjan tekliflerinin senatoya sunulması ve onaylanması</w:t>
            </w:r>
          </w:p>
        </w:tc>
        <w:tc>
          <w:tcPr>
            <w:tcW w:w="2635" w:type="dxa"/>
          </w:tcPr>
          <w:p w:rsidRPr="00BB7310" w:rsidR="00764EBC" w:rsidRDefault="0078720F" w14:paraId="11915734" w14:textId="29F65902">
            <w:pPr>
              <w:spacing w:before="40" w:after="40"/>
            </w:pPr>
            <w:r>
              <w:t>Eğitim Komisyonu</w:t>
            </w:r>
            <w:r w:rsidRPr="00BB7310" w:rsidR="00000000">
              <w:t>, Senato</w:t>
            </w:r>
          </w:p>
        </w:tc>
        <w:tc>
          <w:tcPr>
            <w:tcW w:w="2635" w:type="dxa"/>
          </w:tcPr>
          <w:p w:rsidRPr="00BB7310" w:rsidR="00764EBC" w:rsidRDefault="00000000" w14:paraId="0FCB249C" w14:textId="77777777">
            <w:pPr>
              <w:spacing w:before="40" w:after="40"/>
            </w:pPr>
            <w:r w:rsidRPr="00BB7310">
              <w:t>2547 sayılı Yükseköğretim Kanunu</w:t>
            </w:r>
          </w:p>
        </w:tc>
        <w:tc>
          <w:tcPr>
            <w:tcW w:w="2635" w:type="dxa"/>
          </w:tcPr>
          <w:p w:rsidRPr="00BB7310" w:rsidR="00764EBC" w:rsidRDefault="00000000" w14:paraId="7F48296B" w14:textId="77777777">
            <w:pPr>
              <w:spacing w:before="40" w:after="40"/>
            </w:pPr>
            <w:r w:rsidRPr="00BB7310">
              <w:t>EBYS</w:t>
            </w:r>
          </w:p>
        </w:tc>
      </w:tr>
      <w:tr w:rsidRPr="00BB7310" w:rsidR="00764EBC" w14:paraId="113D6DF4" w14:textId="77777777">
        <w:trPr>
          <w:jc w:val="center"/>
        </w:trPr>
        <w:tc>
          <w:tcPr>
            <w:tcW w:w="2635" w:type="dxa"/>
          </w:tcPr>
          <w:p w:rsidRPr="00BB7310" w:rsidR="00764EBC" w:rsidRDefault="00000000" w14:paraId="102728EE" w14:textId="77777777">
            <w:pPr>
              <w:spacing w:before="40" w:after="40"/>
            </w:pPr>
            <w:r w:rsidRPr="00BB7310">
              <w:t>3. Senato onayından sonra YÖKSİS Bilgi Sistemine kontenjanların işlenmesi</w:t>
            </w:r>
          </w:p>
        </w:tc>
        <w:tc>
          <w:tcPr>
            <w:tcW w:w="2635" w:type="dxa"/>
          </w:tcPr>
          <w:p w:rsidRPr="00BB7310" w:rsidR="00764EBC" w:rsidRDefault="00000000" w14:paraId="4959E7A9" w14:textId="77777777">
            <w:pPr>
              <w:spacing w:before="40" w:after="40"/>
            </w:pPr>
            <w:r w:rsidRPr="00BB7310">
              <w:t>ÖİDB Personeli</w:t>
            </w:r>
          </w:p>
        </w:tc>
        <w:tc>
          <w:tcPr>
            <w:tcW w:w="2635" w:type="dxa"/>
          </w:tcPr>
          <w:p w:rsidRPr="00BB7310" w:rsidR="00764EBC" w:rsidRDefault="00000000" w14:paraId="191916E3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</w:tcPr>
          <w:p w:rsidRPr="00BB7310" w:rsidR="00764EBC" w:rsidRDefault="00000000" w14:paraId="728FC9CB" w14:textId="77777777">
            <w:pPr>
              <w:spacing w:before="40" w:after="40"/>
            </w:pPr>
            <w:r w:rsidRPr="00BB7310">
              <w:t>YÖKSİS</w:t>
            </w:r>
          </w:p>
        </w:tc>
      </w:tr>
      <w:tr w:rsidRPr="00BB7310" w:rsidR="00764EBC" w:rsidTr="00BA6198" w14:paraId="21005D15" w14:textId="77777777">
        <w:trPr>
          <w:jc w:val="center"/>
        </w:trPr>
        <w:tc>
          <w:tcPr>
            <w:tcW w:w="2635" w:type="dxa"/>
          </w:tcPr>
          <w:p w:rsidRPr="00BB7310" w:rsidR="00764EBC" w:rsidRDefault="00000000" w14:paraId="7CAFF132" w14:textId="77777777">
            <w:pPr>
              <w:spacing w:before="40" w:after="40"/>
            </w:pPr>
            <w:r w:rsidRPr="00BB7310">
              <w:t xml:space="preserve">4. Çift anadal, </w:t>
            </w:r>
            <w:proofErr w:type="spellStart"/>
            <w:r w:rsidRPr="00BB7310">
              <w:t>yandal</w:t>
            </w:r>
            <w:proofErr w:type="spellEnd"/>
            <w:r w:rsidRPr="00BB7310">
              <w:t xml:space="preserve"> ve yatay geçiş kontenjanlarının ayrıca belirlenmesi</w:t>
            </w:r>
          </w:p>
        </w:tc>
        <w:tc>
          <w:tcPr>
            <w:tcW w:w="2635" w:type="dxa"/>
          </w:tcPr>
          <w:p w:rsidRPr="00BB7310" w:rsidR="00764EBC" w:rsidRDefault="00000000" w14:paraId="04C4F6EA" w14:textId="623A869F">
            <w:pPr>
              <w:spacing w:before="40" w:after="40"/>
            </w:pPr>
            <w:r w:rsidRPr="00BB7310">
              <w:t xml:space="preserve">ÖİDB, </w:t>
            </w:r>
            <w:r w:rsidR="00A32DE8">
              <w:t>Dekan/Müdür</w:t>
            </w:r>
          </w:p>
        </w:tc>
        <w:tc>
          <w:tcPr>
            <w:tcW w:w="2635" w:type="dxa"/>
            <w:vAlign w:val="center"/>
          </w:tcPr>
          <w:p w:rsidRPr="0078720F" w:rsidR="00764EBC" w:rsidP="00BA6198" w:rsidRDefault="0078720F" w14:paraId="13412A21" w14:textId="09E1B079">
            <w:pPr>
              <w:spacing w:before="40" w:after="40"/>
              <w:rPr>
                <w:color w:val="EE0000"/>
              </w:rPr>
            </w:pPr>
            <w:hyperlink w:history="1" r:id="rId16">
              <w:r w:rsidRPr="0078720F">
                <w:rPr>
                  <w:rStyle w:val="Kpr"/>
                </w:rPr>
                <w:t xml:space="preserve">Giresun Üniversitesi </w:t>
              </w:r>
              <w:proofErr w:type="spellStart"/>
              <w:r w:rsidRPr="0078720F">
                <w:rPr>
                  <w:rStyle w:val="Kpr"/>
                </w:rPr>
                <w:t>Önlisans</w:t>
              </w:r>
              <w:proofErr w:type="spellEnd"/>
              <w:r w:rsidRPr="0078720F">
                <w:rPr>
                  <w:rStyle w:val="Kpr"/>
                </w:rPr>
                <w:t xml:space="preserve"> ve Lisans Programları Arasında Geçiş, Çift Anadal, </w:t>
              </w:r>
              <w:proofErr w:type="spellStart"/>
              <w:r w:rsidRPr="0078720F">
                <w:rPr>
                  <w:rStyle w:val="Kpr"/>
                </w:rPr>
                <w:t>Yandal</w:t>
              </w:r>
              <w:proofErr w:type="spellEnd"/>
              <w:r w:rsidRPr="0078720F">
                <w:rPr>
                  <w:rStyle w:val="Kpr"/>
                </w:rPr>
                <w:t xml:space="preserve"> ile Kurumlararası Kredi Transferi (Yatay Geçiş) Yönergesi</w:t>
              </w:r>
            </w:hyperlink>
          </w:p>
        </w:tc>
        <w:tc>
          <w:tcPr>
            <w:tcW w:w="2635" w:type="dxa"/>
          </w:tcPr>
          <w:p w:rsidRPr="00BB7310" w:rsidR="00764EBC" w:rsidRDefault="00000000" w14:paraId="45F9F387" w14:textId="08399119">
            <w:pPr>
              <w:spacing w:before="40" w:after="40"/>
            </w:pPr>
            <w:r w:rsidRPr="00BB7310">
              <w:t>EBYS</w:t>
            </w:r>
          </w:p>
        </w:tc>
      </w:tr>
      <w:tr w:rsidRPr="00BB7310" w:rsidR="00764EBC" w14:paraId="4B029A4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25FFBCB5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5EF72991" w14:textId="77777777">
            <w:pPr>
              <w:spacing w:before="40" w:after="40"/>
            </w:pPr>
            <w:r w:rsidRPr="00BB7310">
              <w:t>1. Hatalı kontenjan girişi yapılan program oranı</w:t>
            </w:r>
          </w:p>
        </w:tc>
      </w:tr>
      <w:tr w:rsidRPr="00BB7310" w:rsidR="00764EBC" w14:paraId="7F4D43B6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3DE4B61C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0A2B2BBD" w14:textId="77777777">
            <w:pPr>
              <w:spacing w:before="40" w:after="40"/>
            </w:pPr>
            <w:r w:rsidRPr="00BB7310">
              <w:t>1. Yanlış kontenjan işlenmesi nedeniyle eğitim altyapısı olmayan birime öğrenci yerleştirilmesi</w:t>
            </w:r>
          </w:p>
          <w:p w:rsidRPr="00BB7310" w:rsidR="00764EBC" w:rsidRDefault="00000000" w14:paraId="3539A3CA" w14:textId="77777777">
            <w:pPr>
              <w:spacing w:before="40" w:after="40"/>
            </w:pPr>
            <w:r w:rsidRPr="00BB7310">
              <w:t>2. Yanlış kontenjan işlenmesi nedeniyle eğitim altyapısı olan birime öğrenci yerleştirilememesi</w:t>
            </w:r>
          </w:p>
        </w:tc>
      </w:tr>
      <w:tr w:rsidRPr="00BB7310" w:rsidR="00764EBC" w14:paraId="4C68F08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522B9A52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6DCC29B5" w14:textId="77777777">
            <w:pPr>
              <w:spacing w:before="40" w:after="40"/>
            </w:pPr>
            <w:r w:rsidRPr="00BB7310">
              <w:t>1. Doğru kontenjan belirlemesinin öğrenci memnuniyetini ve program doluluk oranlarını artırması</w:t>
            </w:r>
          </w:p>
        </w:tc>
      </w:tr>
    </w:tbl>
    <w:p w:rsidRPr="00BB7310" w:rsidR="00764EBC" w:rsidRDefault="00764EBC" w14:paraId="70DF3FFB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6DA7350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3FA66616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F1.3.3 Öğrenci Kayıt İşlemleri</w:t>
            </w:r>
          </w:p>
        </w:tc>
      </w:tr>
      <w:tr w:rsidRPr="00BB7310" w:rsidR="00764EBC" w14:paraId="18B21E5E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42AA41FB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ÖSYM, YÖS, yatay geçiş ve diğer kabul yollarıyla gelen öğrencilerin kayıt işlemlerini doğru ve etkin şekilde yapmak</w:t>
            </w:r>
          </w:p>
        </w:tc>
      </w:tr>
      <w:tr w:rsidRPr="00BB7310" w:rsidR="00764EBC" w14:paraId="32DDC87F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0443AA02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Fakülte/YO/MYO/Enstitü</w:t>
            </w:r>
          </w:p>
        </w:tc>
      </w:tr>
      <w:tr w:rsidRPr="00BB7310" w:rsidR="00764EBC" w14:paraId="45E61F6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01618BB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16392A85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2A20F7A7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4DC97DA6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:rsidTr="00592293" w14:paraId="60EA2613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2850CA8E" w14:textId="77777777">
            <w:pPr>
              <w:spacing w:before="40" w:after="40"/>
            </w:pPr>
            <w:r w:rsidRPr="00BB7310">
              <w:t xml:space="preserve">1. Yerleştirme sonuçları açıklandıktan sonra öğrenci bilgilerinin </w:t>
            </w:r>
            <w:proofErr w:type="spellStart"/>
            <w:r w:rsidRPr="00BB7310">
              <w:t>UBS’ye</w:t>
            </w:r>
            <w:proofErr w:type="spellEnd"/>
            <w:r w:rsidRPr="00BB7310">
              <w:t xml:space="preserve"> aktarılması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E776C46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0681863C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207663E" w14:textId="620B92C3">
            <w:pPr>
              <w:spacing w:before="40" w:after="40"/>
            </w:pPr>
            <w:r w:rsidRPr="00BB7310">
              <w:t xml:space="preserve">UBS, </w:t>
            </w:r>
            <w:r w:rsidR="00A32DE8">
              <w:t>YÖKSİS</w:t>
            </w:r>
          </w:p>
        </w:tc>
      </w:tr>
      <w:tr w:rsidRPr="00BB7310" w:rsidR="00764EBC" w:rsidTr="00592293" w14:paraId="09DC0486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1C380AB" w14:textId="77777777">
            <w:pPr>
              <w:spacing w:before="40" w:after="40"/>
            </w:pPr>
            <w:r w:rsidRPr="00BB7310">
              <w:t>2. Belirlenen tarihlerde e-devlet ve yüz yüze kayıtların yapılması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142BEAD4" w14:textId="4FAF2180">
            <w:pPr>
              <w:spacing w:before="40" w:after="40"/>
            </w:pPr>
            <w:r w:rsidRPr="00BB7310">
              <w:t>ÖİDB Personeli</w:t>
            </w:r>
            <w:r w:rsidR="00A32DE8">
              <w:t xml:space="preserve">, Birim Öğrenci İşleri </w:t>
            </w:r>
          </w:p>
        </w:tc>
        <w:tc>
          <w:tcPr>
            <w:tcW w:w="2635" w:type="dxa"/>
            <w:vAlign w:val="center"/>
          </w:tcPr>
          <w:p w:rsidRPr="00BB7310" w:rsidR="00BA6198" w:rsidP="00BA6198" w:rsidRDefault="00BA6198" w14:paraId="571680AB" w14:textId="77777777">
            <w:pPr>
              <w:spacing w:before="40" w:after="40"/>
            </w:pPr>
            <w:hyperlink r:id="rId17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1552F1B9" w14:textId="77777777">
            <w:pPr>
              <w:spacing w:before="40" w:after="40"/>
            </w:pPr>
            <w:hyperlink r:id="rId18">
              <w:r w:rsidRPr="00BB7310">
                <w:rPr>
                  <w:color w:val="0563C1"/>
                  <w:u w:val="single"/>
                </w:rPr>
                <w:t>GRÜ Lisansüstü Eğitim-</w:t>
              </w:r>
              <w:r w:rsidRPr="00BB7310">
                <w:rPr>
                  <w:color w:val="0563C1"/>
                  <w:u w:val="single"/>
                </w:rPr>
                <w:lastRenderedPageBreak/>
                <w:t>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2A0FF244" w14:textId="77777777">
            <w:pPr>
              <w:spacing w:before="40" w:after="40"/>
            </w:pPr>
            <w:hyperlink r:id="rId19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BA6198" w:rsidP="00BA6198" w:rsidRDefault="00BA6198" w14:paraId="40CDED0D" w14:textId="77777777">
            <w:pPr>
              <w:spacing w:before="40" w:after="40"/>
            </w:pPr>
            <w:hyperlink r:id="rId20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764EBC" w:rsidP="00BA6198" w:rsidRDefault="00BA6198" w14:paraId="73DC7E29" w14:textId="370BD71A">
            <w:pPr>
              <w:spacing w:before="40" w:after="40"/>
              <w:rPr>
                <w:color w:val="EE0000"/>
              </w:rPr>
            </w:pPr>
            <w:hyperlink r:id="rId21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CE0DF1B" w14:textId="77777777">
            <w:pPr>
              <w:spacing w:before="40" w:after="40"/>
            </w:pPr>
            <w:r w:rsidRPr="00BB7310">
              <w:lastRenderedPageBreak/>
              <w:t>UBS</w:t>
            </w:r>
          </w:p>
        </w:tc>
      </w:tr>
      <w:tr w:rsidRPr="00BB7310" w:rsidR="00764EBC" w:rsidTr="00592293" w14:paraId="7EDD2F1E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58A649F1" w14:textId="77777777">
            <w:pPr>
              <w:spacing w:before="40" w:after="40"/>
            </w:pPr>
            <w:r w:rsidRPr="00BB7310">
              <w:t>3. Yabancı uyruklu öğrenci kayıt işlemlerinin gerçekleştirilmesi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E6F8467" w14:textId="4D1DDAC3">
            <w:pPr>
              <w:spacing w:before="40" w:after="40"/>
            </w:pPr>
            <w:r w:rsidRPr="00BB7310">
              <w:t xml:space="preserve">ÖİDB, </w:t>
            </w:r>
            <w:r w:rsidR="00A32DE8">
              <w:t xml:space="preserve">Uluslararası Öğrenci Koordinatörlüğü, </w:t>
            </w:r>
            <w:r w:rsidRPr="00BB7310">
              <w:t>Erasmus Koordinatörlüğü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BA6198" w14:paraId="17376C2A" w14:textId="46212BBB">
            <w:pPr>
              <w:spacing w:before="40" w:after="40"/>
              <w:rPr>
                <w:color w:val="000000" w:themeColor="text1"/>
              </w:rPr>
            </w:pPr>
            <w:r w:rsidRPr="00BB7310">
              <w:rPr>
                <w:color w:val="000000" w:themeColor="text1"/>
              </w:rPr>
              <w:t>GRÜ Yabancı Uyruklu Öğrenci Kabul ve Kayıt Yönergesi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443D4DC4" w14:textId="275C5AE1">
            <w:pPr>
              <w:spacing w:before="40" w:after="40"/>
            </w:pPr>
            <w:r w:rsidRPr="00BB7310">
              <w:t>UBS</w:t>
            </w:r>
          </w:p>
        </w:tc>
      </w:tr>
      <w:tr w:rsidRPr="00BB7310" w:rsidR="00BA6198" w:rsidTr="00592293" w14:paraId="0B157C0B" w14:textId="77777777">
        <w:trPr>
          <w:jc w:val="center"/>
        </w:trPr>
        <w:tc>
          <w:tcPr>
            <w:tcW w:w="2635" w:type="dxa"/>
            <w:vAlign w:val="center"/>
          </w:tcPr>
          <w:p w:rsidRPr="00BB7310" w:rsidR="00BA6198" w:rsidP="00BA6198" w:rsidRDefault="00BA6198" w14:paraId="066586B7" w14:textId="77777777">
            <w:pPr>
              <w:spacing w:before="40" w:after="40"/>
            </w:pPr>
            <w:r w:rsidRPr="00BB7310">
              <w:t xml:space="preserve">4. Yatay geçiş, çift anadal ve </w:t>
            </w:r>
            <w:proofErr w:type="spellStart"/>
            <w:r w:rsidRPr="00BB7310">
              <w:t>yandal</w:t>
            </w:r>
            <w:proofErr w:type="spellEnd"/>
            <w:r w:rsidRPr="00BB7310">
              <w:t xml:space="preserve"> kayıtlarının yapılması</w:t>
            </w:r>
          </w:p>
        </w:tc>
        <w:tc>
          <w:tcPr>
            <w:tcW w:w="2635" w:type="dxa"/>
            <w:vAlign w:val="center"/>
          </w:tcPr>
          <w:p w:rsidRPr="00BB7310" w:rsidR="00BA6198" w:rsidP="00BA6198" w:rsidRDefault="00A32DE8" w14:paraId="7FEDD4D9" w14:textId="5891A8EC">
            <w:pPr>
              <w:spacing w:before="40" w:after="40"/>
            </w:pPr>
            <w:r>
              <w:t>Tüm akademik</w:t>
            </w:r>
            <w:r w:rsidRPr="00BB7310" w:rsidR="00BA6198">
              <w:t xml:space="preserve"> birim</w:t>
            </w:r>
            <w:r>
              <w:t>ler</w:t>
            </w:r>
          </w:p>
        </w:tc>
        <w:tc>
          <w:tcPr>
            <w:tcW w:w="2635" w:type="dxa"/>
            <w:vAlign w:val="center"/>
          </w:tcPr>
          <w:p w:rsidRPr="00BB7310" w:rsidR="00BA6198" w:rsidP="00BA6198" w:rsidRDefault="00BA6198" w14:paraId="620B75C7" w14:textId="7160D733">
            <w:pPr>
              <w:spacing w:before="40" w:after="40"/>
              <w:rPr>
                <w:color w:val="EE0000"/>
              </w:rPr>
            </w:pPr>
            <w:hyperlink r:id="rId22">
              <w:r w:rsidRPr="00BB7310">
                <w:rPr>
                  <w:color w:val="0563C1"/>
                  <w:u w:val="single"/>
                </w:rPr>
                <w:t xml:space="preserve">GRÜ Çift Anadal ve </w:t>
              </w:r>
              <w:proofErr w:type="spellStart"/>
              <w:r w:rsidRPr="00BB7310">
                <w:rPr>
                  <w:color w:val="0563C1"/>
                  <w:u w:val="single"/>
                </w:rPr>
                <w:t>Yandal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Yönergesi</w:t>
              </w:r>
            </w:hyperlink>
          </w:p>
        </w:tc>
        <w:tc>
          <w:tcPr>
            <w:tcW w:w="2635" w:type="dxa"/>
            <w:vAlign w:val="center"/>
          </w:tcPr>
          <w:p w:rsidRPr="00BB7310" w:rsidR="00BA6198" w:rsidP="00BA6198" w:rsidRDefault="00BA6198" w14:paraId="6CB2312D" w14:textId="77777777">
            <w:pPr>
              <w:spacing w:before="40" w:after="40"/>
            </w:pPr>
            <w:r w:rsidRPr="00BB7310">
              <w:t>UBS, EBYS</w:t>
            </w:r>
          </w:p>
        </w:tc>
      </w:tr>
      <w:tr w:rsidRPr="00BB7310" w:rsidR="00764EBC" w:rsidTr="00592293" w14:paraId="0EEF98E9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52446CAA" w14:textId="77777777">
            <w:pPr>
              <w:spacing w:before="40" w:after="40"/>
            </w:pPr>
            <w:r w:rsidRPr="00BB7310">
              <w:t>5. Kayıtlı öğrencilere UBS kullanımı hakkında bilgilendirme yapılması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26099837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9214361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A32DE8" w14:paraId="6C22D26D" w14:textId="62A40DA5">
            <w:pPr>
              <w:spacing w:before="40" w:after="40"/>
            </w:pPr>
            <w:r>
              <w:t xml:space="preserve">Oryantasyon Eğitimi, </w:t>
            </w:r>
            <w:r w:rsidRPr="00BB7310">
              <w:t>Web Sayfası, Elektronik Ortam</w:t>
            </w:r>
          </w:p>
        </w:tc>
      </w:tr>
      <w:tr w:rsidRPr="00BB7310" w:rsidR="00764EBC" w14:paraId="74E02A5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18C9D91F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129B2FC3" w14:textId="77777777">
            <w:pPr>
              <w:spacing w:before="40" w:after="40"/>
            </w:pPr>
            <w:r w:rsidRPr="00BB7310">
              <w:t>1. Farklı bölüme veya sınıfa kayıt yapılan öğrenci sayısı</w:t>
            </w:r>
          </w:p>
          <w:p w:rsidRPr="00BB7310" w:rsidR="00764EBC" w:rsidRDefault="00000000" w14:paraId="668419D7" w14:textId="77777777">
            <w:pPr>
              <w:spacing w:before="40" w:after="40"/>
            </w:pPr>
            <w:r w:rsidRPr="00BB7310">
              <w:t>2. Kayıt hakkı kazanmadığı halde kayıt yapılan öğrenci sayısı</w:t>
            </w:r>
          </w:p>
        </w:tc>
      </w:tr>
      <w:tr w:rsidRPr="00BB7310" w:rsidR="00764EBC" w14:paraId="553BCE0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56C43DC4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41826809" w14:textId="77777777">
            <w:pPr>
              <w:spacing w:before="40" w:after="40"/>
            </w:pPr>
            <w:r w:rsidRPr="00BB7310">
              <w:t>1. Kayıt hakkı kazanan öğrencinin farklı bölüme veya sınıfa kaydının yapılması</w:t>
            </w:r>
          </w:p>
          <w:p w:rsidRPr="00BB7310" w:rsidR="00764EBC" w:rsidRDefault="00000000" w14:paraId="42DE0752" w14:textId="77777777">
            <w:pPr>
              <w:spacing w:before="40" w:after="40"/>
            </w:pPr>
            <w:r w:rsidRPr="00BB7310">
              <w:t>2. Kayıt için öğrenci yerine üçüncü kişilerin gelerek kayıt yaptırması</w:t>
            </w:r>
          </w:p>
          <w:p w:rsidRPr="00BB7310" w:rsidR="00764EBC" w:rsidRDefault="00000000" w14:paraId="5ACBBDC3" w14:textId="77777777">
            <w:pPr>
              <w:spacing w:before="40" w:after="40"/>
            </w:pPr>
            <w:r w:rsidRPr="00BB7310">
              <w:t xml:space="preserve">3. </w:t>
            </w:r>
            <w:proofErr w:type="spellStart"/>
            <w:r w:rsidRPr="00BB7310">
              <w:t>YÖKSİS’e</w:t>
            </w:r>
            <w:proofErr w:type="spellEnd"/>
            <w:r w:rsidRPr="00BB7310">
              <w:t xml:space="preserve"> program bilgisinin yanlış tanımlanması sonucu hatalı kayda neden olunması</w:t>
            </w:r>
          </w:p>
        </w:tc>
      </w:tr>
      <w:tr w:rsidRPr="00BB7310" w:rsidR="00764EBC" w14:paraId="3349A72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725C1432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517FB5B4" w14:textId="77777777">
            <w:pPr>
              <w:spacing w:before="40" w:after="40"/>
            </w:pPr>
            <w:r w:rsidRPr="00BB7310">
              <w:t>1. E-devlet üzerinden kayıtlanmanın yaygınlaştırılması ile hatalı kayıt sayısının azalması</w:t>
            </w:r>
          </w:p>
          <w:p w:rsidRPr="00BB7310" w:rsidR="00764EBC" w:rsidRDefault="00000000" w14:paraId="2B6A97AE" w14:textId="77777777">
            <w:pPr>
              <w:spacing w:before="40" w:after="40"/>
            </w:pPr>
            <w:r w:rsidRPr="00BB7310">
              <w:t>2. Dijital kayıt süreçlerinin öğrenci deneyimini iyileştirmesi</w:t>
            </w:r>
          </w:p>
        </w:tc>
      </w:tr>
    </w:tbl>
    <w:p w:rsidRPr="00BB7310" w:rsidR="00592293" w:rsidRDefault="00592293" w14:paraId="05E1F51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51C1C2D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7B67A21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F1.3.4 Değişim Programları ve Özel Öğrenci İşlemleri</w:t>
            </w:r>
          </w:p>
        </w:tc>
      </w:tr>
      <w:tr w:rsidRPr="00BB7310" w:rsidR="00764EBC" w14:paraId="260FD8FC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115C8966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</w:t>
            </w:r>
            <w:r w:rsidRPr="00BB7310">
              <w:t xml:space="preserve">: Farabi, </w:t>
            </w:r>
            <w:proofErr w:type="gramStart"/>
            <w:r w:rsidRPr="00BB7310">
              <w:t>Mevlana</w:t>
            </w:r>
            <w:proofErr w:type="gramEnd"/>
            <w:r w:rsidRPr="00BB7310">
              <w:t>, Erasmus ve özel öğrencilik başvurularının değerlendirilmesi, sonuçlandırılması ve kayıt işlemlerinin yürütülmesi</w:t>
            </w:r>
          </w:p>
        </w:tc>
      </w:tr>
      <w:tr w:rsidRPr="00BB7310" w:rsidR="00764EBC" w14:paraId="3AA4606F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49040799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Erasmus Koordinatörlüğü</w:t>
            </w:r>
          </w:p>
        </w:tc>
      </w:tr>
      <w:tr w:rsidRPr="00BB7310" w:rsidR="00764EBC" w14:paraId="281E727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4F1452B9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59B65939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4389CDA0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18A25EE0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:rsidTr="00592293" w14:paraId="2AE7A15C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331B31AD" w14:textId="77777777">
            <w:pPr>
              <w:spacing w:before="40" w:after="40"/>
            </w:pPr>
            <w:r w:rsidRPr="00BB7310">
              <w:t>1. İlgili birimlerden değişim ve özel öğrenci kontenjanlarının talep edilmesi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54D94E3" w14:textId="77777777">
            <w:pPr>
              <w:spacing w:before="40" w:after="40"/>
            </w:pPr>
            <w:r w:rsidRPr="00BB7310">
              <w:t>Erasmus Koordinatörlüğü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AF269E" w14:paraId="7C559689" w14:textId="32F227BE">
            <w:pPr>
              <w:spacing w:before="40" w:after="40"/>
            </w:pPr>
            <w:hyperlink r:id="rId23">
              <w:r w:rsidRPr="00BB7310">
                <w:rPr>
                  <w:color w:val="0563C1"/>
                  <w:u w:val="single"/>
                </w:rPr>
                <w:t>GRÜ Avrupa Birliği Erasmus Programı Uygulama Yönergesi</w:t>
              </w:r>
            </w:hyperlink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A7D104F" w14:textId="77777777">
            <w:pPr>
              <w:spacing w:before="40" w:after="40"/>
            </w:pPr>
            <w:r w:rsidRPr="00BB7310">
              <w:t>EBYS</w:t>
            </w:r>
          </w:p>
        </w:tc>
      </w:tr>
      <w:tr w:rsidRPr="00BB7310" w:rsidR="00764EBC" w:rsidTr="00592293" w14:paraId="65769D27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326073D" w14:textId="77777777">
            <w:pPr>
              <w:spacing w:before="40" w:after="40"/>
            </w:pPr>
            <w:r w:rsidRPr="00BB7310">
              <w:t>2. Kontenjanların senatoya sunulması ve onaylanması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4F06735" w14:textId="77777777">
            <w:pPr>
              <w:spacing w:before="40" w:after="40"/>
            </w:pPr>
            <w:r w:rsidRPr="00BB7310">
              <w:t>Rektör, Senato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05B43100" w14:textId="77777777">
            <w:pPr>
              <w:spacing w:before="40" w:after="40"/>
            </w:pPr>
            <w:r w:rsidRPr="00BB7310">
              <w:t>2547 sayılı Yükseköğretim Kanunu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CC8912F" w14:textId="77777777">
            <w:pPr>
              <w:spacing w:before="40" w:after="40"/>
            </w:pPr>
            <w:r w:rsidRPr="00BB7310">
              <w:t>EBYS</w:t>
            </w:r>
          </w:p>
        </w:tc>
      </w:tr>
      <w:tr w:rsidRPr="00BB7310" w:rsidR="00764EBC" w:rsidTr="00592293" w14:paraId="68E0EDF8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277BC5C" w14:textId="77777777">
            <w:pPr>
              <w:spacing w:before="40" w:after="40"/>
            </w:pPr>
            <w:r w:rsidRPr="00BB7310">
              <w:t xml:space="preserve">3. Başvuruların değerlendirilmesi ve sonuçların ilgili birimlere </w:t>
            </w:r>
            <w:r w:rsidRPr="00BB7310">
              <w:lastRenderedPageBreak/>
              <w:t>iletilmesi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1681CB13" w14:textId="77777777">
            <w:pPr>
              <w:spacing w:before="40" w:after="40"/>
            </w:pPr>
            <w:r w:rsidRPr="00BB7310">
              <w:lastRenderedPageBreak/>
              <w:t>Erasmus Koordinatörlüğü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0C584D7B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2A1164A" w14:textId="77777777">
            <w:pPr>
              <w:spacing w:before="40" w:after="40"/>
            </w:pPr>
            <w:r w:rsidRPr="00BB7310">
              <w:t>Elektronik Ortam</w:t>
            </w:r>
          </w:p>
        </w:tc>
      </w:tr>
      <w:tr w:rsidRPr="00BB7310" w:rsidR="00764EBC" w:rsidTr="00592293" w14:paraId="0BA83537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816422D" w14:textId="77777777">
            <w:pPr>
              <w:spacing w:before="40" w:after="40"/>
            </w:pPr>
            <w:r w:rsidRPr="00BB7310">
              <w:t xml:space="preserve">4. Gelen/giden öğrenci bilgilerinin </w:t>
            </w:r>
            <w:proofErr w:type="spellStart"/>
            <w:r w:rsidRPr="00BB7310">
              <w:t>YÖKSİS’e</w:t>
            </w:r>
            <w:proofErr w:type="spellEnd"/>
            <w:r w:rsidRPr="00BB7310">
              <w:t xml:space="preserve"> işlenmesi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28F56E39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A924B2F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095B390C" w14:textId="77777777">
            <w:pPr>
              <w:spacing w:before="40" w:after="40"/>
            </w:pPr>
            <w:r w:rsidRPr="00BB7310">
              <w:t>YÖKSİS</w:t>
            </w:r>
          </w:p>
        </w:tc>
      </w:tr>
      <w:tr w:rsidRPr="00BB7310" w:rsidR="00764EBC" w14:paraId="08CDC05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4F0E26C4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6CF21859" w14:textId="77777777">
            <w:pPr>
              <w:spacing w:before="40" w:after="40"/>
            </w:pPr>
            <w:r w:rsidRPr="00BB7310">
              <w:t>1. Evrakları zamanında senatoya sunulmayan özel öğrenci başvuru sayısı</w:t>
            </w:r>
          </w:p>
          <w:p w:rsidRPr="00BB7310" w:rsidR="00764EBC" w:rsidRDefault="00000000" w14:paraId="1E9D04CC" w14:textId="77777777">
            <w:pPr>
              <w:spacing w:before="40" w:after="40"/>
            </w:pPr>
            <w:r w:rsidRPr="00BB7310">
              <w:t>2. Süresi içinde işlenmeyen Farabi/</w:t>
            </w:r>
            <w:proofErr w:type="gramStart"/>
            <w:r w:rsidRPr="00BB7310">
              <w:t>Mevlana</w:t>
            </w:r>
            <w:proofErr w:type="gramEnd"/>
            <w:r w:rsidRPr="00BB7310">
              <w:t xml:space="preserve"> gelen-giden öğrenci sayısı</w:t>
            </w:r>
          </w:p>
        </w:tc>
      </w:tr>
      <w:tr w:rsidRPr="00BB7310" w:rsidR="00764EBC" w14:paraId="783FE35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58583586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4B0A3BCE" w14:textId="77777777">
            <w:pPr>
              <w:spacing w:before="40" w:after="40"/>
            </w:pPr>
            <w:r w:rsidRPr="00BB7310">
              <w:t xml:space="preserve">1. Farabi gelen/giden öğrenci bilgisinin zamanında işlenmemesi sonucu </w:t>
            </w:r>
            <w:proofErr w:type="spellStart"/>
            <w:r w:rsidRPr="00BB7310">
              <w:t>YÖKSİS’te</w:t>
            </w:r>
            <w:proofErr w:type="spellEnd"/>
            <w:r w:rsidRPr="00BB7310">
              <w:t xml:space="preserve"> iki üniversitede kayıtlı görünmesi</w:t>
            </w:r>
          </w:p>
          <w:p w:rsidRPr="00BB7310" w:rsidR="00764EBC" w:rsidRDefault="00000000" w14:paraId="62A53DC7" w14:textId="77777777">
            <w:pPr>
              <w:spacing w:before="40" w:after="40"/>
            </w:pPr>
            <w:r w:rsidRPr="00BB7310">
              <w:t>2. Özel öğrenci başvurusunda kendi kurum onayına bakılmadan kayda alınması</w:t>
            </w:r>
          </w:p>
        </w:tc>
      </w:tr>
      <w:tr w:rsidRPr="00BB7310" w:rsidR="00764EBC" w14:paraId="43987BC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46027274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66ED95CB" w14:textId="77777777">
            <w:pPr>
              <w:spacing w:before="40" w:after="40"/>
            </w:pPr>
            <w:r w:rsidRPr="00BB7310">
              <w:t>1. Değişim programlarının öğrencilerin farklı kültürleri tanımasına ve uluslararasılaşmaya katkı sağlaması</w:t>
            </w:r>
          </w:p>
        </w:tc>
      </w:tr>
    </w:tbl>
    <w:p w:rsidRPr="00BB7310" w:rsidR="00764EBC" w:rsidRDefault="00764EBC" w14:paraId="4BD1D59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734B15E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4BFAE5B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F1.3.5 Ders Kayıt, Not Girişi ve Müfredat Yönetimi</w:t>
            </w:r>
          </w:p>
        </w:tc>
      </w:tr>
      <w:tr w:rsidRPr="00BB7310" w:rsidR="00764EBC" w14:paraId="35C90C65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22947E96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Dönemlik ders kayıtlarının, not giriş işlemlerinin ve müfredat güncellemelerinin doğru, eksiksiz ve zamanında yapılmasını sağlamak</w:t>
            </w:r>
          </w:p>
        </w:tc>
      </w:tr>
      <w:tr w:rsidRPr="00BB7310" w:rsidR="00764EBC" w14:paraId="386D0AF3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7CED589A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Fakülte/YO/MYO/Enstitü</w:t>
            </w:r>
          </w:p>
        </w:tc>
      </w:tr>
      <w:tr w:rsidRPr="00BB7310" w:rsidR="00764EBC" w14:paraId="174CC50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4A49E19F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0F616655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269F8EFE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523D5E05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AF269E" w:rsidTr="00592293" w14:paraId="0361FEB2" w14:textId="77777777">
        <w:trPr>
          <w:jc w:val="center"/>
        </w:trPr>
        <w:tc>
          <w:tcPr>
            <w:tcW w:w="2635" w:type="dxa"/>
            <w:vAlign w:val="center"/>
          </w:tcPr>
          <w:p w:rsidRPr="00BB7310" w:rsidR="00AF269E" w:rsidP="00592293" w:rsidRDefault="00AF269E" w14:paraId="77305863" w14:textId="77777777">
            <w:pPr>
              <w:spacing w:before="40" w:after="40"/>
            </w:pPr>
            <w:r w:rsidRPr="00BB7310">
              <w:t xml:space="preserve">1. İlgili dönemde açılacak derslerin birimlerden talep edilmesi ve </w:t>
            </w:r>
            <w:proofErr w:type="spellStart"/>
            <w:r w:rsidRPr="00BB7310">
              <w:t>UBS’de</w:t>
            </w:r>
            <w:proofErr w:type="spellEnd"/>
            <w:r w:rsidRPr="00BB7310">
              <w:t xml:space="preserve"> açılması</w:t>
            </w:r>
          </w:p>
        </w:tc>
        <w:tc>
          <w:tcPr>
            <w:tcW w:w="2635" w:type="dxa"/>
            <w:vAlign w:val="center"/>
          </w:tcPr>
          <w:p w:rsidRPr="00BB7310" w:rsidR="00AF269E" w:rsidP="00592293" w:rsidRDefault="00AF269E" w14:paraId="14BBD7E9" w14:textId="38B78CC4">
            <w:pPr>
              <w:spacing w:before="40" w:after="40"/>
            </w:pPr>
            <w:r w:rsidRPr="00BB7310">
              <w:t>ÖİDB, Dekan</w:t>
            </w:r>
            <w:r w:rsidR="00A32DE8">
              <w:t>/Müdür</w:t>
            </w:r>
          </w:p>
        </w:tc>
        <w:tc>
          <w:tcPr>
            <w:tcW w:w="2635" w:type="dxa"/>
            <w:vMerge w:val="restart"/>
            <w:vAlign w:val="center"/>
          </w:tcPr>
          <w:p w:rsidRPr="00BB7310" w:rsidR="00AF269E" w:rsidP="00AF269E" w:rsidRDefault="00AF269E" w14:paraId="6C7B9159" w14:textId="77777777">
            <w:pPr>
              <w:spacing w:before="40" w:after="40"/>
            </w:pPr>
            <w:hyperlink r:id="rId24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5B83F705" w14:textId="77777777">
            <w:pPr>
              <w:spacing w:before="40" w:after="40"/>
            </w:pPr>
            <w:hyperlink r:id="rId25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70A86609" w14:textId="77777777">
            <w:pPr>
              <w:spacing w:before="40" w:after="40"/>
            </w:pPr>
            <w:hyperlink r:id="rId26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075F64B4" w14:textId="77777777">
            <w:pPr>
              <w:spacing w:before="40" w:after="40"/>
            </w:pPr>
            <w:hyperlink r:id="rId27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AF269E" w:rsidP="00592293" w:rsidRDefault="00AF269E" w14:paraId="0556C88F" w14:textId="105E1777">
            <w:pPr>
              <w:spacing w:before="40" w:after="40"/>
              <w:rPr>
                <w:color w:val="EE0000"/>
              </w:rPr>
            </w:pPr>
            <w:hyperlink r:id="rId28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AF269E" w:rsidP="00592293" w:rsidRDefault="00AF269E" w14:paraId="6D58D14A" w14:textId="77777777">
            <w:pPr>
              <w:spacing w:before="40" w:after="40"/>
            </w:pPr>
            <w:r w:rsidRPr="00BB7310">
              <w:t>UBS</w:t>
            </w:r>
          </w:p>
        </w:tc>
      </w:tr>
      <w:tr w:rsidRPr="00BB7310" w:rsidR="00AF269E" w:rsidTr="00592293" w14:paraId="00EBEB7B" w14:textId="77777777">
        <w:trPr>
          <w:jc w:val="center"/>
        </w:trPr>
        <w:tc>
          <w:tcPr>
            <w:tcW w:w="2635" w:type="dxa"/>
            <w:vAlign w:val="center"/>
          </w:tcPr>
          <w:p w:rsidRPr="00BB7310" w:rsidR="00AF269E" w:rsidP="00592293" w:rsidRDefault="00AF269E" w14:paraId="61749B0C" w14:textId="384303A5">
            <w:pPr>
              <w:spacing w:before="40" w:after="40"/>
            </w:pPr>
            <w:r w:rsidRPr="00BB7310">
              <w:t>2. Öğrenci ders kayıt işlemlerinin gerçekleştirilmesi</w:t>
            </w:r>
          </w:p>
        </w:tc>
        <w:tc>
          <w:tcPr>
            <w:tcW w:w="2635" w:type="dxa"/>
            <w:vAlign w:val="center"/>
          </w:tcPr>
          <w:p w:rsidRPr="00BB7310" w:rsidR="00AF269E" w:rsidP="00592293" w:rsidRDefault="00AF269E" w14:paraId="516D17E4" w14:textId="77777777">
            <w:pPr>
              <w:spacing w:before="40" w:after="40"/>
            </w:pPr>
            <w:r w:rsidRPr="00BB7310">
              <w:t>Danışman, Öğrenci</w:t>
            </w:r>
          </w:p>
        </w:tc>
        <w:tc>
          <w:tcPr>
            <w:tcW w:w="2635" w:type="dxa"/>
            <w:vMerge/>
            <w:vAlign w:val="center"/>
          </w:tcPr>
          <w:p w:rsidRPr="00BB7310" w:rsidR="00AF269E" w:rsidP="00592293" w:rsidRDefault="00AF269E" w14:paraId="613A5B52" w14:textId="427DE36F">
            <w:pPr>
              <w:spacing w:before="40" w:after="40"/>
              <w:rPr>
                <w:color w:val="EE0000"/>
              </w:rPr>
            </w:pPr>
          </w:p>
        </w:tc>
        <w:tc>
          <w:tcPr>
            <w:tcW w:w="2635" w:type="dxa"/>
            <w:vAlign w:val="center"/>
          </w:tcPr>
          <w:p w:rsidRPr="00BB7310" w:rsidR="00AF269E" w:rsidP="00592293" w:rsidRDefault="00AF269E" w14:paraId="16CE3C4C" w14:textId="77777777">
            <w:pPr>
              <w:spacing w:before="40" w:after="40"/>
            </w:pPr>
            <w:r w:rsidRPr="00BB7310">
              <w:t>UBS</w:t>
            </w:r>
          </w:p>
        </w:tc>
      </w:tr>
      <w:tr w:rsidRPr="00BB7310" w:rsidR="00764EBC" w:rsidTr="00592293" w14:paraId="7647E729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75B5862D" w14:textId="77777777">
            <w:pPr>
              <w:spacing w:before="40" w:after="40"/>
            </w:pPr>
            <w:r w:rsidRPr="00BB7310">
              <w:t>3. Belirlenen sürelerde UBS not girişinin açılması ve kapatılması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4FE96AE7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48B6FD34" w14:textId="77777777">
            <w:pPr>
              <w:spacing w:before="40" w:after="40"/>
              <w:rPr>
                <w:color w:val="EE0000"/>
              </w:rPr>
            </w:pPr>
            <w:r w:rsidRPr="00BB7310">
              <w:rPr>
                <w:color w:val="000000" w:themeColor="text1"/>
              </w:rPr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2F1C9333" w14:textId="77777777">
            <w:pPr>
              <w:spacing w:before="40" w:after="40"/>
            </w:pPr>
            <w:r w:rsidRPr="00BB7310">
              <w:t>UBS</w:t>
            </w:r>
          </w:p>
        </w:tc>
      </w:tr>
      <w:tr w:rsidRPr="00BB7310" w:rsidR="00764EBC" w:rsidTr="00592293" w14:paraId="37D69AC9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3F7C15B8" w14:textId="77777777">
            <w:pPr>
              <w:spacing w:before="40" w:after="40"/>
            </w:pPr>
            <w:r w:rsidRPr="00BB7310">
              <w:t>4. Not bildirim, düzeltme ve muafiyet notlarının sisteme işlenmesi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1659F70F" w14:textId="00D55B0C">
            <w:pPr>
              <w:spacing w:before="40" w:after="40"/>
            </w:pPr>
            <w:r w:rsidRPr="00BB7310">
              <w:t xml:space="preserve">Öğretim Elemanı, </w:t>
            </w:r>
            <w:r w:rsidR="00A32DE8">
              <w:t>Birim Öğrenci İşleri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764EBC" w14:paraId="1467AB4E" w14:textId="59E22D81">
            <w:pPr>
              <w:spacing w:before="40" w:after="40"/>
              <w:rPr>
                <w:color w:val="000000" w:themeColor="text1"/>
              </w:rPr>
            </w:pPr>
            <w:hyperlink r:id="rId29">
              <w:r w:rsidRPr="00BB7310">
                <w:rPr>
                  <w:color w:val="0563C1"/>
                  <w:u w:val="single"/>
                </w:rPr>
                <w:t>GRÜ Ders Muafiyeti ve İntibak İşlemleri Yönergesi</w:t>
              </w:r>
            </w:hyperlink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823934B" w14:textId="77777777">
            <w:pPr>
              <w:spacing w:before="40" w:after="40"/>
            </w:pPr>
            <w:r w:rsidRPr="00BB7310">
              <w:t>UBS</w:t>
            </w:r>
          </w:p>
        </w:tc>
      </w:tr>
      <w:tr w:rsidRPr="00BB7310" w:rsidR="00764EBC" w:rsidTr="00592293" w14:paraId="2D78F08A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3EFCD222" w14:textId="77777777">
            <w:pPr>
              <w:spacing w:before="40" w:after="40"/>
            </w:pPr>
            <w:r w:rsidRPr="00BB7310">
              <w:t>5. Müfredat değişiklik taleplerinin toplanması ve eğitim komisyonunda değerlendirilmesi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04163646" w14:textId="1E4506B2">
            <w:pPr>
              <w:spacing w:before="40" w:after="40"/>
            </w:pPr>
            <w:r w:rsidRPr="00BB7310">
              <w:t>Eğitim Komisyonu, Dekan</w:t>
            </w:r>
            <w:r w:rsidR="00A32DE8">
              <w:t>/Müdür, ÖİDB</w:t>
            </w:r>
          </w:p>
        </w:tc>
        <w:tc>
          <w:tcPr>
            <w:tcW w:w="2635" w:type="dxa"/>
            <w:vAlign w:val="center"/>
          </w:tcPr>
          <w:p w:rsidRPr="00BB7310" w:rsidR="00AF269E" w:rsidP="00AF269E" w:rsidRDefault="00AF269E" w14:paraId="7DAE99FF" w14:textId="77777777">
            <w:pPr>
              <w:spacing w:before="40" w:after="40"/>
            </w:pPr>
            <w:hyperlink r:id="rId30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2E56C1CD" w14:textId="77777777">
            <w:pPr>
              <w:spacing w:before="40" w:after="40"/>
            </w:pPr>
            <w:hyperlink r:id="rId31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51559A2E" w14:textId="77777777">
            <w:pPr>
              <w:spacing w:before="40" w:after="40"/>
            </w:pPr>
            <w:hyperlink r:id="rId32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5C08C634" w14:textId="77777777">
            <w:pPr>
              <w:spacing w:before="40" w:after="40"/>
            </w:pPr>
            <w:hyperlink r:id="rId33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764EBC" w:rsidP="00AF269E" w:rsidRDefault="00AF269E" w14:paraId="632CDFB0" w14:textId="57A89D85">
            <w:pPr>
              <w:spacing w:before="40" w:after="40"/>
              <w:rPr>
                <w:color w:val="EE0000"/>
              </w:rPr>
            </w:pPr>
            <w:hyperlink r:id="rId34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4B8E4EFC" w14:textId="77777777">
            <w:pPr>
              <w:spacing w:before="40" w:after="40"/>
            </w:pPr>
            <w:r w:rsidRPr="00BB7310">
              <w:lastRenderedPageBreak/>
              <w:t>EBYS</w:t>
            </w:r>
          </w:p>
        </w:tc>
      </w:tr>
      <w:tr w:rsidRPr="00BB7310" w:rsidR="00764EBC" w:rsidTr="00592293" w14:paraId="1A2E0D4A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3B0B38E" w14:textId="77777777">
            <w:pPr>
              <w:spacing w:before="40" w:after="40"/>
            </w:pPr>
            <w:r w:rsidRPr="00BB7310">
              <w:t xml:space="preserve">6. Senato onayından sonra müfredat değişikliklerinin </w:t>
            </w:r>
            <w:proofErr w:type="spellStart"/>
            <w:r w:rsidRPr="00BB7310">
              <w:t>UBS’de</w:t>
            </w:r>
            <w:proofErr w:type="spellEnd"/>
            <w:r w:rsidRPr="00BB7310">
              <w:t xml:space="preserve"> güncellenmesi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CE504C1" w14:textId="77777777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8F46CD3" w14:textId="77777777">
            <w:pPr>
              <w:spacing w:before="40" w:after="40"/>
            </w:pPr>
            <w:r w:rsidRPr="00BB7310"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3FFDF80" w14:textId="202847E3">
            <w:pPr>
              <w:spacing w:before="40" w:after="40"/>
            </w:pPr>
            <w:r w:rsidRPr="00BB7310">
              <w:t>UBS</w:t>
            </w:r>
          </w:p>
        </w:tc>
      </w:tr>
      <w:tr w:rsidRPr="00BB7310" w:rsidR="00764EBC" w14:paraId="5F23A80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73C096E9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3E6A7057" w14:textId="77777777">
            <w:pPr>
              <w:spacing w:before="40" w:after="40"/>
            </w:pPr>
            <w:r w:rsidRPr="00BB7310">
              <w:t>1. Not bildirim ve düzeltme formlarının sisteme işlenme süresi</w:t>
            </w:r>
          </w:p>
          <w:p w:rsidRPr="00BB7310" w:rsidR="00764EBC" w:rsidRDefault="00000000" w14:paraId="146491A6" w14:textId="77777777">
            <w:pPr>
              <w:spacing w:before="40" w:after="40"/>
            </w:pPr>
            <w:r w:rsidRPr="00BB7310">
              <w:t>2. Hatalı not girişi için yapılan düzeltici işlem sayısı</w:t>
            </w:r>
          </w:p>
          <w:p w:rsidRPr="00BB7310" w:rsidR="00764EBC" w:rsidRDefault="00000000" w14:paraId="71345130" w14:textId="77777777">
            <w:pPr>
              <w:spacing w:before="40" w:after="40"/>
            </w:pPr>
            <w:r w:rsidRPr="00BB7310">
              <w:t>3. Müfredat güncellemelerinde hatalı işlem sayısının toplam güncelleme sayısına oranı</w:t>
            </w:r>
          </w:p>
          <w:p w:rsidRPr="00BB7310" w:rsidR="00764EBC" w:rsidRDefault="00000000" w14:paraId="7F1B8E01" w14:textId="77777777">
            <w:pPr>
              <w:spacing w:before="40" w:after="40"/>
            </w:pPr>
            <w:r w:rsidRPr="00BB7310">
              <w:t>4. Ders değişikliğinde hatalı eşleştirilen ders sayısı</w:t>
            </w:r>
          </w:p>
        </w:tc>
      </w:tr>
      <w:tr w:rsidRPr="00BB7310" w:rsidR="00764EBC" w14:paraId="34A73E4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75F23BDB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68EF318C" w14:textId="77777777">
            <w:pPr>
              <w:spacing w:before="40" w:after="40"/>
            </w:pPr>
            <w:r w:rsidRPr="00BB7310">
              <w:t>1. Not giriş tarihlerinin bitmesini takip eden günde notların aktarılmaması sonucu öğrencilerin bütünleme/tek ders sınavını kaçırması</w:t>
            </w:r>
          </w:p>
          <w:p w:rsidRPr="00BB7310" w:rsidR="00764EBC" w:rsidRDefault="00000000" w14:paraId="3B4CC4C4" w14:textId="77777777">
            <w:pPr>
              <w:spacing w:before="40" w:after="40"/>
            </w:pPr>
            <w:r w:rsidRPr="00BB7310">
              <w:t>2. Not bildirim ve intibak işlemlerinin geciktirilmesi sonucu öğrencinin ders kaydında, bursunda veya mezuniyetinde sorun yaşaması</w:t>
            </w:r>
          </w:p>
          <w:p w:rsidRPr="00BB7310" w:rsidR="00764EBC" w:rsidRDefault="00000000" w14:paraId="0B25652E" w14:textId="77777777">
            <w:pPr>
              <w:spacing w:before="40" w:after="40"/>
            </w:pPr>
            <w:r w:rsidRPr="00BB7310">
              <w:t>3. Müfredat güncellemelerinin hatalı yapılması nedeniyle GANO hesaplamasında ve Bologna bilgi paketinde tutarsızlık oluşması</w:t>
            </w:r>
          </w:p>
        </w:tc>
      </w:tr>
      <w:tr w:rsidRPr="00BB7310" w:rsidR="00764EBC" w14:paraId="619E8B0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0F0BDAFF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54DD0F86" w14:textId="77777777">
            <w:pPr>
              <w:spacing w:before="40" w:after="40"/>
            </w:pPr>
            <w:r w:rsidRPr="00BB7310">
              <w:t>1. Dijital not giriş sisteminin süreci hızlandırması ve takibini kolaylaştırması</w:t>
            </w:r>
          </w:p>
          <w:p w:rsidRPr="00BB7310" w:rsidR="00764EBC" w:rsidRDefault="00000000" w14:paraId="3FA96BEF" w14:textId="77777777">
            <w:pPr>
              <w:spacing w:before="40" w:after="40"/>
            </w:pPr>
            <w:r w:rsidRPr="00BB7310">
              <w:t>2. Müfredat değişikliklerinin Bologna Bilgi Paketi ile eşzamanlı güncellenmesinin uluslararası şeffaflığı artırması</w:t>
            </w:r>
          </w:p>
        </w:tc>
      </w:tr>
    </w:tbl>
    <w:p w:rsidRPr="00BB7310" w:rsidR="00764EBC" w:rsidRDefault="00764EBC" w14:paraId="1A47CE1B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444E5F9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4FBA9762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F1.3.6 Mezuniyet ve Diploma İşlemleri</w:t>
            </w:r>
          </w:p>
        </w:tc>
      </w:tr>
      <w:tr w:rsidRPr="00BB7310" w:rsidR="00764EBC" w14:paraId="7CF6F3B3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0DB53D22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Mezuniyet işlemlerinin doğru yapılmasını, diploma ve mezuniyet belgelerinin hızlı ve etkin düzenlenmesini sağlamak</w:t>
            </w:r>
          </w:p>
        </w:tc>
      </w:tr>
      <w:tr w:rsidRPr="00BB7310" w:rsidR="00764EBC" w14:paraId="1E87170B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28F01CA1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Fakülte/YO/MYO/Enstitü</w:t>
            </w:r>
          </w:p>
        </w:tc>
      </w:tr>
      <w:tr w:rsidRPr="00BB7310" w:rsidR="00764EBC" w14:paraId="103ACFE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3F8BD092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71CD4721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6B2EB1E0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796AC5FF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:rsidTr="00592293" w14:paraId="0B6FEC51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3B47C6E3" w14:textId="77777777">
            <w:pPr>
              <w:spacing w:before="40" w:after="40"/>
            </w:pPr>
            <w:r w:rsidRPr="00BB7310">
              <w:t>1. Mezun olmaya hak kazanan öğrencilerin transkript incelemesi ile belirlenmesi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A32DE8" w14:paraId="4BA5BBBF" w14:textId="2E5CF05A">
            <w:pPr>
              <w:spacing w:before="40" w:after="40"/>
            </w:pPr>
            <w:r>
              <w:t>Bölüm Başkanı,</w:t>
            </w:r>
            <w:r w:rsidRPr="00BB7310">
              <w:t xml:space="preserve"> Birim </w:t>
            </w:r>
            <w:r>
              <w:t>Öğrenci İşleri,</w:t>
            </w:r>
            <w:r w:rsidRPr="00BB7310">
              <w:t xml:space="preserve"> ÖİDB</w:t>
            </w:r>
          </w:p>
        </w:tc>
        <w:tc>
          <w:tcPr>
            <w:tcW w:w="2635" w:type="dxa"/>
            <w:vAlign w:val="center"/>
          </w:tcPr>
          <w:p w:rsidRPr="00BB7310" w:rsidR="00AF269E" w:rsidP="00AF269E" w:rsidRDefault="00AF269E" w14:paraId="1C19BF33" w14:textId="77777777">
            <w:pPr>
              <w:spacing w:before="40" w:after="40"/>
            </w:pPr>
            <w:hyperlink r:id="rId35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22C8C3B2" w14:textId="77777777">
            <w:pPr>
              <w:spacing w:before="40" w:after="40"/>
            </w:pPr>
            <w:hyperlink r:id="rId36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0B085809" w14:textId="77777777">
            <w:pPr>
              <w:spacing w:before="40" w:after="40"/>
            </w:pPr>
            <w:hyperlink r:id="rId37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5A2618FA" w14:textId="77777777">
            <w:pPr>
              <w:spacing w:before="40" w:after="40"/>
            </w:pPr>
            <w:hyperlink r:id="rId38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764EBC" w:rsidP="00AF269E" w:rsidRDefault="00AF269E" w14:paraId="30205A97" w14:textId="02990225">
            <w:pPr>
              <w:spacing w:before="40" w:after="40"/>
            </w:pPr>
            <w:hyperlink r:id="rId39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4402247" w14:textId="77777777">
            <w:pPr>
              <w:spacing w:before="40" w:after="40"/>
            </w:pPr>
            <w:r w:rsidRPr="00BB7310">
              <w:lastRenderedPageBreak/>
              <w:t>UBS</w:t>
            </w:r>
          </w:p>
        </w:tc>
      </w:tr>
      <w:tr w:rsidRPr="00BB7310" w:rsidR="00592293" w:rsidTr="00592293" w14:paraId="569DB028" w14:textId="77777777">
        <w:trPr>
          <w:jc w:val="center"/>
        </w:trPr>
        <w:tc>
          <w:tcPr>
            <w:tcW w:w="2635" w:type="dxa"/>
            <w:vAlign w:val="center"/>
          </w:tcPr>
          <w:p w:rsidRPr="00BB7310" w:rsidR="00592293" w:rsidP="00592293" w:rsidRDefault="00592293" w14:paraId="5FC98FD4" w14:textId="77777777">
            <w:pPr>
              <w:spacing w:before="40" w:after="40"/>
            </w:pPr>
            <w:r w:rsidRPr="00BB7310">
              <w:t>2. Mezuniyet tarihlerinin sisteme işlenmesi</w:t>
            </w:r>
          </w:p>
        </w:tc>
        <w:tc>
          <w:tcPr>
            <w:tcW w:w="2635" w:type="dxa"/>
            <w:vMerge w:val="restart"/>
            <w:vAlign w:val="center"/>
          </w:tcPr>
          <w:p w:rsidRPr="00BB7310" w:rsidR="00592293" w:rsidP="00592293" w:rsidRDefault="00592293" w14:paraId="529F9EE4" w14:textId="21C6CDF1">
            <w:pPr>
              <w:spacing w:before="40" w:after="40"/>
            </w:pPr>
            <w:r w:rsidRPr="00BB7310">
              <w:t>ÖİDB</w:t>
            </w:r>
          </w:p>
        </w:tc>
        <w:tc>
          <w:tcPr>
            <w:tcW w:w="2635" w:type="dxa"/>
            <w:vAlign w:val="center"/>
          </w:tcPr>
          <w:p w:rsidRPr="00BB7310" w:rsidR="00592293" w:rsidP="00592293" w:rsidRDefault="00592293" w14:paraId="509F79BA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592293" w:rsidP="00592293" w:rsidRDefault="00592293" w14:paraId="110DB9CD" w14:textId="77777777">
            <w:pPr>
              <w:spacing w:before="40" w:after="40"/>
            </w:pPr>
            <w:r w:rsidRPr="00BB7310">
              <w:t>UBS, YÖKSİS</w:t>
            </w:r>
          </w:p>
        </w:tc>
      </w:tr>
      <w:tr w:rsidRPr="00BB7310" w:rsidR="00592293" w:rsidTr="00592293" w14:paraId="50C057D9" w14:textId="77777777">
        <w:trPr>
          <w:jc w:val="center"/>
        </w:trPr>
        <w:tc>
          <w:tcPr>
            <w:tcW w:w="2635" w:type="dxa"/>
            <w:vAlign w:val="center"/>
          </w:tcPr>
          <w:p w:rsidRPr="00BB7310" w:rsidR="00592293" w:rsidP="00592293" w:rsidRDefault="00592293" w14:paraId="7A7BE1B1" w14:textId="5BCE5985">
            <w:pPr>
              <w:spacing w:before="40" w:after="40"/>
            </w:pPr>
            <w:r w:rsidRPr="00BB7310">
              <w:t>3. Diploma ve diploma eki belgelerinin hazırlan</w:t>
            </w:r>
            <w:r w:rsidR="00A32DE8">
              <w:t>arak ilgili birime gönderilmesi</w:t>
            </w:r>
          </w:p>
        </w:tc>
        <w:tc>
          <w:tcPr>
            <w:tcW w:w="2635" w:type="dxa"/>
            <w:vMerge/>
            <w:vAlign w:val="center"/>
          </w:tcPr>
          <w:p w:rsidRPr="00BB7310" w:rsidR="00592293" w:rsidP="00592293" w:rsidRDefault="00592293" w14:paraId="7D8E4A78" w14:textId="6BD50F6D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BB7310" w:rsidR="00592293" w:rsidP="00592293" w:rsidRDefault="003735B4" w14:paraId="56CBD182" w14:textId="284BE85A">
            <w:pPr>
              <w:spacing w:before="40" w:after="40"/>
            </w:pPr>
            <w:hyperlink w:history="1" r:id="rId40">
              <w:r w:rsidRPr="003735B4">
                <w:rPr>
                  <w:rStyle w:val="Kpr"/>
                </w:rPr>
                <w:t>Giresun Üniversitesi Diploma, Diploma Eki ve Diğer Belgelerin Düzenlenmesine İlişkin Yönerge</w:t>
              </w:r>
            </w:hyperlink>
          </w:p>
        </w:tc>
        <w:tc>
          <w:tcPr>
            <w:tcW w:w="2635" w:type="dxa"/>
            <w:vAlign w:val="center"/>
          </w:tcPr>
          <w:p w:rsidRPr="00BB7310" w:rsidR="00592293" w:rsidP="00592293" w:rsidRDefault="00592293" w14:paraId="64314210" w14:textId="77777777">
            <w:pPr>
              <w:spacing w:before="40" w:after="40"/>
            </w:pPr>
            <w:r w:rsidRPr="00BB7310">
              <w:t>UBS, Fiziksel Ortam</w:t>
            </w:r>
          </w:p>
        </w:tc>
      </w:tr>
      <w:tr w:rsidRPr="00BB7310" w:rsidR="00592293" w:rsidTr="00592293" w14:paraId="59254BE8" w14:textId="77777777">
        <w:trPr>
          <w:jc w:val="center"/>
        </w:trPr>
        <w:tc>
          <w:tcPr>
            <w:tcW w:w="2635" w:type="dxa"/>
            <w:vAlign w:val="center"/>
          </w:tcPr>
          <w:p w:rsidRPr="00BB7310" w:rsidR="00592293" w:rsidP="00592293" w:rsidRDefault="00592293" w14:paraId="7DF6F938" w14:textId="63D2F5EA">
            <w:pPr>
              <w:spacing w:before="40" w:after="40"/>
            </w:pPr>
            <w:r w:rsidRPr="00BB7310">
              <w:t>4. Sağlık programları mezunlarının diplomaların</w:t>
            </w:r>
            <w:r w:rsidR="00A32DE8">
              <w:t xml:space="preserve">a tescil numarası verilmesi </w:t>
            </w:r>
          </w:p>
        </w:tc>
        <w:tc>
          <w:tcPr>
            <w:tcW w:w="2635" w:type="dxa"/>
            <w:vMerge/>
            <w:vAlign w:val="center"/>
          </w:tcPr>
          <w:p w:rsidRPr="00BB7310" w:rsidR="00592293" w:rsidP="00592293" w:rsidRDefault="00592293" w14:paraId="06C3CDF0" w14:textId="529D1475">
            <w:pPr>
              <w:spacing w:before="40" w:after="40"/>
            </w:pPr>
          </w:p>
        </w:tc>
        <w:tc>
          <w:tcPr>
            <w:tcW w:w="2635" w:type="dxa"/>
            <w:vAlign w:val="center"/>
          </w:tcPr>
          <w:p w:rsidRPr="00BB7310" w:rsidR="00592293" w:rsidP="00592293" w:rsidRDefault="00592293" w14:paraId="20C01594" w14:textId="77777777">
            <w:pPr>
              <w:spacing w:before="40" w:after="40"/>
            </w:pPr>
            <w:r w:rsidRPr="00BB7310">
              <w:t>Tıpta Uzmanlık Mevzuatı</w:t>
            </w:r>
          </w:p>
        </w:tc>
        <w:tc>
          <w:tcPr>
            <w:tcW w:w="2635" w:type="dxa"/>
            <w:vAlign w:val="center"/>
          </w:tcPr>
          <w:p w:rsidRPr="00BB7310" w:rsidR="00592293" w:rsidP="00592293" w:rsidRDefault="00592293" w14:paraId="04089ABF" w14:textId="5343B489">
            <w:pPr>
              <w:spacing w:before="40" w:after="40"/>
            </w:pPr>
            <w:r w:rsidRPr="00BB7310">
              <w:t>EBYS, Fiziksel Ortam</w:t>
            </w:r>
            <w:r w:rsidR="003735B4">
              <w:t>, YÖKSİS</w:t>
            </w:r>
          </w:p>
        </w:tc>
      </w:tr>
      <w:tr w:rsidRPr="00BB7310" w:rsidR="003735B4" w:rsidTr="00592293" w14:paraId="2C04F5F1" w14:textId="77777777">
        <w:trPr>
          <w:jc w:val="center"/>
        </w:trPr>
        <w:tc>
          <w:tcPr>
            <w:tcW w:w="2635" w:type="dxa"/>
            <w:vAlign w:val="center"/>
          </w:tcPr>
          <w:p w:rsidRPr="00BB7310" w:rsidR="003735B4" w:rsidP="003735B4" w:rsidRDefault="003735B4" w14:paraId="4F7EC20A" w14:textId="5932F485">
            <w:pPr>
              <w:spacing w:before="40" w:after="40"/>
            </w:pPr>
            <w:r w:rsidRPr="00BB7310">
              <w:t>5. Arşivlenen diplomaların talep üzerine öğrencilere teslim edilmesi</w:t>
            </w:r>
          </w:p>
        </w:tc>
        <w:tc>
          <w:tcPr>
            <w:tcW w:w="2635" w:type="dxa"/>
            <w:vAlign w:val="center"/>
          </w:tcPr>
          <w:p w:rsidRPr="00BB7310" w:rsidR="003735B4" w:rsidP="003735B4" w:rsidRDefault="003735B4" w14:paraId="4CE6C802" w14:textId="50BFD6C4">
            <w:pPr>
              <w:spacing w:before="40" w:after="40"/>
            </w:pPr>
            <w:r>
              <w:t>Birim Öğrenci İşleri</w:t>
            </w:r>
          </w:p>
        </w:tc>
        <w:tc>
          <w:tcPr>
            <w:tcW w:w="2635" w:type="dxa"/>
            <w:vAlign w:val="center"/>
          </w:tcPr>
          <w:p w:rsidRPr="00BB7310" w:rsidR="003735B4" w:rsidP="003735B4" w:rsidRDefault="003735B4" w14:paraId="4C93CE6A" w14:textId="2117666C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3735B4" w:rsidP="003735B4" w:rsidRDefault="003735B4" w14:paraId="5D62A29B" w14:textId="797AA5B6">
            <w:pPr>
              <w:spacing w:before="40" w:after="40"/>
            </w:pPr>
            <w:r w:rsidRPr="00BB7310">
              <w:t>Fiziksel Ortam</w:t>
            </w:r>
          </w:p>
        </w:tc>
      </w:tr>
      <w:tr w:rsidRPr="00BB7310" w:rsidR="003735B4" w14:paraId="105CFF1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3735B4" w:rsidP="003735B4" w:rsidRDefault="003735B4" w14:paraId="3CD9E059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3735B4" w:rsidP="003735B4" w:rsidRDefault="003735B4" w14:paraId="0D80854F" w14:textId="77777777">
            <w:pPr>
              <w:spacing w:before="40" w:after="40"/>
            </w:pPr>
            <w:r w:rsidRPr="00BB7310">
              <w:t>1. Hatalı basılan diploma sayısı</w:t>
            </w:r>
          </w:p>
          <w:p w:rsidRPr="00BB7310" w:rsidR="003735B4" w:rsidP="003735B4" w:rsidRDefault="003735B4" w14:paraId="1686EC69" w14:textId="77777777">
            <w:pPr>
              <w:spacing w:before="40" w:after="40"/>
            </w:pPr>
            <w:r w:rsidRPr="00BB7310">
              <w:t>2. Tescile gönderilen hatalı diploma sayısı</w:t>
            </w:r>
          </w:p>
          <w:p w:rsidRPr="00BB7310" w:rsidR="003735B4" w:rsidP="003735B4" w:rsidRDefault="003735B4" w14:paraId="51284146" w14:textId="77777777">
            <w:pPr>
              <w:spacing w:before="40" w:after="40"/>
            </w:pPr>
            <w:r w:rsidRPr="00BB7310">
              <w:t>3. Verilen hatalı transkript sayısı</w:t>
            </w:r>
          </w:p>
        </w:tc>
      </w:tr>
      <w:tr w:rsidRPr="00BB7310" w:rsidR="003735B4" w14:paraId="0C38676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3735B4" w:rsidP="003735B4" w:rsidRDefault="003735B4" w14:paraId="5AB1BA1D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3735B4" w:rsidP="003735B4" w:rsidRDefault="003735B4" w14:paraId="6F3DD84D" w14:textId="77777777">
            <w:pPr>
              <w:spacing w:before="40" w:after="40"/>
            </w:pPr>
            <w:r w:rsidRPr="00BB7310">
              <w:t>1. YÖKSİS veri tabanına eski mezun bilgilerinin hatalı gönderilmesi sonucu yanlış işlem yapılması</w:t>
            </w:r>
          </w:p>
          <w:p w:rsidRPr="00BB7310" w:rsidR="003735B4" w:rsidP="003735B4" w:rsidRDefault="003735B4" w14:paraId="32A00626" w14:textId="77777777">
            <w:pPr>
              <w:spacing w:before="40" w:after="40"/>
            </w:pPr>
            <w:r w:rsidRPr="00BB7310">
              <w:t>2. Diploma almaya hak kazanmadığı halde öğrenciye diploma hazırlanması</w:t>
            </w:r>
          </w:p>
          <w:p w:rsidRPr="00BB7310" w:rsidR="003735B4" w:rsidP="003735B4" w:rsidRDefault="003735B4" w14:paraId="4018A32A" w14:textId="77777777">
            <w:pPr>
              <w:spacing w:before="40" w:after="40"/>
            </w:pPr>
            <w:r w:rsidRPr="00BB7310">
              <w:t>3. Bölüm/program isimlerinin kontrol edilmeden diplomaların basılması sonucu hatalı diploma teslimi</w:t>
            </w:r>
          </w:p>
        </w:tc>
      </w:tr>
      <w:tr w:rsidRPr="00BB7310" w:rsidR="003735B4" w14:paraId="17E496D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3735B4" w:rsidP="003735B4" w:rsidRDefault="003735B4" w14:paraId="6AE40939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3735B4" w:rsidP="003735B4" w:rsidRDefault="003735B4" w14:paraId="4942C6FE" w14:textId="77777777">
            <w:pPr>
              <w:spacing w:before="40" w:after="40"/>
            </w:pPr>
            <w:r w:rsidRPr="00BB7310">
              <w:t>1. YÖKSİS veri kontrolünün sistematik hale getirilmesiyle hata oranının düşürülmesi</w:t>
            </w:r>
          </w:p>
          <w:p w:rsidRPr="00BB7310" w:rsidR="003735B4" w:rsidP="003735B4" w:rsidRDefault="003735B4" w14:paraId="21D8DEB5" w14:textId="77777777">
            <w:pPr>
              <w:spacing w:before="40" w:after="40"/>
            </w:pPr>
            <w:r w:rsidRPr="00BB7310">
              <w:t>2. Diploma teslim tarihlerinin akademik takvime entegre edilmesiyle süreç verimliliğinin artması</w:t>
            </w:r>
          </w:p>
        </w:tc>
      </w:tr>
    </w:tbl>
    <w:p w:rsidRPr="00BB7310" w:rsidR="00764EBC" w:rsidRDefault="00764EBC" w14:paraId="377B0B06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12BA71D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0662AE0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F1.3.7 Burs ve Öğrenim Ücreti İşlemleri</w:t>
            </w:r>
          </w:p>
        </w:tc>
      </w:tr>
      <w:tr w:rsidRPr="00BB7310" w:rsidR="00764EBC" w14:paraId="5BCAC0AB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15AE539F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Öğrencilerin burs başvurularının yönetilmesi, öğrenim ücretlerinin takibi ve ödeme işlemlerinin doğru yürütülmesini sağlamak</w:t>
            </w:r>
          </w:p>
        </w:tc>
      </w:tr>
      <w:tr w:rsidRPr="00BB7310" w:rsidR="00764EBC" w14:paraId="32C724DF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0C4E4C05" w14:textId="22160A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</w:t>
            </w:r>
            <w:r w:rsidRPr="00BB7310">
              <w:t xml:space="preserve">: </w:t>
            </w:r>
            <w:r w:rsidR="003735B4">
              <w:t xml:space="preserve">Genel Sekterlik, </w:t>
            </w:r>
            <w:r w:rsidRPr="00BB7310">
              <w:t>Öğrenci İşleri Daire Başkanlığı, Strateji Geliştirme Daire Başkanlığı</w:t>
            </w:r>
          </w:p>
        </w:tc>
      </w:tr>
      <w:tr w:rsidRPr="00BB7310" w:rsidR="00764EBC" w14:paraId="71E5767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1CDE5CAD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19960E46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2CAE5A77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37D14233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14:paraId="2E289134" w14:textId="77777777">
        <w:trPr>
          <w:jc w:val="center"/>
        </w:trPr>
        <w:tc>
          <w:tcPr>
            <w:tcW w:w="2635" w:type="dxa"/>
          </w:tcPr>
          <w:p w:rsidRPr="00BB7310" w:rsidR="00764EBC" w:rsidRDefault="003735B4" w14:paraId="6443D159" w14:textId="6FC8AF0B">
            <w:pPr>
              <w:spacing w:before="40" w:after="40"/>
            </w:pPr>
            <w:r>
              <w:t>1</w:t>
            </w:r>
            <w:r w:rsidRPr="00BB7310">
              <w:t>. Öğrenim ücretlerinin UBS üzerinden borçlandırılması ve ödeme takibi</w:t>
            </w:r>
          </w:p>
        </w:tc>
        <w:tc>
          <w:tcPr>
            <w:tcW w:w="2635" w:type="dxa"/>
          </w:tcPr>
          <w:p w:rsidRPr="00BB7310" w:rsidR="00764EBC" w:rsidRDefault="00000000" w14:paraId="18C33C1F" w14:textId="77777777">
            <w:pPr>
              <w:spacing w:before="40" w:after="40"/>
            </w:pPr>
            <w:r w:rsidRPr="00BB7310">
              <w:t>ÖİDB, Strateji Geliştirme Daire Bk.</w:t>
            </w:r>
          </w:p>
        </w:tc>
        <w:tc>
          <w:tcPr>
            <w:tcW w:w="2635" w:type="dxa"/>
          </w:tcPr>
          <w:p w:rsidRPr="00BB7310" w:rsidR="00764EBC" w:rsidRDefault="00000000" w14:paraId="14E61D3F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</w:tcPr>
          <w:p w:rsidRPr="00BB7310" w:rsidR="00764EBC" w:rsidRDefault="00000000" w14:paraId="5AFCC543" w14:textId="77777777">
            <w:pPr>
              <w:spacing w:before="40" w:after="40"/>
            </w:pPr>
            <w:r w:rsidRPr="00BB7310">
              <w:t>UBS, Mali Yönetim Sistemi</w:t>
            </w:r>
          </w:p>
        </w:tc>
      </w:tr>
      <w:tr w:rsidRPr="00BB7310" w:rsidR="00764EBC" w14:paraId="6787F799" w14:textId="77777777">
        <w:trPr>
          <w:jc w:val="center"/>
        </w:trPr>
        <w:tc>
          <w:tcPr>
            <w:tcW w:w="2635" w:type="dxa"/>
          </w:tcPr>
          <w:p w:rsidRPr="00BB7310" w:rsidR="00764EBC" w:rsidRDefault="003735B4" w14:paraId="65574703" w14:textId="11F843A8">
            <w:pPr>
              <w:spacing w:before="40" w:after="40"/>
            </w:pPr>
            <w:r>
              <w:t>2</w:t>
            </w:r>
            <w:r w:rsidRPr="00BB7310">
              <w:t xml:space="preserve">. </w:t>
            </w:r>
            <w:r>
              <w:t xml:space="preserve">YÖK destek bursu öğrenci ve ödeme durumu takibi </w:t>
            </w:r>
          </w:p>
        </w:tc>
        <w:tc>
          <w:tcPr>
            <w:tcW w:w="2635" w:type="dxa"/>
          </w:tcPr>
          <w:p w:rsidRPr="00BB7310" w:rsidR="00764EBC" w:rsidRDefault="00000000" w14:paraId="604C3719" w14:textId="07B63AE7">
            <w:pPr>
              <w:spacing w:before="40" w:after="40"/>
            </w:pPr>
            <w:r w:rsidRPr="00BB7310">
              <w:t>ÖİDB,</w:t>
            </w:r>
            <w:r w:rsidR="003735B4">
              <w:t xml:space="preserve"> Genel Sekterlik</w:t>
            </w:r>
          </w:p>
        </w:tc>
        <w:tc>
          <w:tcPr>
            <w:tcW w:w="2635" w:type="dxa"/>
          </w:tcPr>
          <w:p w:rsidRPr="00BB7310" w:rsidR="00764EBC" w:rsidRDefault="00000000" w14:paraId="66EAA155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</w:tcPr>
          <w:p w:rsidRPr="00BB7310" w:rsidR="00764EBC" w:rsidRDefault="00000000" w14:paraId="523C1F42" w14:textId="77777777">
            <w:pPr>
              <w:spacing w:before="40" w:after="40"/>
            </w:pPr>
            <w:r w:rsidRPr="00BB7310">
              <w:t>EBYS, Mali Yönetim Sistemi</w:t>
            </w:r>
          </w:p>
        </w:tc>
      </w:tr>
      <w:tr w:rsidRPr="00BB7310" w:rsidR="00764EBC" w14:paraId="4A0995F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66329381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P="003735B4" w:rsidRDefault="00000000" w14:paraId="7F10FEBD" w14:textId="0FFF66DF">
            <w:pPr>
              <w:spacing w:before="40" w:after="40"/>
            </w:pPr>
            <w:r w:rsidRPr="00BB7310">
              <w:t>1. Katkı payı/öğrenim ücreti eksik veya fazla tahsil edilen öğrenci sayısı</w:t>
            </w:r>
          </w:p>
        </w:tc>
      </w:tr>
      <w:tr w:rsidRPr="00BB7310" w:rsidR="00764EBC" w14:paraId="2E4A36B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6CCA0D00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P="003735B4" w:rsidRDefault="00000000" w14:paraId="2150A803" w14:textId="016076E8">
            <w:pPr>
              <w:spacing w:before="40" w:after="40"/>
            </w:pPr>
            <w:r w:rsidRPr="00BB7310">
              <w:t>1. Öğrenci ödeme işlemlerinde fazla veya eksik tahakkuk ettirilmesi</w:t>
            </w:r>
          </w:p>
        </w:tc>
      </w:tr>
      <w:tr w:rsidRPr="00BB7310" w:rsidR="00764EBC" w14:paraId="48BC5D5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70229440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799E3FCD" w14:textId="77777777">
            <w:pPr>
              <w:spacing w:before="40" w:after="40"/>
            </w:pPr>
            <w:r w:rsidRPr="00BB7310">
              <w:lastRenderedPageBreak/>
              <w:t>1. Burs listelerinin birimler tarafından çapraz kontrol edilmesiyle hata oranının düşmesi</w:t>
            </w:r>
          </w:p>
          <w:p w:rsidRPr="00BB7310" w:rsidR="00764EBC" w:rsidRDefault="00000000" w14:paraId="47029289" w14:textId="77777777">
            <w:pPr>
              <w:spacing w:before="40" w:after="40"/>
            </w:pPr>
            <w:r w:rsidRPr="00BB7310">
              <w:t>2. Bursların zamanında ödenmesinin öğrenci memnuniyetini artırması</w:t>
            </w:r>
          </w:p>
        </w:tc>
      </w:tr>
    </w:tbl>
    <w:p w:rsidRPr="00BB7310" w:rsidR="00592293" w:rsidRDefault="00592293" w14:paraId="6F7A40B0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Pr="00BB7310" w:rsidR="00764EBC" w14:paraId="04DDAF3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Pr="00BB7310" w:rsidR="00764EBC" w:rsidRDefault="00000000" w14:paraId="0A589F23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F1.3.8 Öğrenci Özlük, Belge İşlemleri ve Bilgi Sistemi Yönetimi</w:t>
            </w:r>
          </w:p>
        </w:tc>
      </w:tr>
      <w:tr w:rsidRPr="00BB7310" w:rsidR="00764EBC" w14:paraId="053AE619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4796F4D2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Amacı:</w:t>
            </w:r>
            <w:r w:rsidRPr="00BB7310">
              <w:t xml:space="preserve"> Öğrenci özlük ve belge işlemlerinin etkin yürütülmesini, öğrenci bilgi sisteminin sürekli çalışır durumda olmasını ve veri yedeklemesinin sağlanmasını temin etmek</w:t>
            </w:r>
          </w:p>
        </w:tc>
      </w:tr>
      <w:tr w:rsidRPr="00BB7310" w:rsidR="00764EBC" w14:paraId="1198A52F" w14:textId="77777777">
        <w:trPr>
          <w:jc w:val="center"/>
        </w:trPr>
        <w:tc>
          <w:tcPr>
            <w:tcW w:w="10540" w:type="dxa"/>
            <w:gridSpan w:val="4"/>
          </w:tcPr>
          <w:p w:rsidRPr="00BB7310" w:rsidR="00764EBC" w:rsidRDefault="00000000" w14:paraId="3F99FD56" w14:textId="77777777">
            <w:pPr>
              <w:spacing w:before="40" w:after="40"/>
            </w:pPr>
            <w:r w:rsidRPr="00BB7310">
              <w:rPr>
                <w:b/>
                <w:bCs/>
              </w:rPr>
              <w:t>Faaliyetin Yürütüldüğü Birimler:</w:t>
            </w:r>
            <w:r w:rsidRPr="00BB7310">
              <w:t xml:space="preserve"> Öğrenci İşleri Daire Başkanlığı, Bilgi İşlem Daire Başkanlığı</w:t>
            </w:r>
          </w:p>
        </w:tc>
      </w:tr>
      <w:tr w:rsidRPr="00BB7310" w:rsidR="00764EBC" w14:paraId="14200B1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Pr="00BB7310" w:rsidR="00764EBC" w:rsidRDefault="00000000" w14:paraId="2805C6DB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00AA7DAE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27A41F94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Pr="00BB7310" w:rsidR="00764EBC" w:rsidRDefault="00000000" w14:paraId="5E5C406A" w14:textId="77777777">
            <w:pPr>
              <w:spacing w:before="40" w:after="40"/>
              <w:jc w:val="center"/>
            </w:pPr>
            <w:r w:rsidRPr="00BB7310">
              <w:rPr>
                <w:b/>
              </w:rPr>
              <w:t>Kayıt Ortamı</w:t>
            </w:r>
          </w:p>
        </w:tc>
      </w:tr>
      <w:tr w:rsidRPr="00BB7310" w:rsidR="00764EBC" w:rsidTr="00592293" w14:paraId="2F96B633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2C558AA1" w14:textId="77777777">
            <w:pPr>
              <w:spacing w:before="40" w:after="40"/>
            </w:pPr>
            <w:r w:rsidRPr="00BB7310">
              <w:t>1. Öğrenci belge taleplerinin alınması ve hazırlanması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8B41B34" w14:textId="77777777">
            <w:pPr>
              <w:spacing w:before="40" w:after="40"/>
            </w:pPr>
            <w:r w:rsidRPr="00BB7310">
              <w:t>ÖİDB, Birim Öğrenci İşleri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60847620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4B49A77" w14:textId="77777777">
            <w:pPr>
              <w:spacing w:before="40" w:after="40"/>
            </w:pPr>
            <w:r w:rsidRPr="00BB7310">
              <w:t>UBS, Fiziksel Ortam</w:t>
            </w:r>
          </w:p>
        </w:tc>
      </w:tr>
      <w:tr w:rsidRPr="00BB7310" w:rsidR="00764EBC" w:rsidTr="00592293" w14:paraId="56F9FE49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43D89CBE" w14:textId="77777777">
            <w:pPr>
              <w:spacing w:before="40" w:after="40"/>
            </w:pPr>
            <w:r w:rsidRPr="00BB7310">
              <w:t>2. Kayıt dondurma, kayıt silme ve ilişik kesme işlemlerinin yürütülmesi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3735B4" w14:paraId="6801F32C" w14:textId="0632965A">
            <w:pPr>
              <w:spacing w:before="40" w:after="40"/>
            </w:pPr>
            <w:r>
              <w:t>Birim Öğrenci İşleri, ÖİDB</w:t>
            </w:r>
          </w:p>
        </w:tc>
        <w:tc>
          <w:tcPr>
            <w:tcW w:w="2635" w:type="dxa"/>
            <w:vAlign w:val="center"/>
          </w:tcPr>
          <w:p w:rsidRPr="00BB7310" w:rsidR="00AF269E" w:rsidP="00AF269E" w:rsidRDefault="00AF269E" w14:paraId="2AD7043A" w14:textId="77777777">
            <w:pPr>
              <w:spacing w:before="40" w:after="40"/>
            </w:pPr>
            <w:hyperlink r:id="rId41">
              <w:r w:rsidRPr="00BB7310">
                <w:rPr>
                  <w:color w:val="0563C1"/>
                  <w:u w:val="single"/>
                </w:rPr>
                <w:t xml:space="preserve">GRÜ </w:t>
              </w:r>
              <w:proofErr w:type="spellStart"/>
              <w:r w:rsidRPr="00BB7310">
                <w:rPr>
                  <w:color w:val="0563C1"/>
                  <w:u w:val="single"/>
                </w:rPr>
                <w:t>Önlisans</w:t>
              </w:r>
              <w:proofErr w:type="spellEnd"/>
              <w:r w:rsidRPr="00BB7310">
                <w:rPr>
                  <w:color w:val="0563C1"/>
                  <w:u w:val="single"/>
                </w:rPr>
                <w:t xml:space="preserve"> ve Lisans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15C9E31E" w14:textId="77777777">
            <w:pPr>
              <w:spacing w:before="40" w:after="40"/>
            </w:pPr>
            <w:hyperlink r:id="rId42">
              <w:r w:rsidRPr="00BB7310">
                <w:rPr>
                  <w:color w:val="0563C1"/>
                  <w:u w:val="single"/>
                </w:rPr>
                <w:t>GRÜ Lisansüstü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7D1AA0AE" w14:textId="77777777">
            <w:pPr>
              <w:spacing w:before="40" w:after="40"/>
            </w:pPr>
            <w:hyperlink r:id="rId43">
              <w:r w:rsidRPr="00BB7310">
                <w:rPr>
                  <w:color w:val="0563C1"/>
                  <w:u w:val="single"/>
                </w:rPr>
                <w:t>GRÜ Tıp Fakültesi Eğitim-Öğretim ve Sınav Yönetmeliği</w:t>
              </w:r>
            </w:hyperlink>
            <w:r w:rsidRPr="00BB7310">
              <w:t xml:space="preserve">; </w:t>
            </w:r>
          </w:p>
          <w:p w:rsidRPr="00BB7310" w:rsidR="00AF269E" w:rsidP="00AF269E" w:rsidRDefault="00AF269E" w14:paraId="0193288E" w14:textId="77777777">
            <w:pPr>
              <w:spacing w:before="40" w:after="40"/>
            </w:pPr>
            <w:hyperlink r:id="rId44">
              <w:r w:rsidRPr="00BB7310">
                <w:rPr>
                  <w:color w:val="0563C1"/>
                  <w:u w:val="single"/>
                </w:rPr>
                <w:t>GRÜ Diş Hekimliği Fakültesi Eğitim-Öğretim ve Sınav Yönergesi</w:t>
              </w:r>
            </w:hyperlink>
            <w:r w:rsidRPr="00BB7310">
              <w:t xml:space="preserve">; </w:t>
            </w:r>
          </w:p>
          <w:p w:rsidRPr="00BB7310" w:rsidR="00764EBC" w:rsidP="00AF269E" w:rsidRDefault="00AF269E" w14:paraId="2DDACA22" w14:textId="05876DF0">
            <w:pPr>
              <w:spacing w:before="40" w:after="40"/>
              <w:rPr>
                <w:color w:val="EE0000"/>
              </w:rPr>
            </w:pPr>
            <w:hyperlink r:id="rId45">
              <w:r w:rsidRPr="00BB7310">
                <w:rPr>
                  <w:color w:val="0563C1"/>
                  <w:u w:val="single"/>
                </w:rPr>
                <w:t>GRÜ Yabancı Diller Yüksekokulu Eğitim-Öğretim ve Sınav Yönetmeliği</w:t>
              </w:r>
            </w:hyperlink>
            <w:r w:rsidRPr="00BB7310">
              <w:t>.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D894A73" w14:textId="77777777">
            <w:pPr>
              <w:spacing w:before="40" w:after="40"/>
            </w:pPr>
            <w:r w:rsidRPr="00BB7310">
              <w:t>UBS, EBYS</w:t>
            </w:r>
          </w:p>
        </w:tc>
      </w:tr>
      <w:tr w:rsidRPr="00BB7310" w:rsidR="00764EBC" w:rsidTr="00592293" w14:paraId="0B8F7CF4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4F9D0E8F" w14:textId="77777777">
            <w:pPr>
              <w:spacing w:before="40" w:after="40"/>
            </w:pPr>
            <w:r w:rsidRPr="00BB7310">
              <w:t>3. Öğrenci bilgi sisteminde yeni kullanıcı ve yetki tanımlamalarının yapılması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7446E32" w14:textId="77777777">
            <w:pPr>
              <w:spacing w:before="40" w:after="40"/>
            </w:pPr>
            <w:r w:rsidRPr="00BB7310">
              <w:t>Bilgi İşlem Daire Bk., ÖİDB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774463BB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15B2E889" w14:textId="77777777">
            <w:pPr>
              <w:spacing w:before="40" w:after="40"/>
            </w:pPr>
            <w:r w:rsidRPr="00BB7310">
              <w:t>UBS</w:t>
            </w:r>
          </w:p>
        </w:tc>
      </w:tr>
      <w:tr w:rsidRPr="00BB7310" w:rsidR="00764EBC" w:rsidTr="00592293" w14:paraId="67DEC630" w14:textId="77777777">
        <w:trPr>
          <w:jc w:val="center"/>
        </w:trPr>
        <w:tc>
          <w:tcPr>
            <w:tcW w:w="2635" w:type="dxa"/>
            <w:vAlign w:val="center"/>
          </w:tcPr>
          <w:p w:rsidRPr="00BB7310" w:rsidR="00764EBC" w:rsidP="00592293" w:rsidRDefault="00000000" w14:paraId="1AB9646D" w14:textId="77777777">
            <w:pPr>
              <w:spacing w:before="40" w:after="40"/>
            </w:pPr>
            <w:r w:rsidRPr="00BB7310">
              <w:t>4. Öğrenci verilerinin düzenli yedeklenmesi ve sistem sürekliliğinin sağlanması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554E5D86" w14:textId="77777777">
            <w:pPr>
              <w:spacing w:before="40" w:after="40"/>
            </w:pPr>
            <w:r w:rsidRPr="00BB7310">
              <w:t>Bilgi İşlem Daire Bk.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3A66B2CD" w14:textId="77777777">
            <w:pPr>
              <w:spacing w:before="40" w:after="40"/>
            </w:pPr>
            <w:r w:rsidRPr="00BB7310">
              <w:t>—</w:t>
            </w:r>
          </w:p>
        </w:tc>
        <w:tc>
          <w:tcPr>
            <w:tcW w:w="2635" w:type="dxa"/>
            <w:vAlign w:val="center"/>
          </w:tcPr>
          <w:p w:rsidRPr="00BB7310" w:rsidR="00764EBC" w:rsidP="00592293" w:rsidRDefault="00000000" w14:paraId="10E62324" w14:textId="77777777">
            <w:pPr>
              <w:spacing w:before="40" w:after="40"/>
            </w:pPr>
            <w:r w:rsidRPr="00BB7310">
              <w:t>Elektronik Ortam</w:t>
            </w:r>
          </w:p>
        </w:tc>
      </w:tr>
      <w:tr w:rsidRPr="00BB7310" w:rsidR="00764EBC" w14:paraId="5EF4BA8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6865FC6C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İzleme Kriterleri:</w:t>
            </w:r>
          </w:p>
          <w:p w:rsidRPr="00BB7310" w:rsidR="00764EBC" w:rsidRDefault="00000000" w14:paraId="2B91A509" w14:textId="77777777">
            <w:pPr>
              <w:spacing w:before="40" w:after="40"/>
            </w:pPr>
            <w:r w:rsidRPr="00BB7310">
              <w:t>1. Yanlış belge verilen öğrenci sayısı</w:t>
            </w:r>
          </w:p>
          <w:p w:rsidRPr="00BB7310" w:rsidR="00764EBC" w:rsidRDefault="00000000" w14:paraId="0D751008" w14:textId="77777777">
            <w:pPr>
              <w:spacing w:before="40" w:after="40"/>
            </w:pPr>
            <w:r w:rsidRPr="00BB7310">
              <w:t>2. Öğrenci bilgi sisteminin kullanılamadığı toplam saat sayısı</w:t>
            </w:r>
          </w:p>
        </w:tc>
      </w:tr>
      <w:tr w:rsidRPr="00BB7310" w:rsidR="00764EBC" w14:paraId="626D259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6DA3B828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Riskler:</w:t>
            </w:r>
          </w:p>
          <w:p w:rsidRPr="00BB7310" w:rsidR="00764EBC" w:rsidRDefault="00000000" w14:paraId="3CDCD9CE" w14:textId="77777777">
            <w:pPr>
              <w:spacing w:before="40" w:after="40"/>
            </w:pPr>
            <w:r w:rsidRPr="00BB7310">
              <w:t>1. Belge taleplerinin kişi haricinde başkasına teslim edilmesi sonucu öğrenci bilgisinin yasal olmayan yollarla paylaşılması</w:t>
            </w:r>
          </w:p>
          <w:p w:rsidRPr="00BB7310" w:rsidR="00764EBC" w:rsidRDefault="00000000" w14:paraId="7F9C96AA" w14:textId="77777777">
            <w:pPr>
              <w:spacing w:before="40" w:after="40"/>
            </w:pPr>
            <w:r w:rsidRPr="00BB7310">
              <w:t>2. Otomasyon sisteminde kullanıcı yetkilendirmelerinin eksik yapılması nedeniyle işlemlerin aksaması</w:t>
            </w:r>
          </w:p>
          <w:p w:rsidRPr="00BB7310" w:rsidR="00764EBC" w:rsidRDefault="00000000" w14:paraId="354CE800" w14:textId="77777777">
            <w:pPr>
              <w:spacing w:before="40" w:after="40"/>
            </w:pPr>
            <w:r w:rsidRPr="00BB7310">
              <w:t>3. ÖSYM tarafından yerleştirilen öğrenci bilgilerinin zamanında sisteme aktarılamaması</w:t>
            </w:r>
          </w:p>
        </w:tc>
      </w:tr>
      <w:tr w:rsidRPr="00BB7310" w:rsidR="00764EBC" w14:paraId="7DD480AC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BB7310" w:rsidR="00764EBC" w:rsidRDefault="00000000" w14:paraId="1047C050" w14:textId="77777777">
            <w:pPr>
              <w:spacing w:before="40" w:after="40"/>
              <w:rPr>
                <w:b/>
                <w:bCs/>
              </w:rPr>
            </w:pPr>
            <w:r w:rsidRPr="00BB7310">
              <w:rPr>
                <w:b/>
                <w:bCs/>
              </w:rPr>
              <w:t>Fırsatlar:</w:t>
            </w:r>
          </w:p>
          <w:p w:rsidRPr="00BB7310" w:rsidR="00764EBC" w:rsidRDefault="00000000" w14:paraId="2BA98838" w14:textId="77777777">
            <w:pPr>
              <w:spacing w:before="40" w:after="40"/>
            </w:pPr>
            <w:r w:rsidRPr="00BB7310">
              <w:t>1. Belgelerin e-devlet üzerinden alınmasının iş yükünü azaltması ve erişilebilirliği artırması</w:t>
            </w:r>
          </w:p>
          <w:p w:rsidRPr="00BB7310" w:rsidR="00764EBC" w:rsidRDefault="00000000" w14:paraId="21DB86F1" w14:textId="77777777">
            <w:pPr>
              <w:spacing w:before="40" w:after="40"/>
            </w:pPr>
            <w:r w:rsidRPr="00BB7310">
              <w:t>2. Veri yedekleme sisteminin güçlendirilmesiyle kurumsal hafızanın korunması</w:t>
            </w:r>
          </w:p>
        </w:tc>
      </w:tr>
    </w:tbl>
    <w:p w:rsidR="00764EBC" w:rsidRDefault="00764EBC" w14:paraId="5C593E5E" w14:textId="77777777">
      <w:pPr>
        <w:spacing w:after="120"/>
      </w:pPr>
    </w:p>
    <w:sectPr w:rsidR="00764EBC" w:rsidSect="00034616">
      <w:headerReference w:type="default" r:id="R1ef2028fab904e31"/>
      <w:pgSz w:w="12240" w:h="15840"/>
      <w:pgMar w:top="1134" w:right="850" w:bottom="1134" w:left="850" w:header="720" w:footer="720" w:gutter="0"/>
      <w:cols w:space="720"/>
      <w:docGrid w:linePitch="360"/>
      <w:footerReference w:type="default" r:id="R3f9a6d3095294bc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KYS-PRS.01.03,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76eda1fe0a5e4e16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kvys.giresun.edu.tr/sg/29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b6cbd49b602d4fce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e0ca39bf9fad4590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Öğrenci İşleri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KYS-PRS.01.03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4282175">
    <w:abstractNumId w:val="8"/>
  </w:num>
  <w:num w:numId="2" w16cid:durableId="929970243">
    <w:abstractNumId w:val="6"/>
  </w:num>
  <w:num w:numId="3" w16cid:durableId="1510288153">
    <w:abstractNumId w:val="5"/>
  </w:num>
  <w:num w:numId="4" w16cid:durableId="323168774">
    <w:abstractNumId w:val="4"/>
  </w:num>
  <w:num w:numId="5" w16cid:durableId="1736584565">
    <w:abstractNumId w:val="7"/>
  </w:num>
  <w:num w:numId="6" w16cid:durableId="1297419548">
    <w:abstractNumId w:val="3"/>
  </w:num>
  <w:num w:numId="7" w16cid:durableId="502017234">
    <w:abstractNumId w:val="2"/>
  </w:num>
  <w:num w:numId="8" w16cid:durableId="186451376">
    <w:abstractNumId w:val="1"/>
  </w:num>
  <w:num w:numId="9" w16cid:durableId="95906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51E6"/>
    <w:rsid w:val="00034616"/>
    <w:rsid w:val="0006063C"/>
    <w:rsid w:val="00080208"/>
    <w:rsid w:val="0015074B"/>
    <w:rsid w:val="0029639D"/>
    <w:rsid w:val="002E3EC5"/>
    <w:rsid w:val="00326F90"/>
    <w:rsid w:val="003735B4"/>
    <w:rsid w:val="00592293"/>
    <w:rsid w:val="00764EBC"/>
    <w:rsid w:val="0078720F"/>
    <w:rsid w:val="00A32DE8"/>
    <w:rsid w:val="00AA1D8D"/>
    <w:rsid w:val="00AF269E"/>
    <w:rsid w:val="00B47730"/>
    <w:rsid w:val="00BA6198"/>
    <w:rsid w:val="00BB7310"/>
    <w:rsid w:val="00CB0664"/>
    <w:rsid w:val="00D4530F"/>
    <w:rsid w:val="00DB4DB5"/>
    <w:rsid w:val="00F466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EA726D"/>
  <w14:defaultImageDpi w14:val="300"/>
  <w15:docId w15:val="{399C5150-4501-DC4B-A335-9E9B16708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269E"/>
    <w:rPr>
      <w:rFonts w:ascii="Times New Roman" w:eastAsia="Times New Roman" w:hAnsi="Times New Roman" w:cs="Times New Roman"/>
      <w:sz w:val="20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3735B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735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kvys.giresun.edu.tr/dn/KYS-YNT-003" TargetMode="External" Id="rId13" /><Relationship Type="http://schemas.openxmlformats.org/officeDocument/2006/relationships/hyperlink" Target="https://kvys.giresun.edu.tr/dn/KYS-YNT-002" TargetMode="External" Id="rId18" /><Relationship Type="http://schemas.openxmlformats.org/officeDocument/2006/relationships/hyperlink" Target="https://kvys.giresun.edu.tr/dn/KYS-YNT-003" TargetMode="External" Id="rId26" /><Relationship Type="http://schemas.openxmlformats.org/officeDocument/2006/relationships/hyperlink" Target="https://kvys.giresun.edu.tr/dn/KYS-YNT-004" TargetMode="External" Id="rId39" /><Relationship Type="http://schemas.openxmlformats.org/officeDocument/2006/relationships/hyperlink" Target="https://kvys.giresun.edu.tr/dn/KYS-YNT-004" TargetMode="External" Id="rId21" /><Relationship Type="http://schemas.openxmlformats.org/officeDocument/2006/relationships/hyperlink" Target="https://kvys.giresun.edu.tr/dn/KYS-YNT-004" TargetMode="External" Id="rId34" /><Relationship Type="http://schemas.openxmlformats.org/officeDocument/2006/relationships/hyperlink" Target="https://kvys.giresun.edu.tr/dn/KYS-YNT-002" TargetMode="External" Id="rId42" /><Relationship Type="http://schemas.openxmlformats.org/officeDocument/2006/relationships/theme" Target="theme/theme1.xml" Id="rId47" /><Relationship Type="http://schemas.openxmlformats.org/officeDocument/2006/relationships/hyperlink" Target="https://kvys.giresun.edu.tr/dn/KYS-YNT-002" TargetMode="External" Id="rId7" /><Relationship Type="http://schemas.openxmlformats.org/officeDocument/2006/relationships/numbering" Target="numbering.xml" Id="rId2" /><Relationship Type="http://schemas.openxmlformats.org/officeDocument/2006/relationships/hyperlink" Target="https://kvys.giresun.edu.tr/dn/KYS-YNR-081" TargetMode="External" Id="rId16" /><Relationship Type="http://schemas.openxmlformats.org/officeDocument/2006/relationships/hyperlink" Target="https://kvys.giresun.edu.tr/dn/KYS-YNR-070" TargetMode="External" Id="rId29" /><Relationship Type="http://schemas.openxmlformats.org/officeDocument/2006/relationships/customXml" Target="../customXml/item1.xml" Id="rId1" /><Relationship Type="http://schemas.openxmlformats.org/officeDocument/2006/relationships/hyperlink" Target="https://kvys.giresun.edu.tr/dn/KYS-YNT-001" TargetMode="External" Id="rId6" /><Relationship Type="http://schemas.openxmlformats.org/officeDocument/2006/relationships/hyperlink" Target="https://kvys.giresun.edu.tr/dn/KYS-YNT-001" TargetMode="External" Id="rId11" /><Relationship Type="http://schemas.openxmlformats.org/officeDocument/2006/relationships/hyperlink" Target="https://kvys.giresun.edu.tr/dn/KYS-YNT-001" TargetMode="External" Id="rId24" /><Relationship Type="http://schemas.openxmlformats.org/officeDocument/2006/relationships/hyperlink" Target="https://kvys.giresun.edu.tr/dn/KYS-YNT-003" TargetMode="External" Id="rId32" /><Relationship Type="http://schemas.openxmlformats.org/officeDocument/2006/relationships/hyperlink" Target="https://kvys.giresun.edu.tr/dn/KYS-YNT-003" TargetMode="External" Id="rId37" /><Relationship Type="http://schemas.openxmlformats.org/officeDocument/2006/relationships/hyperlink" Target="https://kvys.giresun.edu.tr/dn/KYS-YNR-064" TargetMode="External" Id="rId40" /><Relationship Type="http://schemas.openxmlformats.org/officeDocument/2006/relationships/hyperlink" Target="https://kvys.giresun.edu.tr/dn/KYS-YNT-004" TargetMode="External" Id="rId45" /><Relationship Type="http://schemas.openxmlformats.org/officeDocument/2006/relationships/webSettings" Target="webSettings.xml" Id="rId5" /><Relationship Type="http://schemas.openxmlformats.org/officeDocument/2006/relationships/hyperlink" Target="https://kvys.giresun.edu.tr/dn/KYS-YNT-004" TargetMode="External" Id="rId15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4" TargetMode="External" Id="rId28" /><Relationship Type="http://schemas.openxmlformats.org/officeDocument/2006/relationships/hyperlink" Target="https://kvys.giresun.edu.tr/dn/KYS-YNT-002" TargetMode="External" Id="rId36" /><Relationship Type="http://schemas.openxmlformats.org/officeDocument/2006/relationships/hyperlink" Target="https://kvys.giresun.edu.tr/dn/KYS-YNT-004" TargetMode="External" Id="rId10" /><Relationship Type="http://schemas.openxmlformats.org/officeDocument/2006/relationships/hyperlink" Target="https://kvys.giresun.edu.tr/dn/KYS-YNT-003" TargetMode="External" Id="rId19" /><Relationship Type="http://schemas.openxmlformats.org/officeDocument/2006/relationships/hyperlink" Target="https://kvys.giresun.edu.tr/dn/KYS-YNT-002" TargetMode="External" Id="rId31" /><Relationship Type="http://schemas.openxmlformats.org/officeDocument/2006/relationships/hyperlink" Target="https://kvys.giresun.edu.tr/dn/KYS-YNR-078" TargetMode="External" Id="rId44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78" TargetMode="External" Id="rId9" /><Relationship Type="http://schemas.openxmlformats.org/officeDocument/2006/relationships/hyperlink" Target="https://kvys.giresun.edu.tr/dn/KYS-YNR-078" TargetMode="External" Id="rId14" /><Relationship Type="http://schemas.openxmlformats.org/officeDocument/2006/relationships/hyperlink" Target="https://kvys.giresun.edu.tr/dn/KYS-YNR-081" TargetMode="External" Id="rId22" /><Relationship Type="http://schemas.openxmlformats.org/officeDocument/2006/relationships/hyperlink" Target="https://kvys.giresun.edu.tr/dn/KYS-YNR-078" TargetMode="External" Id="rId27" /><Relationship Type="http://schemas.openxmlformats.org/officeDocument/2006/relationships/hyperlink" Target="https://kvys.giresun.edu.tr/dn/KYS-YNT-001" TargetMode="External" Id="rId30" /><Relationship Type="http://schemas.openxmlformats.org/officeDocument/2006/relationships/hyperlink" Target="https://kvys.giresun.edu.tr/dn/KYS-YNT-001" TargetMode="External" Id="rId35" /><Relationship Type="http://schemas.openxmlformats.org/officeDocument/2006/relationships/hyperlink" Target="https://kvys.giresun.edu.tr/dn/KYS-YNT-003" TargetMode="External" Id="rId43" /><Relationship Type="http://schemas.openxmlformats.org/officeDocument/2006/relationships/hyperlink" Target="https://kvys.giresun.edu.tr/dn/KYS-YNT-003" TargetMode="External" Id="rId8" /><Relationship Type="http://schemas.openxmlformats.org/officeDocument/2006/relationships/styles" Target="styles.xml" Id="rId3" /><Relationship Type="http://schemas.openxmlformats.org/officeDocument/2006/relationships/hyperlink" Target="https://kvys.giresun.edu.tr/dn/KYS-YNT-002" TargetMode="External" Id="rId12" /><Relationship Type="http://schemas.openxmlformats.org/officeDocument/2006/relationships/hyperlink" Target="https://kvys.giresun.edu.tr/dn/KYS-YNT-001" TargetMode="External" Id="rId17" /><Relationship Type="http://schemas.openxmlformats.org/officeDocument/2006/relationships/hyperlink" Target="https://kvys.giresun.edu.tr/dn/KYS-YNT-002" TargetMode="External" Id="rId25" /><Relationship Type="http://schemas.openxmlformats.org/officeDocument/2006/relationships/hyperlink" Target="https://kvys.giresun.edu.tr/dn/KYS-YNR-078" TargetMode="External" Id="rId33" /><Relationship Type="http://schemas.openxmlformats.org/officeDocument/2006/relationships/hyperlink" Target="https://kvys.giresun.edu.tr/dn/KYS-YNR-078" TargetMode="External" Id="rId38" /><Relationship Type="http://schemas.openxmlformats.org/officeDocument/2006/relationships/fontTable" Target="fontTable.xml" Id="rId46" /><Relationship Type="http://schemas.openxmlformats.org/officeDocument/2006/relationships/hyperlink" Target="https://kvys.giresun.edu.tr/dn/KYS-YNR-078" TargetMode="External" Id="rId20" /><Relationship Type="http://schemas.openxmlformats.org/officeDocument/2006/relationships/hyperlink" Target="https://kvys.giresun.edu.tr/dn/KYS-YNT-001" TargetMode="External" Id="rId41" /><Relationship Type="http://schemas.openxmlformats.org/officeDocument/2006/relationships/header" Target="/word/header1.xml" Id="R1ef2028fab904e31" /><Relationship Type="http://schemas.openxmlformats.org/officeDocument/2006/relationships/footer" Target="/word/footer1.xml" Id="R3f9a6d3095294bc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b6cbd49b602d4fce" /><Relationship Type="http://schemas.openxmlformats.org/officeDocument/2006/relationships/hyperlink" Target="https://kvys.giresun.edu.tr/sg/29" TargetMode="External" Id="R76eda1fe0a5e4e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e0ca39bf9fad45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2685</Words>
  <Characters>15307</Characters>
  <Application>Microsoft Office Word</Application>
  <DocSecurity>0</DocSecurity>
  <Lines>127</Lines>
  <Paragraphs>35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serdal karapinar</cp:lastModifiedBy>
  <cp:revision>9</cp:revision>
  <dcterms:created xsi:type="dcterms:W3CDTF">2013-12-23T23:15:00Z</dcterms:created>
  <dcterms:modified xsi:type="dcterms:W3CDTF">2026-08-03T11:36:00Z</dcterms:modified>
  <cp:category/>
</cp:coreProperties>
</file>