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="0077749C" w14:paraId="290E78FC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="0077749C" w:rsidRDefault="00000000" w14:paraId="52552F90" w14:textId="77777777">
            <w:pPr>
              <w:spacing w:before="40" w:after="40"/>
              <w:jc w:val="center"/>
            </w:pPr>
            <w:r>
              <w:rPr>
                <w:b/>
              </w:rPr>
              <w:t>PRS.01.06  MEZUN İZLEME VE GERİ BİLDİRİM SÜRECİ</w:t>
            </w:r>
          </w:p>
        </w:tc>
      </w:tr>
      <w:tr w:rsidR="0077749C" w14:paraId="58031342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77749C" w:rsidRDefault="00000000" w14:paraId="2B4434F0" w14:textId="77777777">
            <w:pPr>
              <w:spacing w:before="40" w:after="40"/>
            </w:pPr>
            <w:r>
              <w:rPr>
                <w:b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="0077749C" w:rsidRDefault="00000000" w14:paraId="72AFA969" w14:textId="77777777">
            <w:pPr>
              <w:spacing w:before="40" w:after="40"/>
            </w:pPr>
            <w:r>
              <w:t>Akreditasyon, Akademik Değerlendirme ve Kalite Koordinatörü (kalite@giresun.edu.tr)</w:t>
            </w:r>
          </w:p>
        </w:tc>
      </w:tr>
      <w:tr w:rsidR="0077749C" w14:paraId="2AE0EE1C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77749C" w:rsidRDefault="00000000" w14:paraId="0906BD65" w14:textId="77777777">
            <w:pPr>
              <w:spacing w:before="40" w:after="40"/>
            </w:pPr>
            <w:r>
              <w:rPr>
                <w:b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="0077749C" w:rsidRDefault="00000000" w14:paraId="629C8D2D" w14:textId="49148B4F">
            <w:pPr>
              <w:spacing w:before="40" w:after="40"/>
            </w:pPr>
            <w:r>
              <w:t xml:space="preserve">GÜ Kariyer Yönlendirme ve Bilgilendirme Uygulama ve Araştırma Merkezi, Mezunlar Derneği/Birimi, Fakülte/Enstitü/YO/MYO, Sağlık, Kültür ve Spor Daire Başkanlığı (SKSDB), </w:t>
            </w:r>
            <w:proofErr w:type="spellStart"/>
            <w:r w:rsidR="00191736">
              <w:t>Akreditasyon</w:t>
            </w:r>
            <w:proofErr w:type="spellEnd"/>
            <w:r w:rsidR="00191736">
              <w:t xml:space="preserve">, Akademik </w:t>
            </w:r>
            <w:proofErr w:type="spellStart"/>
            <w:r w:rsidR="00191736">
              <w:t>Değerlendirme</w:t>
            </w:r>
            <w:proofErr w:type="spellEnd"/>
            <w:r w:rsidR="00191736">
              <w:t xml:space="preserve"> </w:t>
            </w:r>
            <w:proofErr w:type="spellStart"/>
            <w:r w:rsidR="00191736">
              <w:t>ve</w:t>
            </w:r>
            <w:proofErr w:type="spellEnd"/>
            <w:r w:rsidR="00191736">
              <w:t xml:space="preserve"> Kalite </w:t>
            </w:r>
            <w:proofErr w:type="spellStart"/>
            <w:r w:rsidR="00191736">
              <w:t>Koordinatörlüğü</w:t>
            </w:r>
            <w:proofErr w:type="spellEnd"/>
          </w:p>
        </w:tc>
      </w:tr>
      <w:tr w:rsidR="0077749C" w14:paraId="739FBFCD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77749C" w:rsidRDefault="00000000" w14:paraId="121B7E31" w14:textId="77777777">
            <w:pPr>
              <w:spacing w:before="40" w:after="40"/>
            </w:pPr>
            <w:r>
              <w:rPr>
                <w:b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="0077749C" w:rsidRDefault="00000000" w14:paraId="43C4E55B" w14:textId="77777777">
            <w:pPr>
              <w:spacing w:before="40" w:after="40"/>
            </w:pPr>
            <w:r>
              <w:t>Görev tanımlarında belirlenmiştir.</w:t>
            </w:r>
          </w:p>
        </w:tc>
      </w:tr>
      <w:tr w:rsidR="0077749C" w14:paraId="08FB116E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77749C" w:rsidRDefault="00000000" w14:paraId="528E2351" w14:textId="77777777">
            <w:pPr>
              <w:spacing w:before="40" w:after="40"/>
            </w:pPr>
            <w:r>
              <w:rPr>
                <w:b/>
              </w:rPr>
              <w:t>SÜRECİN AMACI</w:t>
            </w:r>
          </w:p>
        </w:tc>
        <w:tc>
          <w:tcPr>
            <w:tcW w:w="7026" w:type="dxa"/>
            <w:gridSpan w:val="2"/>
          </w:tcPr>
          <w:p w:rsidR="0077749C" w:rsidRDefault="00000000" w14:paraId="31EDC068" w14:textId="77777777">
            <w:pPr>
              <w:spacing w:before="40" w:after="40"/>
            </w:pPr>
            <w:r>
              <w:t>Mezunların istihdam durumlarını ve memnuniyet düzeylerini sistematik olarak izlemek; işveren geri bildirimlerini toplamak; elde edilen verileri program iyileştirme, müfredat güncelleme ve kalite güvence süreçlerine girdi olarak aktarmak</w:t>
            </w:r>
          </w:p>
        </w:tc>
      </w:tr>
      <w:tr w:rsidR="0077749C" w14:paraId="41BC1ECD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77749C" w:rsidRDefault="00000000" w14:paraId="22D84C8E" w14:textId="77777777">
            <w:pPr>
              <w:spacing w:before="40" w:after="40"/>
              <w:jc w:val="center"/>
            </w:pPr>
            <w:r>
              <w:rPr>
                <w:b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="0077749C" w:rsidRDefault="00000000" w14:paraId="5EFDA1C6" w14:textId="77777777">
            <w:pPr>
              <w:spacing w:before="40" w:after="40"/>
              <w:jc w:val="center"/>
            </w:pPr>
            <w:r>
              <w:rPr>
                <w:b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="0077749C" w:rsidRDefault="00000000" w14:paraId="43341FFE" w14:textId="77777777">
            <w:pPr>
              <w:spacing w:before="40" w:after="40"/>
              <w:jc w:val="center"/>
            </w:pPr>
            <w:r>
              <w:rPr>
                <w:b/>
              </w:rPr>
              <w:t>ÇIKTILAR</w:t>
            </w:r>
          </w:p>
        </w:tc>
      </w:tr>
      <w:tr w:rsidR="0077749C" w14:paraId="793B1EE4" w14:textId="77777777">
        <w:trPr>
          <w:jc w:val="center"/>
        </w:trPr>
        <w:tc>
          <w:tcPr>
            <w:tcW w:w="3513" w:type="dxa"/>
          </w:tcPr>
          <w:p w:rsidR="0077749C" w:rsidRDefault="00000000" w14:paraId="68F67BE8" w14:textId="77777777">
            <w:pPr>
              <w:spacing w:before="40" w:after="40"/>
            </w:pPr>
            <w:r>
              <w:t>Mezun kayıtları (UBS'den çıkış)</w:t>
            </w:r>
          </w:p>
        </w:tc>
        <w:tc>
          <w:tcPr>
            <w:tcW w:w="3513" w:type="dxa"/>
          </w:tcPr>
          <w:p w:rsidR="0077749C" w:rsidRDefault="00000000" w14:paraId="52FC6087" w14:textId="77777777">
            <w:pPr>
              <w:spacing w:before="40" w:after="40"/>
            </w:pPr>
            <w:r>
              <w:t>Mezun Bilgi Sistemi</w:t>
            </w:r>
          </w:p>
        </w:tc>
        <w:tc>
          <w:tcPr>
            <w:tcW w:w="3513" w:type="dxa"/>
          </w:tcPr>
          <w:p w:rsidR="0077749C" w:rsidRDefault="00000000" w14:paraId="370FEE70" w14:textId="77777777">
            <w:pPr>
              <w:spacing w:before="40" w:after="40"/>
            </w:pPr>
            <w:r>
              <w:t>Mezun veri tabanı kayıtları (güncel)</w:t>
            </w:r>
          </w:p>
        </w:tc>
      </w:tr>
      <w:tr w:rsidR="0077749C" w14:paraId="7E827209" w14:textId="77777777">
        <w:trPr>
          <w:jc w:val="center"/>
        </w:trPr>
        <w:tc>
          <w:tcPr>
            <w:tcW w:w="3513" w:type="dxa"/>
          </w:tcPr>
          <w:p w:rsidR="0077749C" w:rsidRDefault="00000000" w14:paraId="6C1D19B8" w14:textId="77777777">
            <w:pPr>
              <w:spacing w:before="40" w:after="40"/>
            </w:pPr>
            <w:r>
              <w:t>Mezun anketleri (memnuniyet, kariyer)</w:t>
            </w:r>
          </w:p>
        </w:tc>
        <w:tc>
          <w:tcPr>
            <w:tcW w:w="3513" w:type="dxa"/>
          </w:tcPr>
          <w:p w:rsidR="0077749C" w:rsidRDefault="00000000" w14:paraId="3370A2A7" w14:textId="77777777">
            <w:pPr>
              <w:spacing w:before="40" w:after="40"/>
            </w:pPr>
            <w:r>
              <w:t>Anket platformu</w:t>
            </w:r>
          </w:p>
        </w:tc>
        <w:tc>
          <w:tcPr>
            <w:tcW w:w="3513" w:type="dxa"/>
          </w:tcPr>
          <w:p w:rsidR="0077749C" w:rsidRDefault="00000000" w14:paraId="031CAF6C" w14:textId="77777777">
            <w:pPr>
              <w:spacing w:before="40" w:after="40"/>
            </w:pPr>
            <w:r>
              <w:t>Mezun memnuniyet analiz raporları</w:t>
            </w:r>
          </w:p>
        </w:tc>
      </w:tr>
      <w:tr w:rsidR="0077749C" w14:paraId="019D4583" w14:textId="77777777">
        <w:trPr>
          <w:jc w:val="center"/>
        </w:trPr>
        <w:tc>
          <w:tcPr>
            <w:tcW w:w="3513" w:type="dxa"/>
          </w:tcPr>
          <w:p w:rsidR="0077749C" w:rsidRDefault="00000000" w14:paraId="6D5DBF20" w14:textId="77777777">
            <w:pPr>
              <w:spacing w:before="40" w:after="40"/>
            </w:pPr>
            <w:r>
              <w:t>İstihdam verileri (SGK, İŞKUR, mezun öz beyanı)</w:t>
            </w:r>
          </w:p>
        </w:tc>
        <w:tc>
          <w:tcPr>
            <w:tcW w:w="3513" w:type="dxa"/>
          </w:tcPr>
          <w:p w:rsidR="0077749C" w:rsidRDefault="00000000" w14:paraId="407A2922" w14:textId="77777777">
            <w:pPr>
              <w:spacing w:before="40" w:after="40"/>
            </w:pPr>
            <w:r>
              <w:t>SGK API / İŞKUR portalı (varsa)</w:t>
            </w:r>
          </w:p>
        </w:tc>
        <w:tc>
          <w:tcPr>
            <w:tcW w:w="3513" w:type="dxa"/>
          </w:tcPr>
          <w:p w:rsidR="0077749C" w:rsidRDefault="00000000" w14:paraId="2988D698" w14:textId="77777777">
            <w:pPr>
              <w:spacing w:before="40" w:after="40"/>
            </w:pPr>
            <w:r>
              <w:t>Mezun istihdam istatistik raporları</w:t>
            </w:r>
          </w:p>
        </w:tc>
      </w:tr>
      <w:tr w:rsidR="0077749C" w14:paraId="41E84E44" w14:textId="77777777">
        <w:trPr>
          <w:jc w:val="center"/>
        </w:trPr>
        <w:tc>
          <w:tcPr>
            <w:tcW w:w="3513" w:type="dxa"/>
          </w:tcPr>
          <w:p w:rsidR="0077749C" w:rsidRDefault="00000000" w14:paraId="0980603A" w14:textId="77777777">
            <w:pPr>
              <w:spacing w:before="40" w:after="40"/>
            </w:pPr>
            <w:r>
              <w:t>İşveren geri bildirimleri ve anket sonuçları</w:t>
            </w:r>
          </w:p>
        </w:tc>
        <w:tc>
          <w:tcPr>
            <w:tcW w:w="3513" w:type="dxa"/>
          </w:tcPr>
          <w:p w:rsidR="0077749C" w:rsidRDefault="00000000" w14:paraId="1CF835F0" w14:textId="77777777">
            <w:pPr>
              <w:spacing w:before="40" w:after="40"/>
            </w:pPr>
            <w:r>
              <w:t>Anket platformu</w:t>
            </w:r>
          </w:p>
        </w:tc>
        <w:tc>
          <w:tcPr>
            <w:tcW w:w="3513" w:type="dxa"/>
          </w:tcPr>
          <w:p w:rsidR="0077749C" w:rsidRDefault="00000000" w14:paraId="793A0540" w14:textId="77777777">
            <w:pPr>
              <w:spacing w:before="40" w:after="40"/>
            </w:pPr>
            <w:r>
              <w:t>İşveren memnuniyet anket raporları</w:t>
            </w:r>
          </w:p>
        </w:tc>
      </w:tr>
      <w:tr w:rsidR="0077749C" w14:paraId="4EA8620A" w14:textId="77777777">
        <w:trPr>
          <w:jc w:val="center"/>
        </w:trPr>
        <w:tc>
          <w:tcPr>
            <w:tcW w:w="3513" w:type="dxa"/>
          </w:tcPr>
          <w:p w:rsidR="0077749C" w:rsidRDefault="00000000" w14:paraId="080F590E" w14:textId="77777777">
            <w:pPr>
              <w:spacing w:before="40" w:after="40"/>
            </w:pPr>
            <w:r>
              <w:t>Sektör paydaş raporları (fındık, denizcilik, turizm, sağlık)</w:t>
            </w:r>
          </w:p>
        </w:tc>
        <w:tc>
          <w:tcPr>
            <w:tcW w:w="3513" w:type="dxa"/>
          </w:tcPr>
          <w:p w:rsidR="0077749C" w:rsidRDefault="00000000" w14:paraId="4FD8131A" w14:textId="77777777">
            <w:pPr>
              <w:spacing w:before="40" w:after="40"/>
            </w:pPr>
            <w:r>
              <w:t>Sektör paydaş veri tabanı</w:t>
            </w:r>
          </w:p>
        </w:tc>
        <w:tc>
          <w:tcPr>
            <w:tcW w:w="3513" w:type="dxa"/>
          </w:tcPr>
          <w:p w:rsidR="0077749C" w:rsidRDefault="00000000" w14:paraId="2F619BF2" w14:textId="77777777">
            <w:pPr>
              <w:spacing w:before="40" w:after="40"/>
            </w:pPr>
            <w:r>
              <w:t>Sektör uyum raporu (programa geri besleme → PRS.01.01 F1.1.4)</w:t>
            </w:r>
          </w:p>
        </w:tc>
      </w:tr>
      <w:tr w:rsidR="0077749C" w14:paraId="785E717F" w14:textId="77777777">
        <w:trPr>
          <w:jc w:val="center"/>
        </w:trPr>
        <w:tc>
          <w:tcPr>
            <w:tcW w:w="3513" w:type="dxa"/>
          </w:tcPr>
          <w:p w:rsidR="0077749C" w:rsidRDefault="00000000" w14:paraId="2CC5EC48" w14:textId="77777777">
            <w:pPr>
              <w:spacing w:before="40" w:after="40"/>
            </w:pPr>
            <w:r>
              <w:t>Mezunlar Derneği/Birimi etkinlik talepleri</w:t>
            </w:r>
          </w:p>
        </w:tc>
        <w:tc>
          <w:tcPr>
            <w:tcW w:w="3513" w:type="dxa"/>
          </w:tcPr>
          <w:p w:rsidR="0077749C" w:rsidRDefault="00000000" w14:paraId="4006470B" w14:textId="77777777">
            <w:pPr>
              <w:spacing w:before="40" w:after="40"/>
            </w:pPr>
            <w:r>
              <w:t>Birim web sayfaları, Sosyal Medya</w:t>
            </w:r>
          </w:p>
        </w:tc>
        <w:tc>
          <w:tcPr>
            <w:tcW w:w="3513" w:type="dxa"/>
          </w:tcPr>
          <w:p w:rsidR="0077749C" w:rsidRDefault="00000000" w14:paraId="4BE05660" w14:textId="77777777">
            <w:pPr>
              <w:spacing w:before="40" w:after="40"/>
            </w:pPr>
            <w:r>
              <w:t>Mezun buluşma ve etkinlik raporları</w:t>
            </w:r>
          </w:p>
        </w:tc>
      </w:tr>
      <w:tr w:rsidR="0077749C" w14:paraId="02350E9C" w14:textId="77777777">
        <w:trPr>
          <w:jc w:val="center"/>
        </w:trPr>
        <w:tc>
          <w:tcPr>
            <w:tcW w:w="3513" w:type="dxa"/>
          </w:tcPr>
          <w:p w:rsidR="0077749C" w:rsidRDefault="00000000" w14:paraId="5A35000F" w14:textId="77777777">
            <w:pPr>
              <w:spacing w:before="40" w:after="40"/>
            </w:pPr>
            <w:r>
              <w:t>Mentor başvuruları (mezun → öğrenci)</w:t>
            </w:r>
          </w:p>
        </w:tc>
        <w:tc>
          <w:tcPr>
            <w:tcW w:w="3513" w:type="dxa"/>
          </w:tcPr>
          <w:p w:rsidR="0077749C" w:rsidRDefault="00000000" w14:paraId="3E502115" w14:textId="77777777">
            <w:pPr>
              <w:spacing w:before="40" w:after="40"/>
            </w:pPr>
            <w:r>
              <w:t>Birim web sayfaları</w:t>
            </w:r>
          </w:p>
        </w:tc>
        <w:tc>
          <w:tcPr>
            <w:tcW w:w="3513" w:type="dxa"/>
          </w:tcPr>
          <w:p w:rsidR="0077749C" w:rsidRDefault="00000000" w14:paraId="2311F01B" w14:textId="77777777">
            <w:pPr>
              <w:spacing w:before="40" w:after="40"/>
            </w:pPr>
            <w:r>
              <w:t>Mentor eşleştirme kayıtları</w:t>
            </w:r>
          </w:p>
        </w:tc>
      </w:tr>
      <w:tr w:rsidR="0077749C" w14:paraId="758428D4" w14:textId="77777777">
        <w:trPr>
          <w:jc w:val="center"/>
        </w:trPr>
        <w:tc>
          <w:tcPr>
            <w:tcW w:w="3513" w:type="dxa"/>
          </w:tcPr>
          <w:p w:rsidR="0077749C" w:rsidRDefault="00000000" w14:paraId="487E1F22" w14:textId="5872C5F1">
            <w:pPr>
              <w:spacing w:before="40" w:after="40"/>
            </w:pPr>
            <w:r>
              <w:t xml:space="preserve">GÜ </w:t>
            </w:r>
            <w:proofErr w:type="spellStart"/>
            <w:r>
              <w:t>Stratejik</w:t>
            </w:r>
            <w:proofErr w:type="spellEnd"/>
            <w:r>
              <w:t xml:space="preserve"> </w:t>
            </w:r>
            <w:proofErr w:type="spellStart"/>
            <w:r>
              <w:t>Planı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 w:rsidR="00191736">
              <w:t>Kariyer</w:t>
            </w:r>
            <w:proofErr w:type="spellEnd"/>
            <w:r w:rsidR="00191736">
              <w:t xml:space="preserve"> </w:t>
            </w:r>
            <w:proofErr w:type="spellStart"/>
            <w:r w:rsidR="00191736">
              <w:t>Yönlendirme</w:t>
            </w:r>
            <w:proofErr w:type="spellEnd"/>
            <w:r w:rsidR="00191736">
              <w:t xml:space="preserve"> </w:t>
            </w:r>
            <w:proofErr w:type="spellStart"/>
            <w:r w:rsidR="00191736">
              <w:t>ve</w:t>
            </w:r>
            <w:proofErr w:type="spellEnd"/>
            <w:r w:rsidR="00191736">
              <w:t xml:space="preserve"> </w:t>
            </w:r>
            <w:proofErr w:type="spellStart"/>
            <w:r w:rsidR="00191736">
              <w:t>Bilgilendirme</w:t>
            </w:r>
            <w:proofErr w:type="spellEnd"/>
            <w:r w:rsidR="00191736">
              <w:t xml:space="preserve"> </w:t>
            </w:r>
            <w:proofErr w:type="spellStart"/>
            <w:r w:rsidR="00191736">
              <w:t>Uygulama</w:t>
            </w:r>
            <w:proofErr w:type="spellEnd"/>
            <w:r w:rsidR="00191736">
              <w:t xml:space="preserve"> </w:t>
            </w:r>
            <w:proofErr w:type="spellStart"/>
            <w:r w:rsidR="00191736">
              <w:t>ve</w:t>
            </w:r>
            <w:proofErr w:type="spellEnd"/>
            <w:r w:rsidR="00191736">
              <w:t xml:space="preserve"> </w:t>
            </w:r>
            <w:proofErr w:type="spellStart"/>
            <w:r w:rsidR="00191736">
              <w:t>Araştırma</w:t>
            </w:r>
            <w:proofErr w:type="spellEnd"/>
            <w:r w:rsidR="00191736">
              <w:t xml:space="preserve"> </w:t>
            </w:r>
            <w:proofErr w:type="spellStart"/>
            <w:r w:rsidR="00191736">
              <w:t>Merkezi</w:t>
            </w:r>
            <w:proofErr w:type="spellEnd"/>
            <w:r>
              <w:t xml:space="preserve"> </w:t>
            </w:r>
            <w:proofErr w:type="spellStart"/>
            <w:r>
              <w:t>yıllık</w:t>
            </w:r>
            <w:proofErr w:type="spellEnd"/>
            <w:r>
              <w:t xml:space="preserve"> planı</w:t>
            </w:r>
          </w:p>
        </w:tc>
        <w:tc>
          <w:tcPr>
            <w:tcW w:w="3513" w:type="dxa"/>
          </w:tcPr>
          <w:p w:rsidR="0077749C" w:rsidRDefault="00000000" w14:paraId="297D387E" w14:textId="77777777">
            <w:pPr>
              <w:spacing w:before="40" w:after="40"/>
            </w:pPr>
            <w:r>
              <w:t>Sürekli Eğitim Araştırma ve Uygulama Merkezi (GUSEM)</w:t>
            </w:r>
          </w:p>
        </w:tc>
        <w:tc>
          <w:tcPr>
            <w:tcW w:w="3513" w:type="dxa"/>
          </w:tcPr>
          <w:p w:rsidR="0077749C" w:rsidRDefault="00000000" w14:paraId="43ECFBC9" w14:textId="77777777">
            <w:pPr>
              <w:spacing w:before="40" w:after="40"/>
            </w:pPr>
            <w:r>
              <w:t>Yıllık mezun izleme faaliyet raporu</w:t>
            </w:r>
          </w:p>
        </w:tc>
      </w:tr>
      <w:tr w:rsidR="0077749C" w14:paraId="0B33B700" w14:textId="77777777">
        <w:trPr>
          <w:jc w:val="center"/>
        </w:trPr>
        <w:tc>
          <w:tcPr>
            <w:tcW w:w="3513" w:type="dxa"/>
          </w:tcPr>
          <w:p w:rsidR="0077749C" w:rsidRDefault="00000000" w14:paraId="6A1F52E9" w14:textId="77777777">
            <w:pPr>
              <w:spacing w:before="40" w:after="40"/>
            </w:pPr>
            <w:r>
              <w:t>YÖKAK mezun izleme ölçütleri</w:t>
            </w:r>
          </w:p>
        </w:tc>
        <w:tc>
          <w:tcPr>
            <w:tcW w:w="3513" w:type="dxa"/>
          </w:tcPr>
          <w:p w:rsidR="0077749C" w:rsidRDefault="00000000" w14:paraId="4EBCA543" w14:textId="77777777">
            <w:pPr>
              <w:spacing w:before="40" w:after="40"/>
            </w:pPr>
            <w:r>
              <w:t>YÖKAK Bilgi Yönetim Sistemi</w:t>
            </w:r>
          </w:p>
        </w:tc>
        <w:tc>
          <w:tcPr>
            <w:tcW w:w="3513" w:type="dxa"/>
          </w:tcPr>
          <w:p w:rsidR="0077749C" w:rsidRDefault="00000000" w14:paraId="361CD568" w14:textId="77777777">
            <w:pPr>
              <w:spacing w:before="40" w:after="40"/>
            </w:pPr>
            <w:r>
              <w:t>YÖKAK Kurumsal Akreditasyon mezun bölümü katkısı</w:t>
            </w:r>
          </w:p>
        </w:tc>
      </w:tr>
      <w:tr w:rsidR="0077749C" w14:paraId="6DD3218F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176591" w:rsidR="0077749C" w:rsidRDefault="00000000" w14:paraId="5A0021A9" w14:textId="77777777">
            <w:pPr>
              <w:spacing w:before="40" w:after="40"/>
              <w:rPr>
                <w:b/>
                <w:bCs/>
              </w:rPr>
            </w:pPr>
            <w:r w:rsidRPr="00176591">
              <w:rPr>
                <w:b/>
                <w:bCs/>
              </w:rPr>
              <w:t>Çapraz Referanslar (Diğer Süreçlerle Bağlantı):</w:t>
            </w:r>
          </w:p>
          <w:p w:rsidR="0077749C" w:rsidRDefault="00000000" w14:paraId="5218461B" w14:textId="77777777">
            <w:pPr>
              <w:spacing w:before="40" w:after="40"/>
            </w:pPr>
            <w:r>
              <w:t>1. PRS.01.01 Eğitim ve Öğretim Planlama Süreci — F1.1.9 Kariyer Hizmetleri ve Mezun İstihdam Takibi arakesit</w:t>
            </w:r>
          </w:p>
          <w:p w:rsidR="0077749C" w:rsidRDefault="00000000" w14:paraId="0846615D" w14:textId="77777777">
            <w:pPr>
              <w:spacing w:before="40" w:after="40"/>
            </w:pPr>
            <w:r>
              <w:t>2. PRS.01.05 Ölçme, Değerlendirme ve Akademik Başarı İzleme Süreci — Mezun geri bildirim</w:t>
            </w:r>
          </w:p>
          <w:p w:rsidR="0077749C" w:rsidRDefault="00000000" w14:paraId="0F11E150" w14:textId="77777777">
            <w:pPr>
              <w:spacing w:before="40" w:after="40"/>
            </w:pPr>
            <w:r>
              <w:t>3. PRS.02.02 Bilgi Transferi Süreci — Mezun-sektör işbirlikleri</w:t>
            </w:r>
          </w:p>
          <w:p w:rsidR="0077749C" w:rsidRDefault="00000000" w14:paraId="3BFD7A34" w14:textId="77777777">
            <w:pPr>
              <w:spacing w:before="40" w:after="40"/>
            </w:pPr>
            <w:r>
              <w:t>4. PRS.03.02 Üniversite-Sanayi İşbirliği Süreci — Sektör paydaş ilişkileri</w:t>
            </w:r>
          </w:p>
          <w:p w:rsidR="0077749C" w:rsidRDefault="00000000" w14:paraId="0645E2F4" w14:textId="77777777">
            <w:pPr>
              <w:spacing w:before="40" w:after="40"/>
            </w:pPr>
            <w:r>
              <w:t>5. PRS.05.03 Paydaş İlişkileri Süreci — Dış paydaş yönetimi</w:t>
            </w:r>
          </w:p>
          <w:p w:rsidR="0077749C" w:rsidRDefault="00000000" w14:paraId="422057BF" w14:textId="77777777">
            <w:pPr>
              <w:spacing w:before="40" w:after="40"/>
            </w:pPr>
            <w:r>
              <w:t>6. PRS.06.08 Öğrenci Destek Hizmetleri Süreci — Kariyer danışmanlık</w:t>
            </w:r>
          </w:p>
        </w:tc>
      </w:tr>
    </w:tbl>
    <w:p w:rsidR="00176591" w:rsidP="00191736" w:rsidRDefault="00176591" w14:paraId="1A176FF4" w14:textId="77777777">
      <w:pPr>
        <w:spacing w:before="240" w:after="120"/>
        <w:jc w:val="center"/>
        <w:rPr>
          <w:b/>
          <w:sz w:val="24"/>
        </w:rPr>
      </w:pPr>
    </w:p>
    <w:p w:rsidR="00176591" w:rsidP="00191736" w:rsidRDefault="00176591" w14:paraId="6AEE9773" w14:textId="77777777">
      <w:pPr>
        <w:spacing w:before="240" w:after="120"/>
        <w:jc w:val="center"/>
        <w:rPr>
          <w:b/>
          <w:sz w:val="24"/>
        </w:rPr>
      </w:pPr>
    </w:p>
    <w:p w:rsidR="00176591" w:rsidP="00191736" w:rsidRDefault="00176591" w14:paraId="3401E0E7" w14:textId="77777777">
      <w:pPr>
        <w:spacing w:before="240" w:after="120"/>
        <w:jc w:val="center"/>
        <w:rPr>
          <w:b/>
          <w:sz w:val="24"/>
        </w:rPr>
      </w:pPr>
    </w:p>
    <w:p w:rsidR="00176591" w:rsidP="00191736" w:rsidRDefault="00176591" w14:paraId="5CD73712" w14:textId="77777777">
      <w:pPr>
        <w:spacing w:before="240" w:after="120"/>
        <w:jc w:val="center"/>
        <w:rPr>
          <w:b/>
          <w:sz w:val="24"/>
        </w:rPr>
      </w:pPr>
    </w:p>
    <w:p w:rsidR="0077749C" w:rsidP="00191736" w:rsidRDefault="00000000" w14:paraId="57BB6FB9" w14:textId="471DC9E5">
      <w:pPr>
        <w:spacing w:before="240" w:after="120"/>
        <w:jc w:val="center"/>
      </w:pPr>
      <w:r>
        <w:rPr>
          <w:b/>
          <w:sz w:val="24"/>
        </w:rPr>
        <w:lastRenderedPageBreak/>
        <w:t>FAALİYETLER</w:t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77749C" w14:paraId="11F7B4D4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77749C" w:rsidRDefault="00000000" w14:paraId="4CB9E0F3" w14:textId="77777777">
            <w:pPr>
              <w:spacing w:before="40" w:after="40"/>
              <w:jc w:val="center"/>
            </w:pPr>
            <w:r>
              <w:rPr>
                <w:b/>
              </w:rPr>
              <w:t>F1.6.1 Mezun Veri Tabanı Oluşturma ve Güncelleme</w:t>
            </w:r>
          </w:p>
        </w:tc>
      </w:tr>
      <w:tr w:rsidR="0077749C" w14:paraId="5D26CC0C" w14:textId="77777777">
        <w:trPr>
          <w:jc w:val="center"/>
        </w:trPr>
        <w:tc>
          <w:tcPr>
            <w:tcW w:w="10540" w:type="dxa"/>
            <w:gridSpan w:val="4"/>
          </w:tcPr>
          <w:p w:rsidR="0077749C" w:rsidRDefault="00000000" w14:paraId="66E0E7BB" w14:textId="77777777">
            <w:pPr>
              <w:spacing w:before="40" w:after="40"/>
            </w:pPr>
            <w:r w:rsidRPr="00176591">
              <w:rPr>
                <w:b/>
                <w:bCs/>
              </w:rPr>
              <w:t>Faaliyetin Amacı:</w:t>
            </w:r>
            <w:r>
              <w:t xml:space="preserve"> Mezunların güncel iletişim ve kariyer bilgilerini içeren kapsamlı bir veri tabanının oluşturulmasını ve sürekli güncellenmesini sağlamak</w:t>
            </w:r>
          </w:p>
        </w:tc>
      </w:tr>
      <w:tr w:rsidR="0077749C" w14:paraId="1764F87B" w14:textId="77777777">
        <w:trPr>
          <w:jc w:val="center"/>
        </w:trPr>
        <w:tc>
          <w:tcPr>
            <w:tcW w:w="10540" w:type="dxa"/>
            <w:gridSpan w:val="4"/>
          </w:tcPr>
          <w:p w:rsidR="0077749C" w:rsidRDefault="00000000" w14:paraId="346EBD67" w14:textId="4B6CD5CC">
            <w:pPr>
              <w:spacing w:before="40" w:after="40"/>
            </w:pPr>
            <w:proofErr w:type="spellStart"/>
            <w:r w:rsidRPr="00176591">
              <w:rPr>
                <w:b/>
                <w:bCs/>
              </w:rPr>
              <w:t>Faaliyetin</w:t>
            </w:r>
            <w:proofErr w:type="spellEnd"/>
            <w:r w:rsidRPr="00176591">
              <w:rPr>
                <w:b/>
                <w:bCs/>
              </w:rPr>
              <w:t xml:space="preserve"> </w:t>
            </w:r>
            <w:proofErr w:type="spellStart"/>
            <w:r w:rsidRPr="00176591">
              <w:rPr>
                <w:b/>
                <w:bCs/>
              </w:rPr>
              <w:t>Yürütüldüğü</w:t>
            </w:r>
            <w:proofErr w:type="spellEnd"/>
            <w:r w:rsidRPr="00176591">
              <w:rPr>
                <w:b/>
                <w:bCs/>
              </w:rPr>
              <w:t xml:space="preserve"> Birimler:</w:t>
            </w:r>
            <w:r>
              <w:t xml:space="preserve"> </w:t>
            </w:r>
            <w:proofErr w:type="spellStart"/>
            <w:r>
              <w:t>Kariyer</w:t>
            </w:r>
            <w:proofErr w:type="spellEnd"/>
            <w:r>
              <w:t xml:space="preserve"> </w:t>
            </w:r>
            <w:proofErr w:type="spellStart"/>
            <w:r>
              <w:t>Yönlendirme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Bilgilendirme</w:t>
            </w:r>
            <w:proofErr w:type="spellEnd"/>
            <w:r w:rsidR="00191736">
              <w:t xml:space="preserve"> </w:t>
            </w:r>
            <w:proofErr w:type="spellStart"/>
            <w:r w:rsidR="00191736">
              <w:t>Uygulama</w:t>
            </w:r>
            <w:proofErr w:type="spellEnd"/>
            <w:r w:rsidR="00191736">
              <w:t xml:space="preserve"> </w:t>
            </w:r>
            <w:proofErr w:type="spellStart"/>
            <w:r w:rsidR="00191736">
              <w:t>ve</w:t>
            </w:r>
            <w:proofErr w:type="spellEnd"/>
            <w:r w:rsidR="00191736">
              <w:t xml:space="preserve"> </w:t>
            </w:r>
            <w:proofErr w:type="spellStart"/>
            <w:r w:rsidR="00191736">
              <w:t>Araştırma</w:t>
            </w:r>
            <w:proofErr w:type="spellEnd"/>
            <w:r>
              <w:t xml:space="preserve"> </w:t>
            </w:r>
            <w:proofErr w:type="spellStart"/>
            <w:r>
              <w:t>Merkezi</w:t>
            </w:r>
            <w:proofErr w:type="spellEnd"/>
            <w:r>
              <w:t xml:space="preserve">, 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İşleri</w:t>
            </w:r>
            <w:proofErr w:type="spellEnd"/>
            <w:r>
              <w:t xml:space="preserve"> Daire Başkanlığı, Bilgi İşlem Daire Başkanlığı</w:t>
            </w:r>
          </w:p>
        </w:tc>
      </w:tr>
      <w:tr w:rsidR="0077749C" w14:paraId="0BBC6558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77749C" w:rsidRDefault="00000000" w14:paraId="179D34EB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77749C" w:rsidRDefault="00000000" w14:paraId="0503D1A0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77749C" w:rsidRDefault="00000000" w14:paraId="7E8D87B7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77749C" w:rsidRDefault="00000000" w14:paraId="169C7836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77749C" w:rsidTr="00191736" w14:paraId="01D5297F" w14:textId="77777777">
        <w:trPr>
          <w:jc w:val="center"/>
        </w:trPr>
        <w:tc>
          <w:tcPr>
            <w:tcW w:w="2635" w:type="dxa"/>
          </w:tcPr>
          <w:p w:rsidR="0077749C" w:rsidRDefault="00000000" w14:paraId="55889D83" w14:textId="77777777">
            <w:pPr>
              <w:spacing w:before="40" w:after="40"/>
            </w:pPr>
            <w:r>
              <w:t>1. Mezun bilgi sistemi altyapısının oluşturulması veya mevcut sistemin gözden geçirilmesi</w:t>
            </w:r>
          </w:p>
        </w:tc>
        <w:tc>
          <w:tcPr>
            <w:tcW w:w="2635" w:type="dxa"/>
            <w:vAlign w:val="center"/>
          </w:tcPr>
          <w:p w:rsidR="0077749C" w:rsidP="00191736" w:rsidRDefault="00000000" w14:paraId="750F7B6F" w14:textId="7E135127">
            <w:pPr>
              <w:spacing w:before="40" w:after="40"/>
            </w:pPr>
            <w:r>
              <w:t xml:space="preserve">Bilgi </w:t>
            </w:r>
            <w:proofErr w:type="spellStart"/>
            <w:r>
              <w:t>İşlem</w:t>
            </w:r>
            <w:proofErr w:type="spellEnd"/>
            <w:r>
              <w:t xml:space="preserve"> Daire B</w:t>
            </w:r>
            <w:r w:rsidR="00191736">
              <w:t>ş</w:t>
            </w:r>
            <w:r>
              <w:t xml:space="preserve">k., </w:t>
            </w:r>
            <w:proofErr w:type="spellStart"/>
            <w:r w:rsidR="00191736">
              <w:t>Kariyer</w:t>
            </w:r>
            <w:proofErr w:type="spellEnd"/>
            <w:r w:rsidR="00191736">
              <w:t xml:space="preserve"> Yönlendirme </w:t>
            </w:r>
            <w:proofErr w:type="spellStart"/>
            <w:r w:rsidR="00191736">
              <w:t>ve</w:t>
            </w:r>
            <w:proofErr w:type="spellEnd"/>
            <w:r w:rsidR="00191736">
              <w:t xml:space="preserve"> </w:t>
            </w:r>
            <w:proofErr w:type="spellStart"/>
            <w:r w:rsidR="00191736">
              <w:t>Bilgilendirme</w:t>
            </w:r>
            <w:proofErr w:type="spellEnd"/>
            <w:r w:rsidR="00191736">
              <w:t xml:space="preserve"> </w:t>
            </w:r>
            <w:proofErr w:type="spellStart"/>
            <w:r w:rsidR="00191736">
              <w:t>Uygulama</w:t>
            </w:r>
            <w:proofErr w:type="spellEnd"/>
            <w:r w:rsidR="00191736">
              <w:t xml:space="preserve"> </w:t>
            </w:r>
            <w:proofErr w:type="spellStart"/>
            <w:r w:rsidR="00191736">
              <w:t>ve</w:t>
            </w:r>
            <w:proofErr w:type="spellEnd"/>
            <w:r w:rsidR="00191736">
              <w:t xml:space="preserve"> </w:t>
            </w:r>
            <w:proofErr w:type="spellStart"/>
            <w:r w:rsidR="00191736">
              <w:t>Araştırma</w:t>
            </w:r>
            <w:proofErr w:type="spellEnd"/>
            <w:r w:rsidR="00191736">
              <w:t xml:space="preserve"> </w:t>
            </w:r>
            <w:proofErr w:type="spellStart"/>
            <w:r w:rsidR="00191736">
              <w:t>Merkezi</w:t>
            </w:r>
            <w:proofErr w:type="spellEnd"/>
          </w:p>
        </w:tc>
        <w:tc>
          <w:tcPr>
            <w:tcW w:w="2635" w:type="dxa"/>
            <w:vAlign w:val="center"/>
          </w:tcPr>
          <w:p w:rsidR="0077749C" w:rsidP="00191736" w:rsidRDefault="00000000" w14:paraId="6DFF5126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77749C" w:rsidP="00191736" w:rsidRDefault="00000000" w14:paraId="76D91A5C" w14:textId="77777777">
            <w:pPr>
              <w:spacing w:before="40" w:after="40"/>
            </w:pPr>
            <w:r>
              <w:t>Elektronik Ortam</w:t>
            </w:r>
          </w:p>
        </w:tc>
      </w:tr>
      <w:tr w:rsidR="0077749C" w:rsidTr="00191736" w14:paraId="22B43CA7" w14:textId="77777777">
        <w:trPr>
          <w:jc w:val="center"/>
        </w:trPr>
        <w:tc>
          <w:tcPr>
            <w:tcW w:w="2635" w:type="dxa"/>
          </w:tcPr>
          <w:p w:rsidR="0077749C" w:rsidRDefault="00000000" w14:paraId="69A59A2B" w14:textId="77777777">
            <w:pPr>
              <w:spacing w:before="40" w:after="40"/>
            </w:pPr>
            <w:r>
              <w:t>2. Mezuniyet aşamasında öğrencilerin iletişim bilgileri ve rıza beyanlarının alınması</w:t>
            </w:r>
          </w:p>
        </w:tc>
        <w:tc>
          <w:tcPr>
            <w:tcW w:w="2635" w:type="dxa"/>
            <w:vAlign w:val="center"/>
          </w:tcPr>
          <w:p w:rsidR="0077749C" w:rsidP="00191736" w:rsidRDefault="00000000" w14:paraId="111843D6" w14:textId="77777777">
            <w:pPr>
              <w:spacing w:before="40" w:after="40"/>
            </w:pPr>
            <w:r>
              <w:t>ÖİDB, Birim Sekreterliği</w:t>
            </w:r>
          </w:p>
        </w:tc>
        <w:tc>
          <w:tcPr>
            <w:tcW w:w="2635" w:type="dxa"/>
            <w:vAlign w:val="center"/>
          </w:tcPr>
          <w:p w:rsidR="0077749C" w:rsidP="00191736" w:rsidRDefault="00000000" w14:paraId="6AEF158C" w14:textId="77777777">
            <w:pPr>
              <w:spacing w:before="40" w:after="40"/>
            </w:pPr>
            <w:r>
              <w:t>6698 sayılı Kişisel Verilerin Korunması Kanunu (KVKK)</w:t>
            </w:r>
          </w:p>
        </w:tc>
        <w:tc>
          <w:tcPr>
            <w:tcW w:w="2635" w:type="dxa"/>
            <w:vAlign w:val="center"/>
          </w:tcPr>
          <w:p w:rsidR="0077749C" w:rsidP="00191736" w:rsidRDefault="00000000" w14:paraId="711A8D86" w14:textId="77777777">
            <w:pPr>
              <w:spacing w:before="40" w:after="40"/>
            </w:pPr>
            <w:r>
              <w:t>UBS, Mezun Bilgi Sistemi</w:t>
            </w:r>
          </w:p>
        </w:tc>
      </w:tr>
      <w:tr w:rsidR="0077749C" w:rsidTr="00191736" w14:paraId="33D6C21F" w14:textId="77777777">
        <w:trPr>
          <w:jc w:val="center"/>
        </w:trPr>
        <w:tc>
          <w:tcPr>
            <w:tcW w:w="2635" w:type="dxa"/>
          </w:tcPr>
          <w:p w:rsidR="0077749C" w:rsidRDefault="00000000" w14:paraId="77878697" w14:textId="77777777">
            <w:pPr>
              <w:spacing w:before="40" w:after="40"/>
            </w:pPr>
            <w:r>
              <w:t>3. YÖKSİS ve İşKUR verileriyle veri tabanının zenginleştirilmesi</w:t>
            </w:r>
          </w:p>
        </w:tc>
        <w:tc>
          <w:tcPr>
            <w:tcW w:w="2635" w:type="dxa"/>
            <w:vAlign w:val="center"/>
          </w:tcPr>
          <w:p w:rsidR="0077749C" w:rsidP="00191736" w:rsidRDefault="00191736" w14:paraId="25434A57" w14:textId="6DF7E84A">
            <w:pPr>
              <w:spacing w:before="40" w:after="40"/>
            </w:pPr>
            <w:proofErr w:type="spellStart"/>
            <w:r>
              <w:t>Kariyer</w:t>
            </w:r>
            <w:proofErr w:type="spellEnd"/>
            <w:r>
              <w:t xml:space="preserve"> Yönlendirme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Bilgilendirme</w:t>
            </w:r>
            <w:proofErr w:type="spellEnd"/>
            <w:r>
              <w:t xml:space="preserve"> </w:t>
            </w:r>
            <w:proofErr w:type="spellStart"/>
            <w:r>
              <w:t>Uygulama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Araştırma</w:t>
            </w:r>
            <w:proofErr w:type="spellEnd"/>
            <w:r>
              <w:t xml:space="preserve"> </w:t>
            </w:r>
            <w:proofErr w:type="spellStart"/>
            <w:r>
              <w:t>Merkezi</w:t>
            </w:r>
            <w:proofErr w:type="spellEnd"/>
          </w:p>
        </w:tc>
        <w:tc>
          <w:tcPr>
            <w:tcW w:w="2635" w:type="dxa"/>
            <w:vAlign w:val="center"/>
          </w:tcPr>
          <w:p w:rsidR="0077749C" w:rsidP="00191736" w:rsidRDefault="00000000" w14:paraId="2187AC45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77749C" w:rsidP="00191736" w:rsidRDefault="00000000" w14:paraId="6CE8A389" w14:textId="77777777">
            <w:pPr>
              <w:spacing w:before="40" w:after="40"/>
            </w:pPr>
            <w:r>
              <w:t>Mezun Bilgi Sistemi</w:t>
            </w:r>
          </w:p>
        </w:tc>
      </w:tr>
      <w:tr w:rsidR="0077749C" w:rsidTr="00191736" w14:paraId="7D0F6EF6" w14:textId="77777777">
        <w:trPr>
          <w:jc w:val="center"/>
        </w:trPr>
        <w:tc>
          <w:tcPr>
            <w:tcW w:w="2635" w:type="dxa"/>
          </w:tcPr>
          <w:p w:rsidR="0077749C" w:rsidRDefault="00000000" w14:paraId="50E1E2C5" w14:textId="77777777">
            <w:pPr>
              <w:spacing w:before="40" w:after="40"/>
            </w:pPr>
            <w:r>
              <w:t>4. Mezun bilgi güncelleme çağrılarının düzenli yapılması (e-posta, sosyal medya)</w:t>
            </w:r>
          </w:p>
        </w:tc>
        <w:tc>
          <w:tcPr>
            <w:tcW w:w="2635" w:type="dxa"/>
            <w:vAlign w:val="center"/>
          </w:tcPr>
          <w:p w:rsidR="0077749C" w:rsidP="00191736" w:rsidRDefault="00191736" w14:paraId="04C592A9" w14:textId="7C024258">
            <w:pPr>
              <w:spacing w:before="40" w:after="40"/>
            </w:pPr>
            <w:proofErr w:type="spellStart"/>
            <w:r>
              <w:t>Kariyer</w:t>
            </w:r>
            <w:proofErr w:type="spellEnd"/>
            <w:r>
              <w:t xml:space="preserve"> Yönlendirme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Bilgilendirme</w:t>
            </w:r>
            <w:proofErr w:type="spellEnd"/>
            <w:r>
              <w:t xml:space="preserve"> </w:t>
            </w:r>
            <w:proofErr w:type="spellStart"/>
            <w:r>
              <w:t>Uygulama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Araştırma</w:t>
            </w:r>
            <w:proofErr w:type="spellEnd"/>
            <w:r>
              <w:t xml:space="preserve"> </w:t>
            </w:r>
            <w:proofErr w:type="spellStart"/>
            <w:r>
              <w:t>Merkezi</w:t>
            </w:r>
            <w:proofErr w:type="spellEnd"/>
          </w:p>
        </w:tc>
        <w:tc>
          <w:tcPr>
            <w:tcW w:w="2635" w:type="dxa"/>
            <w:vAlign w:val="center"/>
          </w:tcPr>
          <w:p w:rsidR="0077749C" w:rsidP="00191736" w:rsidRDefault="00000000" w14:paraId="2A9810DF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77749C" w:rsidP="00191736" w:rsidRDefault="00000000" w14:paraId="26CC0CAF" w14:textId="77777777">
            <w:pPr>
              <w:spacing w:before="40" w:after="40"/>
            </w:pPr>
            <w:r>
              <w:t>Elektronik Ortam</w:t>
            </w:r>
          </w:p>
        </w:tc>
      </w:tr>
      <w:tr w:rsidR="0077749C" w:rsidTr="00191736" w14:paraId="6C1E60B2" w14:textId="77777777">
        <w:trPr>
          <w:jc w:val="center"/>
        </w:trPr>
        <w:tc>
          <w:tcPr>
            <w:tcW w:w="2635" w:type="dxa"/>
          </w:tcPr>
          <w:p w:rsidR="0077749C" w:rsidRDefault="00000000" w14:paraId="5420C7F4" w14:textId="77777777">
            <w:pPr>
              <w:spacing w:before="40" w:after="40"/>
            </w:pPr>
            <w:r>
              <w:t>5. Veri tabanı güncellik oranının dönemlik olarak raporlanması</w:t>
            </w:r>
          </w:p>
        </w:tc>
        <w:tc>
          <w:tcPr>
            <w:tcW w:w="2635" w:type="dxa"/>
            <w:vAlign w:val="center"/>
          </w:tcPr>
          <w:p w:rsidR="0077749C" w:rsidP="00191736" w:rsidRDefault="00191736" w14:paraId="08A3CDC3" w14:textId="19AD3466">
            <w:pPr>
              <w:spacing w:before="40" w:after="40"/>
            </w:pPr>
            <w:proofErr w:type="spellStart"/>
            <w:r>
              <w:t>Kariyer</w:t>
            </w:r>
            <w:proofErr w:type="spellEnd"/>
            <w:r>
              <w:t xml:space="preserve"> Yönlendirme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Bilgilendirme</w:t>
            </w:r>
            <w:proofErr w:type="spellEnd"/>
            <w:r>
              <w:t xml:space="preserve"> </w:t>
            </w:r>
            <w:proofErr w:type="spellStart"/>
            <w:r>
              <w:t>Uygulama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Araştırma</w:t>
            </w:r>
            <w:proofErr w:type="spellEnd"/>
            <w:r>
              <w:t xml:space="preserve"> </w:t>
            </w:r>
            <w:proofErr w:type="spellStart"/>
            <w:r>
              <w:t>Merkezi</w:t>
            </w:r>
            <w:proofErr w:type="spellEnd"/>
          </w:p>
        </w:tc>
        <w:tc>
          <w:tcPr>
            <w:tcW w:w="2635" w:type="dxa"/>
            <w:vAlign w:val="center"/>
          </w:tcPr>
          <w:p w:rsidR="0077749C" w:rsidP="00191736" w:rsidRDefault="00000000" w14:paraId="0F195775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77749C" w:rsidP="00191736" w:rsidRDefault="00000000" w14:paraId="5A3CDE06" w14:textId="77777777">
            <w:pPr>
              <w:spacing w:before="40" w:after="40"/>
            </w:pPr>
            <w:r>
              <w:t>EBYS</w:t>
            </w:r>
          </w:p>
        </w:tc>
      </w:tr>
      <w:tr w:rsidR="0077749C" w14:paraId="53C1D57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76591" w:rsidR="0077749C" w:rsidRDefault="00000000" w14:paraId="647088AB" w14:textId="77777777">
            <w:pPr>
              <w:spacing w:before="40" w:after="40"/>
              <w:rPr>
                <w:b/>
                <w:bCs/>
              </w:rPr>
            </w:pPr>
            <w:r w:rsidRPr="00176591">
              <w:rPr>
                <w:b/>
                <w:bCs/>
              </w:rPr>
              <w:t>İzleme Kriterleri:</w:t>
            </w:r>
          </w:p>
          <w:p w:rsidR="0077749C" w:rsidRDefault="00000000" w14:paraId="4C37F9A3" w14:textId="77777777">
            <w:pPr>
              <w:spacing w:before="40" w:after="40"/>
            </w:pPr>
            <w:r>
              <w:t>1. Mezun veri tabanındaki güncel iletişim bilgisi oranı</w:t>
            </w:r>
          </w:p>
          <w:p w:rsidR="0077749C" w:rsidRDefault="00000000" w14:paraId="1A70C32D" w14:textId="77777777">
            <w:pPr>
              <w:spacing w:before="40" w:after="40"/>
            </w:pPr>
            <w:r>
              <w:t>2. Son 5 yıl mezunlarının veri tabanına kayıt oranı</w:t>
            </w:r>
          </w:p>
          <w:p w:rsidR="0077749C" w:rsidRDefault="00000000" w14:paraId="72FC4A78" w14:textId="77777777">
            <w:pPr>
              <w:spacing w:before="40" w:after="40"/>
            </w:pPr>
            <w:r>
              <w:t>3. Yıllık veri güncelleme çağrısına yanıt oranı</w:t>
            </w:r>
          </w:p>
        </w:tc>
      </w:tr>
      <w:tr w:rsidR="0077749C" w14:paraId="619A144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76591" w:rsidR="0077749C" w:rsidRDefault="00000000" w14:paraId="4E279B23" w14:textId="77777777">
            <w:pPr>
              <w:spacing w:before="40" w:after="40"/>
              <w:rPr>
                <w:b/>
                <w:bCs/>
              </w:rPr>
            </w:pPr>
            <w:r w:rsidRPr="00176591">
              <w:rPr>
                <w:b/>
                <w:bCs/>
              </w:rPr>
              <w:t>Riskler:</w:t>
            </w:r>
          </w:p>
          <w:p w:rsidR="0077749C" w:rsidRDefault="00000000" w14:paraId="6077642E" w14:textId="77777777">
            <w:pPr>
              <w:spacing w:before="40" w:after="40"/>
            </w:pPr>
            <w:r>
              <w:t>1. Mezun iletişim bilgilerinin güncel olmaması nedeniyle anketlere erişilememesi</w:t>
            </w:r>
          </w:p>
          <w:p w:rsidR="0077749C" w:rsidRDefault="00000000" w14:paraId="5F4B2A13" w14:textId="77777777">
            <w:pPr>
              <w:spacing w:before="40" w:after="40"/>
            </w:pPr>
            <w:r>
              <w:t>2. KVKK yükümlülüklerinin yerine getirilmemesi sonucu hukuki sorumluluk doğması</w:t>
            </w:r>
          </w:p>
        </w:tc>
      </w:tr>
      <w:tr w:rsidR="0077749C" w14:paraId="6DBFBE2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76591" w:rsidR="0077749C" w:rsidRDefault="00000000" w14:paraId="6F09183F" w14:textId="77777777">
            <w:pPr>
              <w:spacing w:before="40" w:after="40"/>
              <w:rPr>
                <w:b/>
                <w:bCs/>
              </w:rPr>
            </w:pPr>
            <w:r w:rsidRPr="00176591">
              <w:rPr>
                <w:b/>
                <w:bCs/>
              </w:rPr>
              <w:t>Fırsatlar:</w:t>
            </w:r>
          </w:p>
          <w:p w:rsidR="0077749C" w:rsidRDefault="00000000" w14:paraId="4AF42006" w14:textId="77777777">
            <w:pPr>
              <w:spacing w:before="40" w:after="40"/>
            </w:pPr>
            <w:r>
              <w:t>1. Kapsamlı mezun veri tabanının YÖKAK göstergelerine veri sağlaması</w:t>
            </w:r>
          </w:p>
          <w:p w:rsidR="0077749C" w:rsidRDefault="00000000" w14:paraId="127D58AE" w14:textId="77777777">
            <w:pPr>
              <w:spacing w:before="40" w:after="40"/>
            </w:pPr>
            <w:r>
              <w:t>2. Sosyal medya entegrasyonunun mezun erişim oranını artırması</w:t>
            </w:r>
          </w:p>
        </w:tc>
      </w:tr>
    </w:tbl>
    <w:p w:rsidR="0077749C" w:rsidRDefault="0077749C" w14:paraId="6FEF1883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77749C" w14:paraId="1BE22391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77749C" w:rsidRDefault="00000000" w14:paraId="428C4FE7" w14:textId="77777777">
            <w:pPr>
              <w:spacing w:before="40" w:after="40"/>
              <w:jc w:val="center"/>
            </w:pPr>
            <w:r>
              <w:rPr>
                <w:b/>
              </w:rPr>
              <w:t>F1.6.2 Mezun İstihdam ve Kariyer Takibi</w:t>
            </w:r>
          </w:p>
        </w:tc>
      </w:tr>
      <w:tr w:rsidR="0077749C" w14:paraId="0A4FA3B2" w14:textId="77777777">
        <w:trPr>
          <w:jc w:val="center"/>
        </w:trPr>
        <w:tc>
          <w:tcPr>
            <w:tcW w:w="10540" w:type="dxa"/>
            <w:gridSpan w:val="4"/>
          </w:tcPr>
          <w:p w:rsidR="0077749C" w:rsidRDefault="00000000" w14:paraId="4D7B3290" w14:textId="77777777">
            <w:pPr>
              <w:spacing w:before="40" w:after="40"/>
            </w:pPr>
            <w:r w:rsidRPr="00176591">
              <w:rPr>
                <w:b/>
                <w:bCs/>
              </w:rPr>
              <w:t>Faaliyetin Amacı:</w:t>
            </w:r>
            <w:r>
              <w:t xml:space="preserve"> Mezunların istihdam durumlarını, kariyer gelişimlerini ve iş pazarındaki konumlarını sistematik olarak izlemek</w:t>
            </w:r>
          </w:p>
        </w:tc>
      </w:tr>
      <w:tr w:rsidR="0077749C" w14:paraId="501C81A8" w14:textId="77777777">
        <w:trPr>
          <w:jc w:val="center"/>
        </w:trPr>
        <w:tc>
          <w:tcPr>
            <w:tcW w:w="10540" w:type="dxa"/>
            <w:gridSpan w:val="4"/>
          </w:tcPr>
          <w:p w:rsidR="0077749C" w:rsidRDefault="00000000" w14:paraId="2C478DED" w14:textId="4ED360A4">
            <w:pPr>
              <w:spacing w:before="40" w:after="40"/>
            </w:pPr>
            <w:proofErr w:type="spellStart"/>
            <w:r w:rsidRPr="00176591">
              <w:rPr>
                <w:b/>
                <w:bCs/>
              </w:rPr>
              <w:t>Faaliyetin</w:t>
            </w:r>
            <w:proofErr w:type="spellEnd"/>
            <w:r w:rsidRPr="00176591">
              <w:rPr>
                <w:b/>
                <w:bCs/>
              </w:rPr>
              <w:t xml:space="preserve"> </w:t>
            </w:r>
            <w:proofErr w:type="spellStart"/>
            <w:r w:rsidRPr="00176591">
              <w:rPr>
                <w:b/>
                <w:bCs/>
              </w:rPr>
              <w:t>Yürütüldüğü</w:t>
            </w:r>
            <w:proofErr w:type="spellEnd"/>
            <w:r w:rsidRPr="00176591">
              <w:rPr>
                <w:b/>
                <w:bCs/>
              </w:rPr>
              <w:t xml:space="preserve"> Birimler:</w:t>
            </w:r>
            <w:r>
              <w:t xml:space="preserve"> </w:t>
            </w:r>
            <w:proofErr w:type="spellStart"/>
            <w:r w:rsidR="00191736">
              <w:t>Kariyer</w:t>
            </w:r>
            <w:proofErr w:type="spellEnd"/>
            <w:r w:rsidR="00191736">
              <w:t xml:space="preserve"> </w:t>
            </w:r>
            <w:proofErr w:type="spellStart"/>
            <w:r w:rsidR="00191736">
              <w:t>Yönlendirme</w:t>
            </w:r>
            <w:proofErr w:type="spellEnd"/>
            <w:r w:rsidR="00191736">
              <w:t xml:space="preserve"> </w:t>
            </w:r>
            <w:proofErr w:type="spellStart"/>
            <w:r w:rsidR="00191736">
              <w:t>ve</w:t>
            </w:r>
            <w:proofErr w:type="spellEnd"/>
            <w:r w:rsidR="00191736">
              <w:t xml:space="preserve"> </w:t>
            </w:r>
            <w:proofErr w:type="spellStart"/>
            <w:r w:rsidR="00191736">
              <w:t>Bilgilendirme</w:t>
            </w:r>
            <w:proofErr w:type="spellEnd"/>
            <w:r w:rsidR="00191736">
              <w:t xml:space="preserve"> </w:t>
            </w:r>
            <w:proofErr w:type="spellStart"/>
            <w:r w:rsidR="00191736">
              <w:t>Uygulama</w:t>
            </w:r>
            <w:proofErr w:type="spellEnd"/>
            <w:r w:rsidR="00191736">
              <w:t xml:space="preserve"> </w:t>
            </w:r>
            <w:proofErr w:type="spellStart"/>
            <w:r w:rsidR="00191736">
              <w:t>ve</w:t>
            </w:r>
            <w:proofErr w:type="spellEnd"/>
            <w:r w:rsidR="00191736">
              <w:t xml:space="preserve"> </w:t>
            </w:r>
            <w:proofErr w:type="spellStart"/>
            <w:r w:rsidR="00191736">
              <w:t>Araştırma</w:t>
            </w:r>
            <w:proofErr w:type="spellEnd"/>
            <w:r w:rsidR="00191736">
              <w:t xml:space="preserve"> </w:t>
            </w:r>
            <w:proofErr w:type="spellStart"/>
            <w:r w:rsidR="00191736">
              <w:t>Merkezi</w:t>
            </w:r>
            <w:proofErr w:type="spellEnd"/>
            <w:r>
              <w:t xml:space="preserve">, </w:t>
            </w:r>
            <w:proofErr w:type="spellStart"/>
            <w:r>
              <w:t>Fakülte</w:t>
            </w:r>
            <w:proofErr w:type="spellEnd"/>
            <w:r>
              <w:t>/YO/MYO/</w:t>
            </w:r>
            <w:proofErr w:type="spellStart"/>
            <w:r>
              <w:t>Enstitü</w:t>
            </w:r>
            <w:proofErr w:type="spellEnd"/>
          </w:p>
        </w:tc>
      </w:tr>
      <w:tr w:rsidR="0077749C" w14:paraId="2AA021A8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77749C" w:rsidRDefault="00000000" w14:paraId="70A6EB96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77749C" w:rsidRDefault="00000000" w14:paraId="4EA8C65D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77749C" w:rsidRDefault="00000000" w14:paraId="3BCEB4C7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77749C" w:rsidRDefault="00000000" w14:paraId="03FA0BB7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77749C" w14:paraId="583BF274" w14:textId="77777777">
        <w:trPr>
          <w:jc w:val="center"/>
        </w:trPr>
        <w:tc>
          <w:tcPr>
            <w:tcW w:w="2635" w:type="dxa"/>
          </w:tcPr>
          <w:p w:rsidR="0077749C" w:rsidRDefault="00000000" w14:paraId="5C37EA05" w14:textId="77777777">
            <w:pPr>
              <w:spacing w:before="40" w:after="40"/>
            </w:pPr>
            <w:r>
              <w:t>1. Mezunlara yönelik istihdam durumu anketlerinin hazırlanması ve uygulanması</w:t>
            </w:r>
          </w:p>
        </w:tc>
        <w:tc>
          <w:tcPr>
            <w:tcW w:w="2635" w:type="dxa"/>
          </w:tcPr>
          <w:p w:rsidR="0077749C" w:rsidRDefault="00191736" w14:paraId="6819A04D" w14:textId="0D922368">
            <w:pPr>
              <w:spacing w:before="40" w:after="40"/>
            </w:pPr>
            <w:proofErr w:type="spellStart"/>
            <w:r>
              <w:t>Kariyer</w:t>
            </w:r>
            <w:proofErr w:type="spellEnd"/>
            <w:r>
              <w:t xml:space="preserve"> Yönlendirme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Bilgilendirme</w:t>
            </w:r>
            <w:proofErr w:type="spellEnd"/>
            <w:r>
              <w:t xml:space="preserve"> </w:t>
            </w:r>
            <w:proofErr w:type="spellStart"/>
            <w:r>
              <w:t>Uygulama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Araştırma</w:t>
            </w:r>
            <w:proofErr w:type="spellEnd"/>
            <w:r>
              <w:t xml:space="preserve"> </w:t>
            </w:r>
            <w:proofErr w:type="spellStart"/>
            <w:r>
              <w:t>Merkezi</w:t>
            </w:r>
            <w:proofErr w:type="spellEnd"/>
          </w:p>
        </w:tc>
        <w:tc>
          <w:tcPr>
            <w:tcW w:w="2635" w:type="dxa"/>
          </w:tcPr>
          <w:p w:rsidR="0077749C" w:rsidRDefault="00D21D12" w14:paraId="3A2785B0" w14:textId="17BC5492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77749C" w:rsidRDefault="00000000" w14:paraId="19407101" w14:textId="77777777">
            <w:pPr>
              <w:spacing w:before="40" w:after="40"/>
            </w:pPr>
            <w:r>
              <w:t>Mezun Bilgi Sistemi, Elektronik Ortam</w:t>
            </w:r>
          </w:p>
        </w:tc>
      </w:tr>
      <w:tr w:rsidR="0077749C" w14:paraId="5D63108B" w14:textId="77777777">
        <w:trPr>
          <w:jc w:val="center"/>
        </w:trPr>
        <w:tc>
          <w:tcPr>
            <w:tcW w:w="2635" w:type="dxa"/>
          </w:tcPr>
          <w:p w:rsidR="0077749C" w:rsidRDefault="00000000" w14:paraId="0ED123BC" w14:textId="7555E5E9">
            <w:pPr>
              <w:spacing w:before="40" w:after="40"/>
            </w:pPr>
            <w:r>
              <w:lastRenderedPageBreak/>
              <w:t>2. İ</w:t>
            </w:r>
            <w:r w:rsidR="00D21D12">
              <w:t>Ş</w:t>
            </w:r>
            <w:r>
              <w:t xml:space="preserve">KUR </w:t>
            </w:r>
            <w:proofErr w:type="spellStart"/>
            <w:r>
              <w:t>ve</w:t>
            </w:r>
            <w:proofErr w:type="spellEnd"/>
            <w:r>
              <w:t xml:space="preserve"> YÖKSİS </w:t>
            </w:r>
            <w:proofErr w:type="spellStart"/>
            <w:r>
              <w:t>verileri</w:t>
            </w:r>
            <w:proofErr w:type="spellEnd"/>
            <w:r>
              <w:t xml:space="preserve"> </w:t>
            </w:r>
            <w:proofErr w:type="spellStart"/>
            <w:r>
              <w:t>üzerinden</w:t>
            </w:r>
            <w:proofErr w:type="spellEnd"/>
            <w:r>
              <w:t xml:space="preserve"> istihdam istatistiklerinin derlenmesi</w:t>
            </w:r>
          </w:p>
        </w:tc>
        <w:tc>
          <w:tcPr>
            <w:tcW w:w="2635" w:type="dxa"/>
          </w:tcPr>
          <w:p w:rsidR="0077749C" w:rsidRDefault="00191736" w14:paraId="0854A3BD" w14:textId="289D9F70">
            <w:pPr>
              <w:spacing w:before="40" w:after="40"/>
            </w:pPr>
            <w:proofErr w:type="spellStart"/>
            <w:r>
              <w:t>Kariyer</w:t>
            </w:r>
            <w:proofErr w:type="spellEnd"/>
            <w:r>
              <w:t xml:space="preserve"> Yönlendirme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Bilgilendirme</w:t>
            </w:r>
            <w:proofErr w:type="spellEnd"/>
            <w:r>
              <w:t xml:space="preserve"> </w:t>
            </w:r>
            <w:proofErr w:type="spellStart"/>
            <w:r>
              <w:t>Uygulama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Araştırma</w:t>
            </w:r>
            <w:proofErr w:type="spellEnd"/>
            <w:r>
              <w:t xml:space="preserve"> </w:t>
            </w:r>
            <w:proofErr w:type="spellStart"/>
            <w:r>
              <w:t>Merkezi</w:t>
            </w:r>
            <w:proofErr w:type="spellEnd"/>
          </w:p>
        </w:tc>
        <w:tc>
          <w:tcPr>
            <w:tcW w:w="2635" w:type="dxa"/>
          </w:tcPr>
          <w:p w:rsidR="0077749C" w:rsidRDefault="00000000" w14:paraId="321A453B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77749C" w:rsidRDefault="00000000" w14:paraId="34DEAB6C" w14:textId="77777777">
            <w:pPr>
              <w:spacing w:before="40" w:after="40"/>
            </w:pPr>
            <w:r>
              <w:t>Elektronik Ortam</w:t>
            </w:r>
          </w:p>
        </w:tc>
      </w:tr>
      <w:tr w:rsidR="0077749C" w14:paraId="6611F1F9" w14:textId="77777777">
        <w:trPr>
          <w:jc w:val="center"/>
        </w:trPr>
        <w:tc>
          <w:tcPr>
            <w:tcW w:w="2635" w:type="dxa"/>
          </w:tcPr>
          <w:p w:rsidR="0077749C" w:rsidRDefault="00000000" w14:paraId="3C7E9B2F" w14:textId="77777777">
            <w:pPr>
              <w:spacing w:before="40" w:after="40"/>
            </w:pPr>
            <w:r>
              <w:t>3. Mezun istihdam verilerinin program/bölüm bazında analiz edilmesi</w:t>
            </w:r>
          </w:p>
        </w:tc>
        <w:tc>
          <w:tcPr>
            <w:tcW w:w="2635" w:type="dxa"/>
          </w:tcPr>
          <w:p w:rsidR="0077749C" w:rsidRDefault="00191736" w14:paraId="6014291F" w14:textId="0014921C">
            <w:pPr>
              <w:spacing w:before="40" w:after="40"/>
            </w:pPr>
            <w:proofErr w:type="spellStart"/>
            <w:r>
              <w:t>Kariyer</w:t>
            </w:r>
            <w:proofErr w:type="spellEnd"/>
            <w:r>
              <w:t xml:space="preserve"> Yönlendirme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Bilgilendirme</w:t>
            </w:r>
            <w:proofErr w:type="spellEnd"/>
            <w:r>
              <w:t xml:space="preserve"> </w:t>
            </w:r>
            <w:proofErr w:type="spellStart"/>
            <w:r>
              <w:t>Uygulama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Araştırma</w:t>
            </w:r>
            <w:proofErr w:type="spellEnd"/>
            <w:r>
              <w:t xml:space="preserve"> </w:t>
            </w:r>
            <w:proofErr w:type="spellStart"/>
            <w:r>
              <w:t>Merkezi</w:t>
            </w:r>
            <w:proofErr w:type="spellEnd"/>
            <w:r>
              <w:t xml:space="preserve">, </w:t>
            </w:r>
            <w:proofErr w:type="spellStart"/>
            <w:r>
              <w:t>Bölüm</w:t>
            </w:r>
            <w:proofErr w:type="spellEnd"/>
            <w:r>
              <w:t xml:space="preserve"> </w:t>
            </w:r>
            <w:proofErr w:type="spellStart"/>
            <w:r>
              <w:t>Başkanı</w:t>
            </w:r>
            <w:proofErr w:type="spellEnd"/>
          </w:p>
        </w:tc>
        <w:tc>
          <w:tcPr>
            <w:tcW w:w="2635" w:type="dxa"/>
          </w:tcPr>
          <w:p w:rsidR="0077749C" w:rsidRDefault="00000000" w14:paraId="007A7C4F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77749C" w:rsidRDefault="00000000" w14:paraId="75FF8158" w14:textId="77777777">
            <w:pPr>
              <w:spacing w:before="40" w:after="40"/>
            </w:pPr>
            <w:r>
              <w:t>EBYS</w:t>
            </w:r>
          </w:p>
        </w:tc>
      </w:tr>
      <w:tr w:rsidR="0077749C" w14:paraId="11672688" w14:textId="77777777">
        <w:trPr>
          <w:jc w:val="center"/>
        </w:trPr>
        <w:tc>
          <w:tcPr>
            <w:tcW w:w="2635" w:type="dxa"/>
          </w:tcPr>
          <w:p w:rsidR="0077749C" w:rsidRDefault="00000000" w14:paraId="597CBD24" w14:textId="77777777">
            <w:pPr>
              <w:spacing w:before="40" w:after="40"/>
            </w:pPr>
            <w:r>
              <w:t>4. Mezunların işe geçiş süresi, sektör dağılımı ve pozisyon bilgilerinin raporlanması</w:t>
            </w:r>
          </w:p>
        </w:tc>
        <w:tc>
          <w:tcPr>
            <w:tcW w:w="2635" w:type="dxa"/>
          </w:tcPr>
          <w:p w:rsidR="0077749C" w:rsidRDefault="00191736" w14:paraId="2170E632" w14:textId="1FA20BB5">
            <w:pPr>
              <w:spacing w:before="40" w:after="40"/>
            </w:pPr>
            <w:proofErr w:type="spellStart"/>
            <w:r>
              <w:t>Kariyer</w:t>
            </w:r>
            <w:proofErr w:type="spellEnd"/>
            <w:r>
              <w:t xml:space="preserve"> Yönlendirme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Bilgilendirme</w:t>
            </w:r>
            <w:proofErr w:type="spellEnd"/>
            <w:r>
              <w:t xml:space="preserve"> </w:t>
            </w:r>
            <w:proofErr w:type="spellStart"/>
            <w:r>
              <w:t>Uygulama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Araştırma</w:t>
            </w:r>
            <w:proofErr w:type="spellEnd"/>
            <w:r>
              <w:t xml:space="preserve"> </w:t>
            </w:r>
            <w:proofErr w:type="spellStart"/>
            <w:r>
              <w:t>Merkezi</w:t>
            </w:r>
            <w:proofErr w:type="spellEnd"/>
          </w:p>
        </w:tc>
        <w:tc>
          <w:tcPr>
            <w:tcW w:w="2635" w:type="dxa"/>
          </w:tcPr>
          <w:p w:rsidR="0077749C" w:rsidRDefault="00000000" w14:paraId="033BD705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77749C" w:rsidRDefault="00000000" w14:paraId="29B49FE7" w14:textId="77777777">
            <w:pPr>
              <w:spacing w:before="40" w:after="40"/>
            </w:pPr>
            <w:r>
              <w:t>EBYS</w:t>
            </w:r>
          </w:p>
        </w:tc>
      </w:tr>
      <w:tr w:rsidR="0077749C" w14:paraId="11F78827" w14:textId="77777777">
        <w:trPr>
          <w:jc w:val="center"/>
        </w:trPr>
        <w:tc>
          <w:tcPr>
            <w:tcW w:w="2635" w:type="dxa"/>
          </w:tcPr>
          <w:p w:rsidR="0077749C" w:rsidRDefault="00000000" w14:paraId="3D3DF012" w14:textId="77777777">
            <w:pPr>
              <w:spacing w:before="40" w:after="40"/>
            </w:pPr>
            <w:r>
              <w:t>5. Analiz sonuçlarının ilgili süreçlere girdi olarak aktarılması (PRS.01.01 F1.1.4, PRS.01.05)</w:t>
            </w:r>
          </w:p>
        </w:tc>
        <w:tc>
          <w:tcPr>
            <w:tcW w:w="2635" w:type="dxa"/>
          </w:tcPr>
          <w:p w:rsidR="0077749C" w:rsidRDefault="00191736" w14:paraId="0C2FB304" w14:textId="2620E02E">
            <w:pPr>
              <w:spacing w:before="40" w:after="40"/>
            </w:pPr>
            <w:proofErr w:type="spellStart"/>
            <w:r>
              <w:t>Kariyer</w:t>
            </w:r>
            <w:proofErr w:type="spellEnd"/>
            <w:r>
              <w:t xml:space="preserve"> Yönlendirme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Bilgilendirme</w:t>
            </w:r>
            <w:proofErr w:type="spellEnd"/>
            <w:r>
              <w:t xml:space="preserve"> </w:t>
            </w:r>
            <w:proofErr w:type="spellStart"/>
            <w:r>
              <w:t>Uygulama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Araştırma</w:t>
            </w:r>
            <w:proofErr w:type="spellEnd"/>
            <w:r>
              <w:t xml:space="preserve"> </w:t>
            </w:r>
            <w:proofErr w:type="spellStart"/>
            <w:r>
              <w:t>Merkezi</w:t>
            </w:r>
            <w:proofErr w:type="spellEnd"/>
            <w:r>
              <w:t xml:space="preserve">, </w:t>
            </w:r>
            <w:proofErr w:type="spellStart"/>
            <w:r>
              <w:t>Eğitim</w:t>
            </w:r>
            <w:proofErr w:type="spellEnd"/>
            <w:r>
              <w:t xml:space="preserve"> </w:t>
            </w:r>
            <w:proofErr w:type="spellStart"/>
            <w:r>
              <w:t>Komisyonu</w:t>
            </w:r>
            <w:proofErr w:type="spellEnd"/>
          </w:p>
        </w:tc>
        <w:tc>
          <w:tcPr>
            <w:tcW w:w="2635" w:type="dxa"/>
          </w:tcPr>
          <w:p w:rsidR="0077749C" w:rsidRDefault="00000000" w14:paraId="1CF35714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77749C" w:rsidRDefault="00000000" w14:paraId="3E605DB4" w14:textId="77777777">
            <w:pPr>
              <w:spacing w:before="40" w:after="40"/>
            </w:pPr>
            <w:r>
              <w:t>EBYS</w:t>
            </w:r>
          </w:p>
        </w:tc>
      </w:tr>
      <w:tr w:rsidR="0077749C" w14:paraId="365EE0B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76591" w:rsidR="0077749C" w:rsidRDefault="00000000" w14:paraId="602EF7C3" w14:textId="77777777">
            <w:pPr>
              <w:spacing w:before="40" w:after="40"/>
              <w:rPr>
                <w:b/>
                <w:bCs/>
              </w:rPr>
            </w:pPr>
            <w:proofErr w:type="spellStart"/>
            <w:r w:rsidRPr="00176591">
              <w:rPr>
                <w:b/>
                <w:bCs/>
              </w:rPr>
              <w:t>İzleme</w:t>
            </w:r>
            <w:proofErr w:type="spellEnd"/>
            <w:r w:rsidRPr="00176591">
              <w:rPr>
                <w:b/>
                <w:bCs/>
              </w:rPr>
              <w:t xml:space="preserve"> </w:t>
            </w:r>
            <w:proofErr w:type="spellStart"/>
            <w:r w:rsidRPr="00176591">
              <w:rPr>
                <w:b/>
                <w:bCs/>
              </w:rPr>
              <w:t>Kriterleri</w:t>
            </w:r>
            <w:proofErr w:type="spellEnd"/>
            <w:r w:rsidRPr="00176591">
              <w:rPr>
                <w:b/>
                <w:bCs/>
              </w:rPr>
              <w:t>:</w:t>
            </w:r>
          </w:p>
          <w:p w:rsidR="0077749C" w:rsidRDefault="00000000" w14:paraId="04E3EB81" w14:textId="77777777">
            <w:pPr>
              <w:spacing w:before="40" w:after="40"/>
            </w:pPr>
            <w:r>
              <w:t>1. Mezunların ilk 1 yıl içinde işe yerleşme oranı (%)</w:t>
            </w:r>
          </w:p>
          <w:p w:rsidR="0077749C" w:rsidRDefault="00000000" w14:paraId="36CE6A69" w14:textId="77777777">
            <w:pPr>
              <w:spacing w:before="40" w:after="40"/>
            </w:pPr>
            <w:r>
              <w:t>2. Mezunların alanında istihdam oranı (%)</w:t>
            </w:r>
          </w:p>
          <w:p w:rsidR="0077749C" w:rsidRDefault="00000000" w14:paraId="27D520FA" w14:textId="77777777">
            <w:pPr>
              <w:spacing w:before="40" w:after="40"/>
            </w:pPr>
            <w:r>
              <w:t>3. Anket yanıt oranı (%)</w:t>
            </w:r>
          </w:p>
        </w:tc>
      </w:tr>
      <w:tr w:rsidR="0077749C" w14:paraId="7477961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76591" w:rsidR="0077749C" w:rsidRDefault="00000000" w14:paraId="70DF109C" w14:textId="77777777">
            <w:pPr>
              <w:spacing w:before="40" w:after="40"/>
              <w:rPr>
                <w:b/>
                <w:bCs/>
              </w:rPr>
            </w:pPr>
            <w:r w:rsidRPr="00176591">
              <w:rPr>
                <w:b/>
                <w:bCs/>
              </w:rPr>
              <w:t>Riskler:</w:t>
            </w:r>
          </w:p>
          <w:p w:rsidR="0077749C" w:rsidRDefault="00000000" w14:paraId="388D2BDB" w14:textId="77777777">
            <w:pPr>
              <w:spacing w:before="40" w:after="40"/>
            </w:pPr>
            <w:r>
              <w:t>1. Anket yanıt oranının düşük kalması nedeniyle verilerin temsil gücünün zayıflaması</w:t>
            </w:r>
          </w:p>
          <w:p w:rsidR="0077749C" w:rsidRDefault="00000000" w14:paraId="1AD83BB7" w14:textId="77777777">
            <w:pPr>
              <w:spacing w:before="40" w:after="40"/>
            </w:pPr>
            <w:r>
              <w:t>2. İstihdam verilerinin program iyileştirme süreçlerine yeterince yansıtılmaması</w:t>
            </w:r>
          </w:p>
        </w:tc>
      </w:tr>
      <w:tr w:rsidR="0077749C" w14:paraId="058AEDA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76591" w:rsidR="0077749C" w:rsidRDefault="00000000" w14:paraId="2AC53264" w14:textId="77777777">
            <w:pPr>
              <w:spacing w:before="40" w:after="40"/>
              <w:rPr>
                <w:b/>
                <w:bCs/>
              </w:rPr>
            </w:pPr>
            <w:r w:rsidRPr="00176591">
              <w:rPr>
                <w:b/>
                <w:bCs/>
              </w:rPr>
              <w:t>Fırsatlar:</w:t>
            </w:r>
          </w:p>
          <w:p w:rsidR="0077749C" w:rsidRDefault="00000000" w14:paraId="6A2AF7EC" w14:textId="77777777">
            <w:pPr>
              <w:spacing w:before="40" w:after="40"/>
            </w:pPr>
            <w:r>
              <w:t>1. İstihdam verilerinin program açma/kapatma kararlarına veri tabanlı katkı sağlaması</w:t>
            </w:r>
          </w:p>
          <w:p w:rsidR="0077749C" w:rsidRDefault="00000000" w14:paraId="0D761186" w14:textId="77777777">
            <w:pPr>
              <w:spacing w:before="40" w:after="40"/>
            </w:pPr>
            <w:r>
              <w:t>2. Giresun’un bölgesel istihdam potansiyelinin (fındık, balıkçılık, turizm) mezun kariyer yönlendirmesinde değerlendirilmesi</w:t>
            </w:r>
          </w:p>
        </w:tc>
      </w:tr>
    </w:tbl>
    <w:p w:rsidR="0077749C" w:rsidRDefault="0077749C" w14:paraId="3DCC5E23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77749C" w14:paraId="2793F11B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77749C" w:rsidRDefault="00000000" w14:paraId="64443436" w14:textId="77777777">
            <w:pPr>
              <w:spacing w:before="40" w:after="40"/>
              <w:jc w:val="center"/>
            </w:pPr>
            <w:r>
              <w:rPr>
                <w:b/>
              </w:rPr>
              <w:t>F1.6.3 Mezun Memnuniyet Anketi ve Geri Bildirim Toplama</w:t>
            </w:r>
          </w:p>
        </w:tc>
      </w:tr>
      <w:tr w:rsidR="0077749C" w14:paraId="0C482865" w14:textId="77777777">
        <w:trPr>
          <w:jc w:val="center"/>
        </w:trPr>
        <w:tc>
          <w:tcPr>
            <w:tcW w:w="10540" w:type="dxa"/>
            <w:gridSpan w:val="4"/>
          </w:tcPr>
          <w:p w:rsidR="0077749C" w:rsidRDefault="00000000" w14:paraId="71956B74" w14:textId="77777777">
            <w:pPr>
              <w:spacing w:before="40" w:after="40"/>
            </w:pPr>
            <w:r w:rsidRPr="00176591">
              <w:rPr>
                <w:b/>
                <w:bCs/>
              </w:rPr>
              <w:t>Faaliyetin Amacı:</w:t>
            </w:r>
            <w:r>
              <w:t xml:space="preserve"> Mezunların eğitim sürecine ilişkin memnuniyet ve değerlendirmelerinin sistematik olarak toplanmasını ve analiz edilmesini sağlamak</w:t>
            </w:r>
          </w:p>
        </w:tc>
      </w:tr>
      <w:tr w:rsidR="0077749C" w14:paraId="59DE1560" w14:textId="77777777">
        <w:trPr>
          <w:jc w:val="center"/>
        </w:trPr>
        <w:tc>
          <w:tcPr>
            <w:tcW w:w="10540" w:type="dxa"/>
            <w:gridSpan w:val="4"/>
          </w:tcPr>
          <w:p w:rsidR="0077749C" w:rsidRDefault="00000000" w14:paraId="474269B5" w14:textId="6E380F82">
            <w:pPr>
              <w:spacing w:before="40" w:after="40"/>
            </w:pPr>
            <w:proofErr w:type="spellStart"/>
            <w:r w:rsidRPr="00176591">
              <w:rPr>
                <w:b/>
                <w:bCs/>
              </w:rPr>
              <w:t>Faaliyetin</w:t>
            </w:r>
            <w:proofErr w:type="spellEnd"/>
            <w:r w:rsidRPr="00176591">
              <w:rPr>
                <w:b/>
                <w:bCs/>
              </w:rPr>
              <w:t xml:space="preserve"> </w:t>
            </w:r>
            <w:proofErr w:type="spellStart"/>
            <w:r w:rsidRPr="00176591">
              <w:rPr>
                <w:b/>
                <w:bCs/>
              </w:rPr>
              <w:t>Yürütüldüğü</w:t>
            </w:r>
            <w:proofErr w:type="spellEnd"/>
            <w:r w:rsidRPr="00176591">
              <w:rPr>
                <w:b/>
                <w:bCs/>
              </w:rPr>
              <w:t xml:space="preserve"> Birimler:</w:t>
            </w:r>
            <w:r>
              <w:t xml:space="preserve"> </w:t>
            </w:r>
            <w:proofErr w:type="spellStart"/>
            <w:r w:rsidRPr="00A84EF9" w:rsidR="00A84EF9">
              <w:t>İstatistik</w:t>
            </w:r>
            <w:proofErr w:type="spellEnd"/>
            <w:r w:rsidRPr="00A84EF9" w:rsidR="00A84EF9">
              <w:t xml:space="preserve"> </w:t>
            </w:r>
            <w:proofErr w:type="spellStart"/>
            <w:r w:rsidRPr="00A84EF9" w:rsidR="00A84EF9">
              <w:t>Danışmanlık</w:t>
            </w:r>
            <w:proofErr w:type="spellEnd"/>
            <w:r w:rsidRPr="00A84EF9" w:rsidR="00A84EF9">
              <w:t xml:space="preserve"> </w:t>
            </w:r>
            <w:proofErr w:type="spellStart"/>
            <w:r w:rsidRPr="00A84EF9" w:rsidR="00A84EF9">
              <w:t>Uygulama</w:t>
            </w:r>
            <w:proofErr w:type="spellEnd"/>
            <w:r w:rsidRPr="00A84EF9" w:rsidR="00A84EF9">
              <w:t xml:space="preserve"> </w:t>
            </w:r>
            <w:proofErr w:type="spellStart"/>
            <w:r w:rsidRPr="00A84EF9" w:rsidR="00A84EF9">
              <w:t>ve</w:t>
            </w:r>
            <w:proofErr w:type="spellEnd"/>
            <w:r w:rsidRPr="00A84EF9" w:rsidR="00A84EF9">
              <w:t xml:space="preserve"> </w:t>
            </w:r>
            <w:proofErr w:type="spellStart"/>
            <w:r w:rsidRPr="00A84EF9" w:rsidR="00A84EF9">
              <w:t>Araştırma</w:t>
            </w:r>
            <w:proofErr w:type="spellEnd"/>
            <w:r w:rsidRPr="00A84EF9" w:rsidR="00A84EF9">
              <w:t xml:space="preserve"> </w:t>
            </w:r>
            <w:proofErr w:type="spellStart"/>
            <w:r w:rsidRPr="00A84EF9" w:rsidR="00A84EF9">
              <w:t>Merkezi</w:t>
            </w:r>
            <w:proofErr w:type="spellEnd"/>
            <w:r w:rsidRPr="00A84EF9" w:rsidR="00A84EF9">
              <w:t xml:space="preserve"> (IDUAM)</w:t>
            </w:r>
            <w:r w:rsidR="00A84EF9">
              <w:t xml:space="preserve">, </w:t>
            </w:r>
            <w:proofErr w:type="spellStart"/>
            <w:r w:rsidR="00191736">
              <w:t>Kariyer</w:t>
            </w:r>
            <w:proofErr w:type="spellEnd"/>
            <w:r w:rsidR="00191736">
              <w:t xml:space="preserve"> </w:t>
            </w:r>
            <w:proofErr w:type="spellStart"/>
            <w:r w:rsidR="00191736">
              <w:t>Yönlendirme</w:t>
            </w:r>
            <w:proofErr w:type="spellEnd"/>
            <w:r w:rsidR="00191736">
              <w:t xml:space="preserve"> </w:t>
            </w:r>
            <w:proofErr w:type="spellStart"/>
            <w:r w:rsidR="00191736">
              <w:t>ve</w:t>
            </w:r>
            <w:proofErr w:type="spellEnd"/>
            <w:r w:rsidR="00191736">
              <w:t xml:space="preserve"> </w:t>
            </w:r>
            <w:proofErr w:type="spellStart"/>
            <w:r w:rsidR="00191736">
              <w:t>Bilgilendirme</w:t>
            </w:r>
            <w:proofErr w:type="spellEnd"/>
            <w:r w:rsidR="00191736">
              <w:t xml:space="preserve"> </w:t>
            </w:r>
            <w:proofErr w:type="spellStart"/>
            <w:r w:rsidR="00191736">
              <w:t>Uygulama</w:t>
            </w:r>
            <w:proofErr w:type="spellEnd"/>
            <w:r w:rsidR="00191736">
              <w:t xml:space="preserve"> </w:t>
            </w:r>
            <w:proofErr w:type="spellStart"/>
            <w:r w:rsidR="00191736">
              <w:t>ve</w:t>
            </w:r>
            <w:proofErr w:type="spellEnd"/>
            <w:r w:rsidR="00191736">
              <w:t xml:space="preserve"> </w:t>
            </w:r>
            <w:proofErr w:type="spellStart"/>
            <w:r w:rsidR="00191736">
              <w:t>Araştırma</w:t>
            </w:r>
            <w:proofErr w:type="spellEnd"/>
            <w:r w:rsidR="00191736">
              <w:t xml:space="preserve"> </w:t>
            </w:r>
            <w:proofErr w:type="spellStart"/>
            <w:r w:rsidR="00191736">
              <w:t>Merkezi</w:t>
            </w:r>
            <w:proofErr w:type="spellEnd"/>
            <w:r>
              <w:t xml:space="preserve">, </w:t>
            </w:r>
            <w:proofErr w:type="spellStart"/>
            <w:r w:rsidR="00191736">
              <w:t>Akreditasyon</w:t>
            </w:r>
            <w:proofErr w:type="spellEnd"/>
            <w:r w:rsidR="00191736">
              <w:t xml:space="preserve">, Akademik </w:t>
            </w:r>
            <w:proofErr w:type="spellStart"/>
            <w:r w:rsidR="00191736">
              <w:t>Değerlendirme</w:t>
            </w:r>
            <w:proofErr w:type="spellEnd"/>
            <w:r w:rsidR="00191736">
              <w:t xml:space="preserve"> </w:t>
            </w:r>
            <w:proofErr w:type="spellStart"/>
            <w:r w:rsidR="00191736">
              <w:t>ve</w:t>
            </w:r>
            <w:proofErr w:type="spellEnd"/>
            <w:r w:rsidR="00191736">
              <w:t xml:space="preserve"> Kalite </w:t>
            </w:r>
            <w:proofErr w:type="spellStart"/>
            <w:r w:rsidR="00191736">
              <w:t>Koordinatörlüğü</w:t>
            </w:r>
            <w:proofErr w:type="spellEnd"/>
          </w:p>
        </w:tc>
      </w:tr>
      <w:tr w:rsidR="0077749C" w14:paraId="48A3C23B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77749C" w:rsidRDefault="00000000" w14:paraId="37E6EECC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77749C" w:rsidRDefault="00000000" w14:paraId="3163E9AB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77749C" w:rsidRDefault="00000000" w14:paraId="61080BA0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77749C" w:rsidRDefault="00000000" w14:paraId="0CB2F669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77749C" w:rsidTr="00191736" w14:paraId="0C5C5B6E" w14:textId="77777777">
        <w:trPr>
          <w:jc w:val="center"/>
        </w:trPr>
        <w:tc>
          <w:tcPr>
            <w:tcW w:w="2635" w:type="dxa"/>
          </w:tcPr>
          <w:p w:rsidR="0077749C" w:rsidRDefault="00000000" w14:paraId="4D5F3217" w14:textId="77777777">
            <w:pPr>
              <w:spacing w:before="40" w:after="40"/>
            </w:pPr>
            <w:r>
              <w:t>1. Mezun memnuniyet anketi sorularının hazırlanması ve gözden geçirilmesi</w:t>
            </w:r>
          </w:p>
        </w:tc>
        <w:tc>
          <w:tcPr>
            <w:tcW w:w="2635" w:type="dxa"/>
            <w:vAlign w:val="center"/>
          </w:tcPr>
          <w:p w:rsidR="0077749C" w:rsidP="00191736" w:rsidRDefault="00A84EF9" w14:paraId="58118255" w14:textId="3238C594">
            <w:pPr>
              <w:spacing w:before="40" w:after="40"/>
            </w:pPr>
            <w:proofErr w:type="spellStart"/>
            <w:r w:rsidRPr="00A84EF9">
              <w:t>İstatistik</w:t>
            </w:r>
            <w:proofErr w:type="spellEnd"/>
            <w:r w:rsidRPr="00A84EF9">
              <w:t xml:space="preserve"> </w:t>
            </w:r>
            <w:proofErr w:type="spellStart"/>
            <w:r w:rsidRPr="00A84EF9">
              <w:t>Danışmanlık</w:t>
            </w:r>
            <w:proofErr w:type="spellEnd"/>
            <w:r w:rsidRPr="00A84EF9">
              <w:t xml:space="preserve"> </w:t>
            </w:r>
            <w:proofErr w:type="spellStart"/>
            <w:r w:rsidRPr="00A84EF9">
              <w:t>Uygulama</w:t>
            </w:r>
            <w:proofErr w:type="spellEnd"/>
            <w:r w:rsidRPr="00A84EF9">
              <w:t xml:space="preserve"> </w:t>
            </w:r>
            <w:proofErr w:type="spellStart"/>
            <w:r w:rsidRPr="00A84EF9">
              <w:t>ve</w:t>
            </w:r>
            <w:proofErr w:type="spellEnd"/>
            <w:r w:rsidRPr="00A84EF9">
              <w:t xml:space="preserve"> </w:t>
            </w:r>
            <w:proofErr w:type="spellStart"/>
            <w:r w:rsidRPr="00A84EF9">
              <w:t>Araştırma</w:t>
            </w:r>
            <w:proofErr w:type="spellEnd"/>
            <w:r w:rsidRPr="00A84EF9">
              <w:t xml:space="preserve"> </w:t>
            </w:r>
            <w:proofErr w:type="spellStart"/>
            <w:r w:rsidRPr="00A84EF9">
              <w:t>Merkezi</w:t>
            </w:r>
            <w:proofErr w:type="spellEnd"/>
            <w:r w:rsidRPr="00A84EF9">
              <w:t xml:space="preserve"> (IDUAM)</w:t>
            </w:r>
          </w:p>
        </w:tc>
        <w:tc>
          <w:tcPr>
            <w:tcW w:w="2635" w:type="dxa"/>
            <w:vAlign w:val="center"/>
          </w:tcPr>
          <w:p w:rsidRPr="00E157D8" w:rsidR="0077749C" w:rsidP="00191736" w:rsidRDefault="00BD7524" w14:paraId="32C1D8E3" w14:textId="4C76ADBD">
            <w:pPr>
              <w:spacing w:before="40" w:after="40"/>
              <w:rPr>
                <w:highlight w:val="yellow"/>
              </w:rPr>
            </w:pPr>
            <w:hyperlink r:id="rId17">
              <w:r w:rsidRPr="00D21D12">
                <w:rPr>
                  <w:color w:val="0563C1"/>
                  <w:u w:val="single"/>
                </w:rPr>
                <w:t xml:space="preserve">GRÜ </w:t>
              </w:r>
              <w:r w:rsidRPr="00D21D12">
                <w:rPr>
                  <w:color w:val="0563C1"/>
                  <w:u w:val="single"/>
                </w:rPr>
                <w:t>İstatistik</w:t>
              </w:r>
              <w:r w:rsidRPr="00D21D12">
                <w:rPr>
                  <w:color w:val="0563C1"/>
                  <w:u w:val="single"/>
                </w:rPr>
                <w:t xml:space="preserve"> </w:t>
              </w:r>
              <w:r w:rsidRPr="00D21D12">
                <w:rPr>
                  <w:color w:val="0563C1"/>
                  <w:u w:val="single"/>
                </w:rPr>
                <w:t>Danışmanlık</w:t>
              </w:r>
              <w:r w:rsidRPr="00D21D12">
                <w:rPr>
                  <w:color w:val="0563C1"/>
                  <w:u w:val="single"/>
                </w:rPr>
                <w:t xml:space="preserve"> </w:t>
              </w:r>
              <w:r w:rsidRPr="00D21D12">
                <w:rPr>
                  <w:color w:val="0563C1"/>
                  <w:u w:val="single"/>
                </w:rPr>
                <w:t>Uygulama</w:t>
              </w:r>
              <w:r w:rsidRPr="00D21D12">
                <w:rPr>
                  <w:color w:val="0563C1"/>
                  <w:u w:val="single"/>
                </w:rPr>
                <w:t xml:space="preserve"> </w:t>
              </w:r>
              <w:r w:rsidRPr="00D21D12">
                <w:rPr>
                  <w:color w:val="0563C1"/>
                  <w:u w:val="single"/>
                </w:rPr>
                <w:t>ve</w:t>
              </w:r>
              <w:r w:rsidRPr="00D21D12">
                <w:rPr>
                  <w:color w:val="0563C1"/>
                  <w:u w:val="single"/>
                </w:rPr>
                <w:t xml:space="preserve"> </w:t>
              </w:r>
              <w:r w:rsidRPr="00D21D12">
                <w:rPr>
                  <w:color w:val="0563C1"/>
                  <w:u w:val="single"/>
                </w:rPr>
                <w:t>Araştırma</w:t>
              </w:r>
              <w:r w:rsidRPr="00D21D12">
                <w:rPr>
                  <w:color w:val="0563C1"/>
                  <w:u w:val="single"/>
                </w:rPr>
                <w:t xml:space="preserve"> </w:t>
              </w:r>
              <w:r w:rsidRPr="00D21D12">
                <w:rPr>
                  <w:color w:val="0563C1"/>
                  <w:u w:val="single"/>
                </w:rPr>
                <w:t>Merkezi</w:t>
              </w:r>
              <w:r w:rsidRPr="00D21D12">
                <w:rPr>
                  <w:color w:val="0563C1"/>
                  <w:u w:val="single"/>
                </w:rPr>
                <w:t xml:space="preserve"> </w:t>
              </w:r>
              <w:r w:rsidRPr="00D21D12">
                <w:rPr>
                  <w:color w:val="0563C1"/>
                  <w:u w:val="single"/>
                </w:rPr>
                <w:t>Yönetmeliği</w:t>
              </w:r>
            </w:hyperlink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</w:p>
        </w:tc>
        <w:tc>
          <w:tcPr>
            <w:tcW w:w="2635" w:type="dxa"/>
            <w:vAlign w:val="center"/>
          </w:tcPr>
          <w:p w:rsidR="0077749C" w:rsidP="00191736" w:rsidRDefault="00000000" w14:paraId="51AA466B" w14:textId="77777777">
            <w:pPr>
              <w:spacing w:before="40" w:after="40"/>
            </w:pPr>
            <w:r>
              <w:t xml:space="preserve">Elektronik </w:t>
            </w:r>
            <w:proofErr w:type="spellStart"/>
            <w:r>
              <w:t>Ortam</w:t>
            </w:r>
            <w:proofErr w:type="spellEnd"/>
          </w:p>
        </w:tc>
      </w:tr>
      <w:tr w:rsidR="0077749C" w:rsidTr="00191736" w14:paraId="1CEBB51F" w14:textId="77777777">
        <w:trPr>
          <w:jc w:val="center"/>
        </w:trPr>
        <w:tc>
          <w:tcPr>
            <w:tcW w:w="2635" w:type="dxa"/>
          </w:tcPr>
          <w:p w:rsidR="0077749C" w:rsidRDefault="00000000" w14:paraId="4E2C354B" w14:textId="77777777">
            <w:pPr>
              <w:spacing w:before="40" w:after="40"/>
            </w:pPr>
            <w:r>
              <w:t>2. Anketin düzenli aralıklarla (yıllık/2 yıllık) uygulanması</w:t>
            </w:r>
          </w:p>
        </w:tc>
        <w:tc>
          <w:tcPr>
            <w:tcW w:w="2635" w:type="dxa"/>
            <w:vAlign w:val="center"/>
          </w:tcPr>
          <w:p w:rsidR="0077749C" w:rsidP="00191736" w:rsidRDefault="00A84EF9" w14:paraId="11057024" w14:textId="5480EFDD">
            <w:pPr>
              <w:spacing w:before="40" w:after="40"/>
            </w:pPr>
            <w:proofErr w:type="spellStart"/>
            <w:r w:rsidRPr="00A84EF9">
              <w:t>İstatistik</w:t>
            </w:r>
            <w:proofErr w:type="spellEnd"/>
            <w:r w:rsidRPr="00A84EF9">
              <w:t xml:space="preserve"> </w:t>
            </w:r>
            <w:proofErr w:type="spellStart"/>
            <w:r w:rsidRPr="00A84EF9">
              <w:t>Danışmanlık</w:t>
            </w:r>
            <w:proofErr w:type="spellEnd"/>
            <w:r w:rsidRPr="00A84EF9">
              <w:t xml:space="preserve"> </w:t>
            </w:r>
            <w:proofErr w:type="spellStart"/>
            <w:r w:rsidRPr="00A84EF9">
              <w:t>Uygulama</w:t>
            </w:r>
            <w:proofErr w:type="spellEnd"/>
            <w:r w:rsidRPr="00A84EF9">
              <w:t xml:space="preserve"> </w:t>
            </w:r>
            <w:proofErr w:type="spellStart"/>
            <w:r w:rsidRPr="00A84EF9">
              <w:t>ve</w:t>
            </w:r>
            <w:proofErr w:type="spellEnd"/>
            <w:r w:rsidRPr="00A84EF9">
              <w:t xml:space="preserve"> </w:t>
            </w:r>
            <w:proofErr w:type="spellStart"/>
            <w:r w:rsidRPr="00A84EF9">
              <w:t>Araştırma</w:t>
            </w:r>
            <w:proofErr w:type="spellEnd"/>
            <w:r w:rsidRPr="00A84EF9">
              <w:t xml:space="preserve"> </w:t>
            </w:r>
            <w:proofErr w:type="spellStart"/>
            <w:r w:rsidRPr="00A84EF9">
              <w:t>Merkezi</w:t>
            </w:r>
            <w:proofErr w:type="spellEnd"/>
            <w:r w:rsidRPr="00A84EF9">
              <w:t xml:space="preserve"> (IDUAM)</w:t>
            </w:r>
          </w:p>
        </w:tc>
        <w:tc>
          <w:tcPr>
            <w:tcW w:w="2635" w:type="dxa"/>
            <w:vAlign w:val="center"/>
          </w:tcPr>
          <w:p w:rsidR="0077749C" w:rsidP="00191736" w:rsidRDefault="00000000" w14:paraId="18ABCC27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77749C" w:rsidP="00191736" w:rsidRDefault="00000000" w14:paraId="11C3BB0E" w14:textId="77777777">
            <w:pPr>
              <w:spacing w:before="40" w:after="40"/>
            </w:pPr>
            <w:r>
              <w:t>Mezun Bilgi Sistemi</w:t>
            </w:r>
          </w:p>
        </w:tc>
      </w:tr>
      <w:tr w:rsidR="0077749C" w:rsidTr="00191736" w14:paraId="7ADBDF5C" w14:textId="77777777">
        <w:trPr>
          <w:jc w:val="center"/>
        </w:trPr>
        <w:tc>
          <w:tcPr>
            <w:tcW w:w="2635" w:type="dxa"/>
          </w:tcPr>
          <w:p w:rsidR="0077749C" w:rsidRDefault="00000000" w14:paraId="1990201C" w14:textId="77777777">
            <w:pPr>
              <w:spacing w:before="40" w:after="40"/>
            </w:pPr>
            <w:r>
              <w:t>3. Anket sonuçlarının istatistiksel olarak analiz edilmesi</w:t>
            </w:r>
          </w:p>
        </w:tc>
        <w:tc>
          <w:tcPr>
            <w:tcW w:w="2635" w:type="dxa"/>
            <w:vAlign w:val="center"/>
          </w:tcPr>
          <w:p w:rsidR="0077749C" w:rsidP="00191736" w:rsidRDefault="00A84EF9" w14:paraId="492C8E57" w14:textId="68CBD174">
            <w:pPr>
              <w:spacing w:before="40" w:after="40"/>
            </w:pPr>
            <w:proofErr w:type="spellStart"/>
            <w:r w:rsidRPr="00A84EF9">
              <w:t>İstatistik</w:t>
            </w:r>
            <w:proofErr w:type="spellEnd"/>
            <w:r w:rsidRPr="00A84EF9">
              <w:t xml:space="preserve"> </w:t>
            </w:r>
            <w:proofErr w:type="spellStart"/>
            <w:r w:rsidRPr="00A84EF9">
              <w:t>Danışmanlık</w:t>
            </w:r>
            <w:proofErr w:type="spellEnd"/>
            <w:r w:rsidRPr="00A84EF9">
              <w:t xml:space="preserve"> </w:t>
            </w:r>
            <w:proofErr w:type="spellStart"/>
            <w:r w:rsidRPr="00A84EF9">
              <w:t>Uygulama</w:t>
            </w:r>
            <w:proofErr w:type="spellEnd"/>
            <w:r w:rsidRPr="00A84EF9">
              <w:t xml:space="preserve"> </w:t>
            </w:r>
            <w:proofErr w:type="spellStart"/>
            <w:r w:rsidRPr="00A84EF9">
              <w:t>ve</w:t>
            </w:r>
            <w:proofErr w:type="spellEnd"/>
            <w:r w:rsidRPr="00A84EF9">
              <w:t xml:space="preserve"> </w:t>
            </w:r>
            <w:proofErr w:type="spellStart"/>
            <w:r w:rsidRPr="00A84EF9">
              <w:t>Araştırma</w:t>
            </w:r>
            <w:proofErr w:type="spellEnd"/>
            <w:r w:rsidRPr="00A84EF9">
              <w:t xml:space="preserve"> </w:t>
            </w:r>
            <w:proofErr w:type="spellStart"/>
            <w:r w:rsidRPr="00A84EF9">
              <w:t>Merkezi</w:t>
            </w:r>
            <w:proofErr w:type="spellEnd"/>
            <w:r w:rsidRPr="00A84EF9">
              <w:t xml:space="preserve"> (IDUAM)</w:t>
            </w:r>
          </w:p>
        </w:tc>
        <w:tc>
          <w:tcPr>
            <w:tcW w:w="2635" w:type="dxa"/>
            <w:vAlign w:val="center"/>
          </w:tcPr>
          <w:p w:rsidR="0077749C" w:rsidP="00191736" w:rsidRDefault="00000000" w14:paraId="4D5D73F9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77749C" w:rsidP="00191736" w:rsidRDefault="00000000" w14:paraId="15370588" w14:textId="77777777">
            <w:pPr>
              <w:spacing w:before="40" w:after="40"/>
            </w:pPr>
            <w:r>
              <w:t>EBYS</w:t>
            </w:r>
          </w:p>
        </w:tc>
      </w:tr>
      <w:tr w:rsidR="0077749C" w:rsidTr="00191736" w14:paraId="21E952A7" w14:textId="77777777">
        <w:trPr>
          <w:jc w:val="center"/>
        </w:trPr>
        <w:tc>
          <w:tcPr>
            <w:tcW w:w="2635" w:type="dxa"/>
          </w:tcPr>
          <w:p w:rsidR="0077749C" w:rsidRDefault="00000000" w14:paraId="6014CC06" w14:textId="77777777">
            <w:pPr>
              <w:spacing w:before="40" w:after="40"/>
            </w:pPr>
            <w:r>
              <w:t>4. Analiz sonuçlarının bölüm/program bazında raporlanması</w:t>
            </w:r>
          </w:p>
        </w:tc>
        <w:tc>
          <w:tcPr>
            <w:tcW w:w="2635" w:type="dxa"/>
            <w:vAlign w:val="center"/>
          </w:tcPr>
          <w:p w:rsidR="0077749C" w:rsidP="00191736" w:rsidRDefault="00A84EF9" w14:paraId="18E3E8E9" w14:textId="401835A1">
            <w:pPr>
              <w:spacing w:before="40" w:after="40"/>
            </w:pPr>
            <w:proofErr w:type="spellStart"/>
            <w:r w:rsidRPr="00A84EF9">
              <w:t>İstatistik</w:t>
            </w:r>
            <w:proofErr w:type="spellEnd"/>
            <w:r w:rsidRPr="00A84EF9">
              <w:t xml:space="preserve"> </w:t>
            </w:r>
            <w:proofErr w:type="spellStart"/>
            <w:r w:rsidRPr="00A84EF9">
              <w:t>Danışmanlık</w:t>
            </w:r>
            <w:proofErr w:type="spellEnd"/>
            <w:r w:rsidRPr="00A84EF9">
              <w:t xml:space="preserve"> </w:t>
            </w:r>
            <w:proofErr w:type="spellStart"/>
            <w:r w:rsidRPr="00A84EF9">
              <w:t>Uygulama</w:t>
            </w:r>
            <w:proofErr w:type="spellEnd"/>
            <w:r w:rsidRPr="00A84EF9">
              <w:t xml:space="preserve"> </w:t>
            </w:r>
            <w:proofErr w:type="spellStart"/>
            <w:r w:rsidRPr="00A84EF9">
              <w:t>ve</w:t>
            </w:r>
            <w:proofErr w:type="spellEnd"/>
            <w:r w:rsidRPr="00A84EF9">
              <w:t xml:space="preserve"> </w:t>
            </w:r>
            <w:proofErr w:type="spellStart"/>
            <w:r w:rsidRPr="00A84EF9">
              <w:t>Araştırma</w:t>
            </w:r>
            <w:proofErr w:type="spellEnd"/>
            <w:r w:rsidRPr="00A84EF9">
              <w:t xml:space="preserve"> </w:t>
            </w:r>
            <w:proofErr w:type="spellStart"/>
            <w:r w:rsidRPr="00A84EF9">
              <w:t>Merkezi</w:t>
            </w:r>
            <w:proofErr w:type="spellEnd"/>
            <w:r w:rsidRPr="00A84EF9">
              <w:t xml:space="preserve"> (IDUAM)</w:t>
            </w:r>
          </w:p>
        </w:tc>
        <w:tc>
          <w:tcPr>
            <w:tcW w:w="2635" w:type="dxa"/>
            <w:vAlign w:val="center"/>
          </w:tcPr>
          <w:p w:rsidR="0077749C" w:rsidP="00191736" w:rsidRDefault="00000000" w14:paraId="7A6AE73E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77749C" w:rsidP="00191736" w:rsidRDefault="00000000" w14:paraId="723622FE" w14:textId="77777777">
            <w:pPr>
              <w:spacing w:before="40" w:after="40"/>
            </w:pPr>
            <w:r>
              <w:t>EBYS</w:t>
            </w:r>
          </w:p>
        </w:tc>
      </w:tr>
      <w:tr w:rsidR="0077749C" w:rsidTr="00191736" w14:paraId="1D2ADB13" w14:textId="77777777">
        <w:trPr>
          <w:jc w:val="center"/>
        </w:trPr>
        <w:tc>
          <w:tcPr>
            <w:tcW w:w="2635" w:type="dxa"/>
          </w:tcPr>
          <w:p w:rsidR="0077749C" w:rsidRDefault="00000000" w14:paraId="0F148532" w14:textId="77777777">
            <w:pPr>
              <w:spacing w:before="40" w:after="40"/>
            </w:pPr>
            <w:r>
              <w:lastRenderedPageBreak/>
              <w:t>5. Sonuçların birim yöneticilerine ve eğitim komisyonuna iletilmesi</w:t>
            </w:r>
          </w:p>
        </w:tc>
        <w:tc>
          <w:tcPr>
            <w:tcW w:w="2635" w:type="dxa"/>
            <w:vAlign w:val="center"/>
          </w:tcPr>
          <w:p w:rsidR="0077749C" w:rsidP="00191736" w:rsidRDefault="00A84EF9" w14:paraId="21468F4E" w14:textId="5C1721FD">
            <w:pPr>
              <w:spacing w:before="40" w:after="40"/>
            </w:pPr>
            <w:proofErr w:type="spellStart"/>
            <w:r w:rsidRPr="00A84EF9">
              <w:t>İstatistik</w:t>
            </w:r>
            <w:proofErr w:type="spellEnd"/>
            <w:r w:rsidRPr="00A84EF9">
              <w:t xml:space="preserve"> </w:t>
            </w:r>
            <w:proofErr w:type="spellStart"/>
            <w:r w:rsidRPr="00A84EF9">
              <w:t>Danışmanlık</w:t>
            </w:r>
            <w:proofErr w:type="spellEnd"/>
            <w:r w:rsidRPr="00A84EF9">
              <w:t xml:space="preserve"> </w:t>
            </w:r>
            <w:proofErr w:type="spellStart"/>
            <w:r w:rsidRPr="00A84EF9">
              <w:t>Uygulama</w:t>
            </w:r>
            <w:proofErr w:type="spellEnd"/>
            <w:r w:rsidRPr="00A84EF9">
              <w:t xml:space="preserve"> </w:t>
            </w:r>
            <w:proofErr w:type="spellStart"/>
            <w:r w:rsidRPr="00A84EF9">
              <w:t>ve</w:t>
            </w:r>
            <w:proofErr w:type="spellEnd"/>
            <w:r w:rsidRPr="00A84EF9">
              <w:t xml:space="preserve"> </w:t>
            </w:r>
            <w:proofErr w:type="spellStart"/>
            <w:r w:rsidRPr="00A84EF9">
              <w:t>Araştırma</w:t>
            </w:r>
            <w:proofErr w:type="spellEnd"/>
            <w:r w:rsidRPr="00A84EF9">
              <w:t xml:space="preserve"> </w:t>
            </w:r>
            <w:proofErr w:type="spellStart"/>
            <w:r w:rsidRPr="00A84EF9">
              <w:t>Merkezi</w:t>
            </w:r>
            <w:proofErr w:type="spellEnd"/>
            <w:r w:rsidRPr="00A84EF9">
              <w:t xml:space="preserve"> (IDUAM)</w:t>
            </w:r>
          </w:p>
        </w:tc>
        <w:tc>
          <w:tcPr>
            <w:tcW w:w="2635" w:type="dxa"/>
            <w:vAlign w:val="center"/>
          </w:tcPr>
          <w:p w:rsidR="0077749C" w:rsidP="00191736" w:rsidRDefault="00000000" w14:paraId="2AF46965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77749C" w:rsidP="00191736" w:rsidRDefault="00000000" w14:paraId="7D7C1B28" w14:textId="77777777">
            <w:pPr>
              <w:spacing w:before="40" w:after="40"/>
            </w:pPr>
            <w:r>
              <w:t>EBYS</w:t>
            </w:r>
          </w:p>
        </w:tc>
      </w:tr>
      <w:tr w:rsidR="0077749C" w14:paraId="3C95D8C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76591" w:rsidR="0077749C" w:rsidRDefault="00000000" w14:paraId="10232007" w14:textId="77777777">
            <w:pPr>
              <w:spacing w:before="40" w:after="40"/>
              <w:rPr>
                <w:b/>
                <w:bCs/>
              </w:rPr>
            </w:pPr>
            <w:r w:rsidRPr="00176591">
              <w:rPr>
                <w:b/>
                <w:bCs/>
              </w:rPr>
              <w:t>İzleme Kriterleri:</w:t>
            </w:r>
          </w:p>
          <w:p w:rsidR="0077749C" w:rsidRDefault="00000000" w14:paraId="2E9061E5" w14:textId="77777777">
            <w:pPr>
              <w:spacing w:before="40" w:after="40"/>
            </w:pPr>
            <w:r>
              <w:t>1. Mezun memnuniyet anketi katılım oranı (%)</w:t>
            </w:r>
          </w:p>
          <w:p w:rsidR="0077749C" w:rsidRDefault="00000000" w14:paraId="74084E41" w14:textId="77777777">
            <w:pPr>
              <w:spacing w:before="40" w:after="40"/>
            </w:pPr>
            <w:r>
              <w:t>2. Genel memnuniyet ortalama puanı (5 üzerinden)</w:t>
            </w:r>
          </w:p>
          <w:p w:rsidR="0077749C" w:rsidRDefault="00000000" w14:paraId="7DAEF910" w14:textId="77777777">
            <w:pPr>
              <w:spacing w:before="40" w:after="40"/>
            </w:pPr>
            <w:r>
              <w:t>3. Memnuniyet puanı düşük olan program sayısı</w:t>
            </w:r>
          </w:p>
        </w:tc>
      </w:tr>
      <w:tr w:rsidR="0077749C" w14:paraId="60BDCC18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76591" w:rsidR="0077749C" w:rsidRDefault="00000000" w14:paraId="5BA9BE14" w14:textId="77777777">
            <w:pPr>
              <w:spacing w:before="40" w:after="40"/>
              <w:rPr>
                <w:b/>
                <w:bCs/>
              </w:rPr>
            </w:pPr>
            <w:r w:rsidRPr="00176591">
              <w:rPr>
                <w:b/>
                <w:bCs/>
              </w:rPr>
              <w:t>Riskler:</w:t>
            </w:r>
          </w:p>
          <w:p w:rsidR="0077749C" w:rsidRDefault="00000000" w14:paraId="19EDEE2B" w14:textId="77777777">
            <w:pPr>
              <w:spacing w:before="40" w:after="40"/>
            </w:pPr>
            <w:r>
              <w:t>1. Anket katılımının düşük kalması nedeniyle sonuçların temsili olmaması</w:t>
            </w:r>
          </w:p>
          <w:p w:rsidR="0077749C" w:rsidRDefault="00000000" w14:paraId="57D6A67C" w14:textId="77777777">
            <w:pPr>
              <w:spacing w:before="40" w:after="40"/>
            </w:pPr>
            <w:r>
              <w:t>2. Anket sonuçlarının analiz edilmeden arşivlenmesi nedeniyle geri bildirim döngüsünün tamamlanmaması</w:t>
            </w:r>
          </w:p>
        </w:tc>
      </w:tr>
      <w:tr w:rsidR="0077749C" w14:paraId="09A5A0EF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76591" w:rsidR="0077749C" w:rsidRDefault="00000000" w14:paraId="6C4BA7E2" w14:textId="77777777">
            <w:pPr>
              <w:spacing w:before="40" w:after="40"/>
              <w:rPr>
                <w:b/>
                <w:bCs/>
              </w:rPr>
            </w:pPr>
            <w:r w:rsidRPr="00176591">
              <w:rPr>
                <w:b/>
                <w:bCs/>
              </w:rPr>
              <w:t>Fırsatlar:</w:t>
            </w:r>
          </w:p>
          <w:p w:rsidR="0077749C" w:rsidRDefault="00000000" w14:paraId="2D7469E9" w14:textId="77777777">
            <w:pPr>
              <w:spacing w:before="40" w:after="40"/>
            </w:pPr>
            <w:r>
              <w:t>1. Mezun geri bildirimlerinin akreditasyon öz değerlendirme raporlarına doğrudan girdi sağlaması</w:t>
            </w:r>
          </w:p>
          <w:p w:rsidR="0077749C" w:rsidRDefault="00000000" w14:paraId="660FDD31" w14:textId="77777777">
            <w:pPr>
              <w:spacing w:before="40" w:after="40"/>
            </w:pPr>
            <w:r>
              <w:t>2. Düzenli memnuniyet takibinin kurumsal itibarı güçlendirmesi</w:t>
            </w:r>
          </w:p>
        </w:tc>
      </w:tr>
    </w:tbl>
    <w:p w:rsidR="0077749C" w:rsidRDefault="0077749C" w14:paraId="321B952A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77749C" w14:paraId="28B8D86B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77749C" w:rsidRDefault="00000000" w14:paraId="673649C4" w14:textId="77777777">
            <w:pPr>
              <w:spacing w:before="40" w:after="40"/>
              <w:jc w:val="center"/>
            </w:pPr>
            <w:r>
              <w:rPr>
                <w:b/>
              </w:rPr>
              <w:t>F1.6.4 İşveren Geri Bildirim ve Memnuniyet Takibi</w:t>
            </w:r>
          </w:p>
        </w:tc>
      </w:tr>
      <w:tr w:rsidR="0077749C" w14:paraId="55367C06" w14:textId="77777777">
        <w:trPr>
          <w:jc w:val="center"/>
        </w:trPr>
        <w:tc>
          <w:tcPr>
            <w:tcW w:w="10540" w:type="dxa"/>
            <w:gridSpan w:val="4"/>
          </w:tcPr>
          <w:p w:rsidR="0077749C" w:rsidRDefault="00000000" w14:paraId="56535025" w14:textId="77777777">
            <w:pPr>
              <w:spacing w:before="40" w:after="40"/>
            </w:pPr>
            <w:r w:rsidRPr="00176591">
              <w:rPr>
                <w:b/>
                <w:bCs/>
              </w:rPr>
              <w:t>Faaliyetin Amacı:</w:t>
            </w:r>
            <w:r>
              <w:t xml:space="preserve"> İşverenlerin mezunların yetkinlikleri hakkındaki değerlendirmelerinin toplanmasını ve program iyileştirme sürecine aktarılmasını sağlamak</w:t>
            </w:r>
          </w:p>
        </w:tc>
      </w:tr>
      <w:tr w:rsidR="0077749C" w14:paraId="1FA60491" w14:textId="77777777">
        <w:trPr>
          <w:jc w:val="center"/>
        </w:trPr>
        <w:tc>
          <w:tcPr>
            <w:tcW w:w="10540" w:type="dxa"/>
            <w:gridSpan w:val="4"/>
          </w:tcPr>
          <w:p w:rsidR="0077749C" w:rsidRDefault="00000000" w14:paraId="2640D131" w14:textId="2B3A074A">
            <w:pPr>
              <w:spacing w:before="40" w:after="40"/>
            </w:pPr>
            <w:proofErr w:type="spellStart"/>
            <w:r w:rsidRPr="00176591">
              <w:rPr>
                <w:b/>
                <w:bCs/>
              </w:rPr>
              <w:t>Faaliyetin</w:t>
            </w:r>
            <w:proofErr w:type="spellEnd"/>
            <w:r w:rsidRPr="00176591">
              <w:rPr>
                <w:b/>
                <w:bCs/>
              </w:rPr>
              <w:t xml:space="preserve"> </w:t>
            </w:r>
            <w:proofErr w:type="spellStart"/>
            <w:r w:rsidRPr="00176591">
              <w:rPr>
                <w:b/>
                <w:bCs/>
              </w:rPr>
              <w:t>Yürütüldüğü</w:t>
            </w:r>
            <w:proofErr w:type="spellEnd"/>
            <w:r w:rsidRPr="00176591">
              <w:rPr>
                <w:b/>
                <w:bCs/>
              </w:rPr>
              <w:t xml:space="preserve"> Birimler:</w:t>
            </w:r>
            <w:r>
              <w:t xml:space="preserve"> </w:t>
            </w:r>
            <w:proofErr w:type="spellStart"/>
            <w:r w:rsidR="00191736">
              <w:t>Kariyer</w:t>
            </w:r>
            <w:proofErr w:type="spellEnd"/>
            <w:r w:rsidR="00191736">
              <w:t xml:space="preserve"> </w:t>
            </w:r>
            <w:proofErr w:type="spellStart"/>
            <w:r w:rsidR="00191736">
              <w:t>Yönlendirme</w:t>
            </w:r>
            <w:proofErr w:type="spellEnd"/>
            <w:r w:rsidR="00191736">
              <w:t xml:space="preserve"> </w:t>
            </w:r>
            <w:proofErr w:type="spellStart"/>
            <w:r w:rsidR="00191736">
              <w:t>ve</w:t>
            </w:r>
            <w:proofErr w:type="spellEnd"/>
            <w:r w:rsidR="00191736">
              <w:t xml:space="preserve"> </w:t>
            </w:r>
            <w:proofErr w:type="spellStart"/>
            <w:r w:rsidR="00191736">
              <w:t>Bilgilendirme</w:t>
            </w:r>
            <w:proofErr w:type="spellEnd"/>
            <w:r w:rsidR="00191736">
              <w:t xml:space="preserve"> </w:t>
            </w:r>
            <w:proofErr w:type="spellStart"/>
            <w:r w:rsidR="00191736">
              <w:t>Uygulama</w:t>
            </w:r>
            <w:proofErr w:type="spellEnd"/>
            <w:r w:rsidR="00191736">
              <w:t xml:space="preserve"> </w:t>
            </w:r>
            <w:proofErr w:type="spellStart"/>
            <w:r w:rsidR="00191736">
              <w:t>ve</w:t>
            </w:r>
            <w:proofErr w:type="spellEnd"/>
            <w:r w:rsidR="00191736">
              <w:t xml:space="preserve"> </w:t>
            </w:r>
            <w:proofErr w:type="spellStart"/>
            <w:r w:rsidR="00191736">
              <w:t>Araştırma</w:t>
            </w:r>
            <w:proofErr w:type="spellEnd"/>
            <w:r w:rsidR="00191736">
              <w:t xml:space="preserve"> </w:t>
            </w:r>
            <w:proofErr w:type="spellStart"/>
            <w:r w:rsidR="00191736">
              <w:t>Merkezi</w:t>
            </w:r>
            <w:proofErr w:type="spellEnd"/>
            <w:r>
              <w:t xml:space="preserve">, </w:t>
            </w:r>
            <w:hyperlink r:id="rId17">
              <w:r w:rsidRPr="00D21D12" w:rsidR="00D21D12">
                <w:rPr>
                  <w:color w:val="0563C1"/>
                  <w:u w:val="single"/>
                </w:rPr>
                <w:t xml:space="preserve">GRÜ </w:t>
              </w:r>
              <w:r w:rsidRPr="00D21D12" w:rsidR="00D21D12">
                <w:rPr>
                  <w:color w:val="0563C1"/>
                  <w:u w:val="single"/>
                </w:rPr>
                <w:t>İstatistik</w:t>
              </w:r>
              <w:r w:rsidRPr="00D21D12" w:rsidR="00D21D12">
                <w:rPr>
                  <w:color w:val="0563C1"/>
                  <w:u w:val="single"/>
                </w:rPr>
                <w:t xml:space="preserve"> </w:t>
              </w:r>
              <w:r w:rsidRPr="00D21D12" w:rsidR="00D21D12">
                <w:rPr>
                  <w:color w:val="0563C1"/>
                  <w:u w:val="single"/>
                </w:rPr>
                <w:t>Danışmanlık</w:t>
              </w:r>
              <w:r w:rsidRPr="00D21D12" w:rsidR="00D21D12">
                <w:rPr>
                  <w:color w:val="0563C1"/>
                  <w:u w:val="single"/>
                </w:rPr>
                <w:t xml:space="preserve"> </w:t>
              </w:r>
              <w:r w:rsidRPr="00D21D12" w:rsidR="00D21D12">
                <w:rPr>
                  <w:color w:val="0563C1"/>
                  <w:u w:val="single"/>
                </w:rPr>
                <w:t>Uygulama</w:t>
              </w:r>
              <w:r w:rsidRPr="00D21D12" w:rsidR="00D21D12">
                <w:rPr>
                  <w:color w:val="0563C1"/>
                  <w:u w:val="single"/>
                </w:rPr>
                <w:t xml:space="preserve"> </w:t>
              </w:r>
              <w:r w:rsidRPr="00D21D12" w:rsidR="00D21D12">
                <w:rPr>
                  <w:color w:val="0563C1"/>
                  <w:u w:val="single"/>
                </w:rPr>
                <w:t>ve</w:t>
              </w:r>
              <w:r w:rsidRPr="00D21D12" w:rsidR="00D21D12">
                <w:rPr>
                  <w:color w:val="0563C1"/>
                  <w:u w:val="single"/>
                </w:rPr>
                <w:t xml:space="preserve"> </w:t>
              </w:r>
              <w:r w:rsidRPr="00D21D12" w:rsidR="00D21D12">
                <w:rPr>
                  <w:color w:val="0563C1"/>
                  <w:u w:val="single"/>
                </w:rPr>
                <w:t>Araştırma</w:t>
              </w:r>
              <w:r w:rsidRPr="00D21D12" w:rsidR="00D21D12">
                <w:rPr>
                  <w:color w:val="0563C1"/>
                  <w:u w:val="single"/>
                </w:rPr>
                <w:t xml:space="preserve"> </w:t>
              </w:r>
              <w:r w:rsidRPr="00D21D12" w:rsidR="00D21D12">
                <w:rPr>
                  <w:color w:val="0563C1"/>
                  <w:u w:val="single"/>
                </w:rPr>
                <w:t>Merkezi</w:t>
              </w:r>
              <w:r w:rsidRPr="00D21D12" w:rsidR="00D21D12">
                <w:rPr>
                  <w:color w:val="0563C1"/>
                  <w:u w:val="single"/>
                </w:rPr>
                <w:t xml:space="preserve"> Yönetmeliği</w:t>
              </w:r>
            </w:hyperlink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 w:rsidR="00D21D12">
              <w:rPr>
                <w:color w:val="000000" w:themeColor="text1"/>
              </w:rPr>
              <w:t xml:space="preserve">, </w:t>
            </w:r>
            <w:proofErr w:type="spellStart"/>
            <w:r>
              <w:t>Fakülte</w:t>
            </w:r>
            <w:proofErr w:type="spellEnd"/>
            <w:r>
              <w:t>/YO/MYO/</w:t>
            </w:r>
            <w:proofErr w:type="spellStart"/>
            <w:r>
              <w:t>Enstitü</w:t>
            </w:r>
            <w:proofErr w:type="spellEnd"/>
          </w:p>
        </w:tc>
      </w:tr>
      <w:tr w:rsidR="0077749C" w14:paraId="351BCF64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77749C" w:rsidRDefault="00000000" w14:paraId="3F09F841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77749C" w:rsidRDefault="00000000" w14:paraId="7C85BDAF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77749C" w:rsidRDefault="00000000" w14:paraId="31CAEE3E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77749C" w:rsidRDefault="00000000" w14:paraId="51228A2D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77749C" w:rsidTr="00D21D12" w14:paraId="2A6E89F7" w14:textId="77777777">
        <w:trPr>
          <w:jc w:val="center"/>
        </w:trPr>
        <w:tc>
          <w:tcPr>
            <w:tcW w:w="2635" w:type="dxa"/>
          </w:tcPr>
          <w:p w:rsidR="0077749C" w:rsidRDefault="00000000" w14:paraId="06F01084" w14:textId="77777777">
            <w:pPr>
              <w:spacing w:before="40" w:after="40"/>
            </w:pPr>
            <w:r>
              <w:t>1. İşveren memnuniyet anketi sorularının program çıktılarıyla eşleştirilerek hazırlanması</w:t>
            </w:r>
          </w:p>
        </w:tc>
        <w:tc>
          <w:tcPr>
            <w:tcW w:w="2635" w:type="dxa"/>
            <w:vAlign w:val="center"/>
          </w:tcPr>
          <w:p w:rsidR="0077749C" w:rsidP="00D21D12" w:rsidRDefault="00191736" w14:paraId="42B63B9F" w14:textId="095F955F">
            <w:pPr>
              <w:spacing w:before="40" w:after="40"/>
            </w:pPr>
            <w:proofErr w:type="spellStart"/>
            <w:r>
              <w:t>Kariyer</w:t>
            </w:r>
            <w:proofErr w:type="spellEnd"/>
            <w:r>
              <w:t xml:space="preserve"> Yönlendirme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Bilgilendirme</w:t>
            </w:r>
            <w:proofErr w:type="spellEnd"/>
            <w:r>
              <w:t xml:space="preserve"> </w:t>
            </w:r>
            <w:proofErr w:type="spellStart"/>
            <w:r>
              <w:t>Uygulama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Araştırma</w:t>
            </w:r>
            <w:proofErr w:type="spellEnd"/>
            <w:r>
              <w:t xml:space="preserve"> </w:t>
            </w:r>
            <w:proofErr w:type="spellStart"/>
            <w:r>
              <w:t>Merkezi</w:t>
            </w:r>
            <w:proofErr w:type="spellEnd"/>
            <w:r>
              <w:t xml:space="preserve">, </w:t>
            </w:r>
            <w:hyperlink r:id="rId17">
              <w:r w:rsidRPr="00D21D12" w:rsidR="00D21D12">
                <w:rPr>
                  <w:color w:val="0563C1"/>
                  <w:u w:val="single"/>
                </w:rPr>
                <w:t xml:space="preserve">GRÜ </w:t>
              </w:r>
              <w:r w:rsidRPr="00D21D12" w:rsidR="00D21D12">
                <w:rPr>
                  <w:color w:val="0563C1"/>
                  <w:u w:val="single"/>
                </w:rPr>
                <w:t>İstatistik</w:t>
              </w:r>
              <w:r w:rsidRPr="00D21D12" w:rsidR="00D21D12">
                <w:rPr>
                  <w:color w:val="0563C1"/>
                  <w:u w:val="single"/>
                </w:rPr>
                <w:t xml:space="preserve"> </w:t>
              </w:r>
              <w:r w:rsidRPr="00D21D12" w:rsidR="00D21D12">
                <w:rPr>
                  <w:color w:val="0563C1"/>
                  <w:u w:val="single"/>
                </w:rPr>
                <w:t>Danışmanlık</w:t>
              </w:r>
              <w:r w:rsidRPr="00D21D12" w:rsidR="00D21D12">
                <w:rPr>
                  <w:color w:val="0563C1"/>
                  <w:u w:val="single"/>
                </w:rPr>
                <w:t xml:space="preserve"> </w:t>
              </w:r>
              <w:r w:rsidRPr="00D21D12" w:rsidR="00D21D12">
                <w:rPr>
                  <w:color w:val="0563C1"/>
                  <w:u w:val="single"/>
                </w:rPr>
                <w:t>Uygulama</w:t>
              </w:r>
              <w:r w:rsidRPr="00D21D12" w:rsidR="00D21D12">
                <w:rPr>
                  <w:color w:val="0563C1"/>
                  <w:u w:val="single"/>
                </w:rPr>
                <w:t xml:space="preserve"> </w:t>
              </w:r>
              <w:r w:rsidRPr="00D21D12" w:rsidR="00D21D12">
                <w:rPr>
                  <w:color w:val="0563C1"/>
                  <w:u w:val="single"/>
                </w:rPr>
                <w:t>ve</w:t>
              </w:r>
              <w:r w:rsidRPr="00D21D12" w:rsidR="00D21D12">
                <w:rPr>
                  <w:color w:val="0563C1"/>
                  <w:u w:val="single"/>
                </w:rPr>
                <w:t xml:space="preserve"> </w:t>
              </w:r>
              <w:r w:rsidRPr="00D21D12" w:rsidR="00D21D12">
                <w:rPr>
                  <w:color w:val="0563C1"/>
                  <w:u w:val="single"/>
                </w:rPr>
                <w:t>Araştırma</w:t>
              </w:r>
              <w:r w:rsidRPr="00D21D12" w:rsidR="00D21D12">
                <w:rPr>
                  <w:color w:val="0563C1"/>
                  <w:u w:val="single"/>
                </w:rPr>
                <w:t xml:space="preserve"> </w:t>
              </w:r>
              <w:r w:rsidRPr="00D21D12" w:rsidR="00D21D12">
                <w:rPr>
                  <w:color w:val="0563C1"/>
                  <w:u w:val="single"/>
                </w:rPr>
                <w:t>Merkezi</w:t>
              </w:r>
              <w:r w:rsidRPr="00D21D12" w:rsidR="00D21D12">
                <w:rPr>
                  <w:color w:val="0563C1"/>
                  <w:u w:val="single"/>
                </w:rPr>
                <w:t xml:space="preserve"> </w:t>
              </w:r>
              <w:r w:rsidRPr="00D21D12" w:rsidR="00D21D12">
                <w:rPr>
                  <w:color w:val="0563C1"/>
                  <w:u w:val="single"/>
                </w:rPr>
                <w:t>Yönetmeliği</w:t>
              </w:r>
            </w:hyperlink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gramStart"/>
            <w:proofErr w:type="spellEnd"/>
            <w:r w:rsidR="00D21D12">
              <w:t xml:space="preserve"> ,</w:t>
            </w:r>
            <w:proofErr w:type="gramEnd"/>
            <w:r w:rsidR="00D21D12">
              <w:t xml:space="preserve"> </w:t>
            </w:r>
            <w:proofErr w:type="spellStart"/>
            <w:r>
              <w:t>Eğitim</w:t>
            </w:r>
            <w:proofErr w:type="spellEnd"/>
            <w:r>
              <w:t xml:space="preserve"> </w:t>
            </w:r>
            <w:proofErr w:type="spellStart"/>
            <w:r>
              <w:t>Komisyonu</w:t>
            </w:r>
            <w:proofErr w:type="spellEnd"/>
          </w:p>
        </w:tc>
        <w:tc>
          <w:tcPr>
            <w:tcW w:w="2635" w:type="dxa"/>
            <w:vAlign w:val="center"/>
          </w:tcPr>
          <w:p w:rsidR="0077749C" w:rsidP="00D21D12" w:rsidRDefault="00D21D12" w14:paraId="641A07EB" w14:textId="561A376C">
            <w:pPr>
              <w:spacing w:before="40" w:after="40"/>
            </w:pPr>
            <w:hyperlink r:id="rId17">
              <w:r w:rsidRPr="00D21D12">
                <w:rPr>
                  <w:color w:val="0563C1"/>
                  <w:u w:val="single"/>
                </w:rPr>
                <w:t xml:space="preserve">GRÜ </w:t>
              </w:r>
              <w:r w:rsidRPr="00D21D12">
                <w:rPr>
                  <w:color w:val="0563C1"/>
                  <w:u w:val="single"/>
                </w:rPr>
                <w:t>İstatistik</w:t>
              </w:r>
              <w:r w:rsidRPr="00D21D12">
                <w:rPr>
                  <w:color w:val="0563C1"/>
                  <w:u w:val="single"/>
                </w:rPr>
                <w:t xml:space="preserve"> </w:t>
              </w:r>
              <w:r w:rsidRPr="00D21D12">
                <w:rPr>
                  <w:color w:val="0563C1"/>
                  <w:u w:val="single"/>
                </w:rPr>
                <w:t>Danışmanlık</w:t>
              </w:r>
              <w:r w:rsidRPr="00D21D12">
                <w:rPr>
                  <w:color w:val="0563C1"/>
                  <w:u w:val="single"/>
                </w:rPr>
                <w:t xml:space="preserve"> </w:t>
              </w:r>
              <w:r w:rsidRPr="00D21D12">
                <w:rPr>
                  <w:color w:val="0563C1"/>
                  <w:u w:val="single"/>
                </w:rPr>
                <w:t>Uygulama</w:t>
              </w:r>
              <w:r w:rsidRPr="00D21D12">
                <w:rPr>
                  <w:color w:val="0563C1"/>
                  <w:u w:val="single"/>
                </w:rPr>
                <w:t xml:space="preserve"> </w:t>
              </w:r>
              <w:r w:rsidRPr="00D21D12">
                <w:rPr>
                  <w:color w:val="0563C1"/>
                  <w:u w:val="single"/>
                </w:rPr>
                <w:t>ve</w:t>
              </w:r>
              <w:r w:rsidRPr="00D21D12">
                <w:rPr>
                  <w:color w:val="0563C1"/>
                  <w:u w:val="single"/>
                </w:rPr>
                <w:t xml:space="preserve"> </w:t>
              </w:r>
              <w:r w:rsidRPr="00D21D12">
                <w:rPr>
                  <w:color w:val="0563C1"/>
                  <w:u w:val="single"/>
                </w:rPr>
                <w:t>Araştırma</w:t>
              </w:r>
              <w:r w:rsidRPr="00D21D12">
                <w:rPr>
                  <w:color w:val="0563C1"/>
                  <w:u w:val="single"/>
                </w:rPr>
                <w:t xml:space="preserve"> </w:t>
              </w:r>
              <w:r w:rsidRPr="00D21D12">
                <w:rPr>
                  <w:color w:val="0563C1"/>
                  <w:u w:val="single"/>
                </w:rPr>
                <w:t>Merkezi</w:t>
              </w:r>
              <w:r w:rsidRPr="00D21D12">
                <w:rPr>
                  <w:color w:val="0563C1"/>
                  <w:u w:val="single"/>
                </w:rPr>
                <w:t xml:space="preserve"> </w:t>
              </w:r>
              <w:r w:rsidRPr="00D21D12">
                <w:rPr>
                  <w:color w:val="0563C1"/>
                  <w:u w:val="single"/>
                </w:rPr>
                <w:t>Yönetmeliği</w:t>
              </w:r>
            </w:hyperlink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</w:p>
        </w:tc>
        <w:tc>
          <w:tcPr>
            <w:tcW w:w="2635" w:type="dxa"/>
            <w:vAlign w:val="center"/>
          </w:tcPr>
          <w:p w:rsidR="0077749C" w:rsidP="00D21D12" w:rsidRDefault="00000000" w14:paraId="55AEB54F" w14:textId="77777777">
            <w:pPr>
              <w:spacing w:before="40" w:after="40"/>
            </w:pPr>
            <w:r>
              <w:t>Elektronik Ortam</w:t>
            </w:r>
          </w:p>
        </w:tc>
      </w:tr>
      <w:tr w:rsidR="0077749C" w:rsidTr="00D21D12" w14:paraId="17480728" w14:textId="77777777">
        <w:trPr>
          <w:jc w:val="center"/>
        </w:trPr>
        <w:tc>
          <w:tcPr>
            <w:tcW w:w="2635" w:type="dxa"/>
          </w:tcPr>
          <w:p w:rsidR="0077749C" w:rsidRDefault="00000000" w14:paraId="6DAFA2A4" w14:textId="77777777">
            <w:pPr>
              <w:spacing w:before="40" w:after="40"/>
            </w:pPr>
            <w:r>
              <w:t>2. Anketlerin öncelikli işveren/staj kurumlarına uygulanması</w:t>
            </w:r>
          </w:p>
        </w:tc>
        <w:tc>
          <w:tcPr>
            <w:tcW w:w="2635" w:type="dxa"/>
            <w:vAlign w:val="center"/>
          </w:tcPr>
          <w:p w:rsidR="0077749C" w:rsidP="00D21D12" w:rsidRDefault="00191736" w14:paraId="05FF6C96" w14:textId="6B8DF8BD">
            <w:pPr>
              <w:spacing w:before="40" w:after="40"/>
            </w:pPr>
            <w:proofErr w:type="spellStart"/>
            <w:r>
              <w:t>Kariyer</w:t>
            </w:r>
            <w:proofErr w:type="spellEnd"/>
            <w:r>
              <w:t xml:space="preserve"> Yönlendirme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Bilgilendirme</w:t>
            </w:r>
            <w:proofErr w:type="spellEnd"/>
            <w:r>
              <w:t xml:space="preserve"> </w:t>
            </w:r>
            <w:proofErr w:type="spellStart"/>
            <w:r>
              <w:t>Uygulama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Araştırma</w:t>
            </w:r>
            <w:proofErr w:type="spellEnd"/>
            <w:r>
              <w:t xml:space="preserve"> </w:t>
            </w:r>
            <w:proofErr w:type="spellStart"/>
            <w:r>
              <w:t>Merkezi</w:t>
            </w:r>
            <w:proofErr w:type="spellEnd"/>
          </w:p>
        </w:tc>
        <w:tc>
          <w:tcPr>
            <w:tcW w:w="2635" w:type="dxa"/>
            <w:vAlign w:val="center"/>
          </w:tcPr>
          <w:p w:rsidR="0077749C" w:rsidP="00D21D12" w:rsidRDefault="00000000" w14:paraId="32F56579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77749C" w:rsidP="00D21D12" w:rsidRDefault="00000000" w14:paraId="0B42A887" w14:textId="77777777">
            <w:pPr>
              <w:spacing w:before="40" w:after="40"/>
            </w:pPr>
            <w:r>
              <w:t>Elektronik Ortam</w:t>
            </w:r>
          </w:p>
        </w:tc>
      </w:tr>
      <w:tr w:rsidR="0077749C" w:rsidTr="00D21D12" w14:paraId="6018DF5D" w14:textId="77777777">
        <w:trPr>
          <w:jc w:val="center"/>
        </w:trPr>
        <w:tc>
          <w:tcPr>
            <w:tcW w:w="2635" w:type="dxa"/>
          </w:tcPr>
          <w:p w:rsidR="0077749C" w:rsidRDefault="00000000" w14:paraId="41474147" w14:textId="77777777">
            <w:pPr>
              <w:spacing w:before="40" w:after="40"/>
            </w:pPr>
            <w:r>
              <w:t>3. Sektörel buluşma ve danışma kurulu toplantıları ile nitel geri bildirim alınması</w:t>
            </w:r>
          </w:p>
        </w:tc>
        <w:tc>
          <w:tcPr>
            <w:tcW w:w="2635" w:type="dxa"/>
            <w:vAlign w:val="center"/>
          </w:tcPr>
          <w:p w:rsidR="0077749C" w:rsidP="00D21D12" w:rsidRDefault="00191736" w14:paraId="65A02006" w14:textId="6659AD1E">
            <w:pPr>
              <w:spacing w:before="40" w:after="40"/>
            </w:pPr>
            <w:proofErr w:type="spellStart"/>
            <w:r>
              <w:t>Kariyer</w:t>
            </w:r>
            <w:proofErr w:type="spellEnd"/>
            <w:r>
              <w:t xml:space="preserve"> Yönlendirme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Bilgilendirme</w:t>
            </w:r>
            <w:proofErr w:type="spellEnd"/>
            <w:r>
              <w:t xml:space="preserve"> </w:t>
            </w:r>
            <w:proofErr w:type="spellStart"/>
            <w:r>
              <w:t>Uygulama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Araştırma</w:t>
            </w:r>
            <w:proofErr w:type="spellEnd"/>
            <w:r>
              <w:t xml:space="preserve"> </w:t>
            </w:r>
            <w:proofErr w:type="spellStart"/>
            <w:r>
              <w:t>Merkezi</w:t>
            </w:r>
            <w:proofErr w:type="spellEnd"/>
            <w:r>
              <w:t>, Dekan</w:t>
            </w:r>
          </w:p>
        </w:tc>
        <w:tc>
          <w:tcPr>
            <w:tcW w:w="2635" w:type="dxa"/>
            <w:vAlign w:val="center"/>
          </w:tcPr>
          <w:p w:rsidR="0077749C" w:rsidP="00D21D12" w:rsidRDefault="00000000" w14:paraId="4AF98136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77749C" w:rsidP="00D21D12" w:rsidRDefault="00000000" w14:paraId="60DED832" w14:textId="77777777">
            <w:pPr>
              <w:spacing w:before="40" w:after="40"/>
            </w:pPr>
            <w:r>
              <w:t>EBYS</w:t>
            </w:r>
          </w:p>
        </w:tc>
      </w:tr>
      <w:tr w:rsidR="0077749C" w:rsidTr="00D21D12" w14:paraId="28A6D5C1" w14:textId="77777777">
        <w:trPr>
          <w:jc w:val="center"/>
        </w:trPr>
        <w:tc>
          <w:tcPr>
            <w:tcW w:w="2635" w:type="dxa"/>
          </w:tcPr>
          <w:p w:rsidR="0077749C" w:rsidRDefault="00000000" w14:paraId="353DCD86" w14:textId="77777777">
            <w:pPr>
              <w:spacing w:before="40" w:after="40"/>
            </w:pPr>
            <w:r>
              <w:t>4. İşveren geri bildirimlerinin analiz edilmesi ve raporlanması</w:t>
            </w:r>
          </w:p>
        </w:tc>
        <w:tc>
          <w:tcPr>
            <w:tcW w:w="2635" w:type="dxa"/>
            <w:vAlign w:val="center"/>
          </w:tcPr>
          <w:p w:rsidR="0077749C" w:rsidP="00D21D12" w:rsidRDefault="00191736" w14:paraId="1F02663F" w14:textId="64DA4CC2">
            <w:pPr>
              <w:spacing w:before="40" w:after="40"/>
            </w:pPr>
            <w:proofErr w:type="spellStart"/>
            <w:r>
              <w:t>Kariyer</w:t>
            </w:r>
            <w:proofErr w:type="spellEnd"/>
            <w:r>
              <w:t xml:space="preserve"> Yönlendirme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Bilgilendirme</w:t>
            </w:r>
            <w:proofErr w:type="spellEnd"/>
            <w:r>
              <w:t xml:space="preserve"> </w:t>
            </w:r>
            <w:proofErr w:type="spellStart"/>
            <w:r>
              <w:t>Uygulama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Araştırma</w:t>
            </w:r>
            <w:proofErr w:type="spellEnd"/>
            <w:r>
              <w:t xml:space="preserve"> </w:t>
            </w:r>
            <w:proofErr w:type="spellStart"/>
            <w:r>
              <w:t>Merkezi</w:t>
            </w:r>
            <w:proofErr w:type="spellEnd"/>
            <w:r>
              <w:t xml:space="preserve">, </w:t>
            </w:r>
            <w:proofErr w:type="spellStart"/>
            <w:r>
              <w:t>Akreditasyon</w:t>
            </w:r>
            <w:proofErr w:type="spellEnd"/>
            <w:r>
              <w:t xml:space="preserve">, Akademik </w:t>
            </w:r>
            <w:proofErr w:type="spellStart"/>
            <w:r>
              <w:t>Değerlendirme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Kalite </w:t>
            </w:r>
            <w:proofErr w:type="spellStart"/>
            <w:r>
              <w:t>Koordinatörlüğü</w:t>
            </w:r>
            <w:proofErr w:type="spellEnd"/>
          </w:p>
        </w:tc>
        <w:tc>
          <w:tcPr>
            <w:tcW w:w="2635" w:type="dxa"/>
            <w:vAlign w:val="center"/>
          </w:tcPr>
          <w:p w:rsidR="0077749C" w:rsidP="00D21D12" w:rsidRDefault="00000000" w14:paraId="3A194D30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77749C" w:rsidP="00D21D12" w:rsidRDefault="00000000" w14:paraId="77B2FD28" w14:textId="77777777">
            <w:pPr>
              <w:spacing w:before="40" w:after="40"/>
            </w:pPr>
            <w:r>
              <w:t>EBYS</w:t>
            </w:r>
          </w:p>
        </w:tc>
      </w:tr>
      <w:tr w:rsidR="0077749C" w:rsidTr="00D21D12" w14:paraId="7698ABDF" w14:textId="77777777">
        <w:trPr>
          <w:jc w:val="center"/>
        </w:trPr>
        <w:tc>
          <w:tcPr>
            <w:tcW w:w="2635" w:type="dxa"/>
          </w:tcPr>
          <w:p w:rsidR="0077749C" w:rsidRDefault="00000000" w14:paraId="23630815" w14:textId="77777777">
            <w:pPr>
              <w:spacing w:before="40" w:after="40"/>
            </w:pPr>
            <w:r>
              <w:t>5. Sonuçların müfredat iyileştirme sürecine aktarılması (PRS.01.01 F1.1.5)</w:t>
            </w:r>
          </w:p>
        </w:tc>
        <w:tc>
          <w:tcPr>
            <w:tcW w:w="2635" w:type="dxa"/>
            <w:vAlign w:val="center"/>
          </w:tcPr>
          <w:p w:rsidR="0077749C" w:rsidP="00D21D12" w:rsidRDefault="00000000" w14:paraId="2939E599" w14:textId="77777777">
            <w:pPr>
              <w:spacing w:before="40" w:after="40"/>
            </w:pPr>
            <w:r>
              <w:t>Eğitim Komisyonu</w:t>
            </w:r>
          </w:p>
        </w:tc>
        <w:tc>
          <w:tcPr>
            <w:tcW w:w="2635" w:type="dxa"/>
            <w:vAlign w:val="center"/>
          </w:tcPr>
          <w:p w:rsidR="0077749C" w:rsidP="00D21D12" w:rsidRDefault="00D21D12" w14:paraId="2D29DB80" w14:textId="142205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77749C" w:rsidP="00D21D12" w:rsidRDefault="00000000" w14:paraId="39D68AD4" w14:textId="77777777">
            <w:pPr>
              <w:spacing w:before="40" w:after="40"/>
            </w:pPr>
            <w:r>
              <w:t>EBYS</w:t>
            </w:r>
          </w:p>
        </w:tc>
      </w:tr>
      <w:tr w:rsidR="0077749C" w14:paraId="566825F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76591" w:rsidR="0077749C" w:rsidRDefault="00000000" w14:paraId="5A068771" w14:textId="77777777">
            <w:pPr>
              <w:spacing w:before="40" w:after="40"/>
              <w:rPr>
                <w:b/>
                <w:bCs/>
              </w:rPr>
            </w:pPr>
            <w:r w:rsidRPr="00176591">
              <w:rPr>
                <w:b/>
                <w:bCs/>
              </w:rPr>
              <w:t>İzleme Kriterleri:</w:t>
            </w:r>
          </w:p>
          <w:p w:rsidR="0077749C" w:rsidRDefault="00000000" w14:paraId="4786D670" w14:textId="77777777">
            <w:pPr>
              <w:spacing w:before="40" w:after="40"/>
            </w:pPr>
            <w:r>
              <w:lastRenderedPageBreak/>
              <w:t>1. İşveren memnuniyet anketi ortalama puanı (5 üzerinden)</w:t>
            </w:r>
          </w:p>
          <w:p w:rsidR="0077749C" w:rsidRDefault="00000000" w14:paraId="1ADD5F1B" w14:textId="77777777">
            <w:pPr>
              <w:spacing w:before="40" w:after="40"/>
            </w:pPr>
            <w:r>
              <w:t>2. Geri bildirim alınan işveren/kurum sayısı</w:t>
            </w:r>
          </w:p>
          <w:p w:rsidR="0077749C" w:rsidRDefault="00000000" w14:paraId="39964F2C" w14:textId="77777777">
            <w:pPr>
              <w:spacing w:before="40" w:after="40"/>
            </w:pPr>
            <w:r>
              <w:t>3. İşveren geri bildirimi sonucu müfredat değişikliği yapılan program sayısı</w:t>
            </w:r>
          </w:p>
        </w:tc>
      </w:tr>
      <w:tr w:rsidR="0077749C" w14:paraId="4177E27F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76591" w:rsidR="0077749C" w:rsidRDefault="00000000" w14:paraId="7484A262" w14:textId="77777777">
            <w:pPr>
              <w:spacing w:before="40" w:after="40"/>
              <w:rPr>
                <w:b/>
                <w:bCs/>
              </w:rPr>
            </w:pPr>
            <w:r w:rsidRPr="00176591">
              <w:rPr>
                <w:b/>
                <w:bCs/>
              </w:rPr>
              <w:lastRenderedPageBreak/>
              <w:t>Riskler:</w:t>
            </w:r>
          </w:p>
          <w:p w:rsidR="0077749C" w:rsidRDefault="00000000" w14:paraId="1F5671E7" w14:textId="77777777">
            <w:pPr>
              <w:spacing w:before="40" w:after="40"/>
            </w:pPr>
            <w:r>
              <w:t>1. İşverenlerin ankete katılım motivasyonunun düşük olması</w:t>
            </w:r>
          </w:p>
          <w:p w:rsidR="0077749C" w:rsidRDefault="00000000" w14:paraId="525C7EC3" w14:textId="77777777">
            <w:pPr>
              <w:spacing w:before="40" w:after="40"/>
            </w:pPr>
            <w:r>
              <w:t>2. Geri bildirimlerin genel kalması ve programa özgü iyileştirmeye dönüşmemesi</w:t>
            </w:r>
          </w:p>
        </w:tc>
      </w:tr>
      <w:tr w:rsidR="0077749C" w14:paraId="7D0792D5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76591" w:rsidR="0077749C" w:rsidRDefault="00000000" w14:paraId="2F38EBF1" w14:textId="77777777">
            <w:pPr>
              <w:spacing w:before="40" w:after="40"/>
              <w:rPr>
                <w:b/>
                <w:bCs/>
              </w:rPr>
            </w:pPr>
            <w:r w:rsidRPr="00176591">
              <w:rPr>
                <w:b/>
                <w:bCs/>
              </w:rPr>
              <w:t>Fırsatlar:</w:t>
            </w:r>
          </w:p>
          <w:p w:rsidR="0077749C" w:rsidRDefault="00000000" w14:paraId="35C0532B" w14:textId="77777777">
            <w:pPr>
              <w:spacing w:before="40" w:after="40"/>
            </w:pPr>
            <w:r>
              <w:t>1. İşveren geri bildirimlerinin sektör-üniversite iş birliğini güçlendirmesi</w:t>
            </w:r>
          </w:p>
          <w:p w:rsidR="0077749C" w:rsidRDefault="00000000" w14:paraId="2E437190" w14:textId="77777777">
            <w:pPr>
              <w:spacing w:before="40" w:after="40"/>
            </w:pPr>
            <w:r>
              <w:t>2. Danışma kurulu toplantılarının staj ve iş yeri eğitimi protokollerini genişletmesi</w:t>
            </w:r>
          </w:p>
          <w:p w:rsidR="0077749C" w:rsidRDefault="00000000" w14:paraId="6C686C17" w14:textId="77777777">
            <w:pPr>
              <w:spacing w:before="40" w:after="40"/>
            </w:pPr>
            <w:r>
              <w:t>3. Giresun bölgesindeki sektörlerle (gıda, turizm, denizcilik) yakın iş birliğinin programlara katma değer sağlaması</w:t>
            </w:r>
          </w:p>
        </w:tc>
      </w:tr>
    </w:tbl>
    <w:p w:rsidR="0077749C" w:rsidRDefault="0077749C" w14:paraId="2698E58C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77749C" w14:paraId="058DBB22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77749C" w:rsidRDefault="00000000" w14:paraId="52AB028D" w14:textId="77777777">
            <w:pPr>
              <w:spacing w:before="40" w:after="40"/>
              <w:jc w:val="center"/>
            </w:pPr>
            <w:r>
              <w:rPr>
                <w:b/>
              </w:rPr>
              <w:t>F1.6.5 Mezun-Üniversite İlişkilerinin Güçlendirilmesi</w:t>
            </w:r>
          </w:p>
        </w:tc>
      </w:tr>
      <w:tr w:rsidR="0077749C" w14:paraId="1BFC0795" w14:textId="77777777">
        <w:trPr>
          <w:jc w:val="center"/>
        </w:trPr>
        <w:tc>
          <w:tcPr>
            <w:tcW w:w="10540" w:type="dxa"/>
            <w:gridSpan w:val="4"/>
          </w:tcPr>
          <w:p w:rsidR="0077749C" w:rsidRDefault="00000000" w14:paraId="2950CE03" w14:textId="77777777">
            <w:pPr>
              <w:spacing w:before="40" w:after="40"/>
            </w:pPr>
            <w:r w:rsidRPr="00176591">
              <w:rPr>
                <w:b/>
                <w:bCs/>
              </w:rPr>
              <w:t>Faaliyetin Amacı:</w:t>
            </w:r>
            <w:r>
              <w:t xml:space="preserve"> Mezunlarla üniversite arasındaki bağı sürdürülebilir kılmak, mezunların üniversiteye katkı kanallarını oluşturmak ve mezun ağını genişletmek</w:t>
            </w:r>
          </w:p>
        </w:tc>
      </w:tr>
      <w:tr w:rsidR="0077749C" w14:paraId="6FC2B5A5" w14:textId="77777777">
        <w:trPr>
          <w:jc w:val="center"/>
        </w:trPr>
        <w:tc>
          <w:tcPr>
            <w:tcW w:w="10540" w:type="dxa"/>
            <w:gridSpan w:val="4"/>
          </w:tcPr>
          <w:p w:rsidR="0077749C" w:rsidRDefault="00000000" w14:paraId="2EBBA557" w14:textId="2805CDFF">
            <w:pPr>
              <w:spacing w:before="40" w:after="40"/>
            </w:pPr>
            <w:proofErr w:type="spellStart"/>
            <w:r w:rsidRPr="00176591">
              <w:rPr>
                <w:b/>
                <w:bCs/>
              </w:rPr>
              <w:t>Faaliyetin</w:t>
            </w:r>
            <w:proofErr w:type="spellEnd"/>
            <w:r w:rsidRPr="00176591">
              <w:rPr>
                <w:b/>
                <w:bCs/>
              </w:rPr>
              <w:t xml:space="preserve"> </w:t>
            </w:r>
            <w:proofErr w:type="spellStart"/>
            <w:r w:rsidRPr="00176591">
              <w:rPr>
                <w:b/>
                <w:bCs/>
              </w:rPr>
              <w:t>Yürütüldüğü</w:t>
            </w:r>
            <w:proofErr w:type="spellEnd"/>
            <w:r w:rsidRPr="00176591">
              <w:rPr>
                <w:b/>
                <w:bCs/>
              </w:rPr>
              <w:t xml:space="preserve"> Birimler:</w:t>
            </w:r>
            <w:r>
              <w:t xml:space="preserve"> </w:t>
            </w:r>
            <w:proofErr w:type="spellStart"/>
            <w:r w:rsidR="00191736">
              <w:t>Kariyer</w:t>
            </w:r>
            <w:proofErr w:type="spellEnd"/>
            <w:r w:rsidR="00191736">
              <w:t xml:space="preserve"> </w:t>
            </w:r>
            <w:proofErr w:type="spellStart"/>
            <w:r w:rsidR="00191736">
              <w:t>Yönlendirme</w:t>
            </w:r>
            <w:proofErr w:type="spellEnd"/>
            <w:r w:rsidR="00191736">
              <w:t xml:space="preserve"> </w:t>
            </w:r>
            <w:proofErr w:type="spellStart"/>
            <w:r w:rsidR="00191736">
              <w:t>ve</w:t>
            </w:r>
            <w:proofErr w:type="spellEnd"/>
            <w:r w:rsidR="00191736">
              <w:t xml:space="preserve"> </w:t>
            </w:r>
            <w:proofErr w:type="spellStart"/>
            <w:r w:rsidR="00191736">
              <w:t>Bilgilendirme</w:t>
            </w:r>
            <w:proofErr w:type="spellEnd"/>
            <w:r w:rsidR="00191736">
              <w:t xml:space="preserve"> </w:t>
            </w:r>
            <w:proofErr w:type="spellStart"/>
            <w:r w:rsidR="00191736">
              <w:t>Uygulama</w:t>
            </w:r>
            <w:proofErr w:type="spellEnd"/>
            <w:r w:rsidR="00191736">
              <w:t xml:space="preserve"> </w:t>
            </w:r>
            <w:proofErr w:type="spellStart"/>
            <w:r w:rsidR="00191736">
              <w:t>ve</w:t>
            </w:r>
            <w:proofErr w:type="spellEnd"/>
            <w:r w:rsidR="00191736">
              <w:t xml:space="preserve"> </w:t>
            </w:r>
            <w:proofErr w:type="spellStart"/>
            <w:r w:rsidR="00191736">
              <w:t>Araştırma</w:t>
            </w:r>
            <w:proofErr w:type="spellEnd"/>
            <w:r w:rsidR="00191736">
              <w:t xml:space="preserve"> </w:t>
            </w:r>
            <w:proofErr w:type="spellStart"/>
            <w:r w:rsidR="00191736">
              <w:t>Merkezi</w:t>
            </w:r>
            <w:proofErr w:type="spellEnd"/>
            <w:r>
              <w:t>,</w:t>
            </w:r>
            <w:r w:rsidR="00176591">
              <w:t xml:space="preserve"> </w:t>
            </w:r>
            <w:proofErr w:type="spellStart"/>
            <w:r>
              <w:t>Fakülteler</w:t>
            </w:r>
            <w:proofErr w:type="spellEnd"/>
            <w:r w:rsidR="00176591">
              <w:t>/YO/MYO</w:t>
            </w:r>
          </w:p>
        </w:tc>
      </w:tr>
      <w:tr w:rsidR="0077749C" w14:paraId="07594034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77749C" w:rsidRDefault="00000000" w14:paraId="1BBF803E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77749C" w:rsidRDefault="00000000" w14:paraId="1CA78366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77749C" w:rsidRDefault="00000000" w14:paraId="61688E5C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77749C" w:rsidRDefault="00000000" w14:paraId="032A4301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77749C" w:rsidTr="00D21D12" w14:paraId="11ECA414" w14:textId="77777777">
        <w:trPr>
          <w:jc w:val="center"/>
        </w:trPr>
        <w:tc>
          <w:tcPr>
            <w:tcW w:w="2635" w:type="dxa"/>
          </w:tcPr>
          <w:p w:rsidR="0077749C" w:rsidRDefault="00000000" w14:paraId="0600BF46" w14:textId="77777777">
            <w:pPr>
              <w:spacing w:before="40" w:after="40"/>
            </w:pPr>
            <w:r>
              <w:t>1. Mezun buluşma etkinliklerinin planlanması ve düzenlenmesi</w:t>
            </w:r>
          </w:p>
        </w:tc>
        <w:tc>
          <w:tcPr>
            <w:tcW w:w="2635" w:type="dxa"/>
            <w:vAlign w:val="center"/>
          </w:tcPr>
          <w:p w:rsidR="0077749C" w:rsidP="00D21D12" w:rsidRDefault="00191736" w14:paraId="65B68343" w14:textId="42D9F56B">
            <w:pPr>
              <w:spacing w:before="40" w:after="40"/>
            </w:pPr>
            <w:proofErr w:type="spellStart"/>
            <w:r>
              <w:t>Kariyer</w:t>
            </w:r>
            <w:proofErr w:type="spellEnd"/>
            <w:r>
              <w:t xml:space="preserve"> Yönlendirme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Bilgilendirme</w:t>
            </w:r>
            <w:proofErr w:type="spellEnd"/>
            <w:r>
              <w:t xml:space="preserve"> </w:t>
            </w:r>
            <w:proofErr w:type="spellStart"/>
            <w:r>
              <w:t>Uygulama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Araştırma</w:t>
            </w:r>
            <w:proofErr w:type="spellEnd"/>
            <w:r>
              <w:t xml:space="preserve"> </w:t>
            </w:r>
            <w:proofErr w:type="spellStart"/>
            <w:r>
              <w:t>Merkezi</w:t>
            </w:r>
            <w:proofErr w:type="spellEnd"/>
          </w:p>
        </w:tc>
        <w:tc>
          <w:tcPr>
            <w:tcW w:w="2635" w:type="dxa"/>
            <w:vAlign w:val="center"/>
          </w:tcPr>
          <w:p w:rsidR="0077749C" w:rsidP="00D21D12" w:rsidRDefault="00000000" w14:paraId="25D67DAE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77749C" w:rsidP="00D21D12" w:rsidRDefault="00000000" w14:paraId="30A05514" w14:textId="77777777">
            <w:pPr>
              <w:spacing w:before="40" w:after="40"/>
            </w:pPr>
            <w:r>
              <w:t>Elektronik Ortam</w:t>
            </w:r>
          </w:p>
        </w:tc>
      </w:tr>
      <w:tr w:rsidR="0077749C" w:rsidTr="00D21D12" w14:paraId="02193D96" w14:textId="77777777">
        <w:trPr>
          <w:jc w:val="center"/>
        </w:trPr>
        <w:tc>
          <w:tcPr>
            <w:tcW w:w="2635" w:type="dxa"/>
          </w:tcPr>
          <w:p w:rsidR="0077749C" w:rsidRDefault="00000000" w14:paraId="3E5F5581" w14:textId="77777777">
            <w:pPr>
              <w:spacing w:before="40" w:after="40"/>
            </w:pPr>
            <w:r>
              <w:t>2. Mezun başarı hikayelerinin derlenmesi ve tanıtım faaliyetlerinde kullanılması</w:t>
            </w:r>
          </w:p>
        </w:tc>
        <w:tc>
          <w:tcPr>
            <w:tcW w:w="2635" w:type="dxa"/>
            <w:vAlign w:val="center"/>
          </w:tcPr>
          <w:p w:rsidR="0077749C" w:rsidP="00D21D12" w:rsidRDefault="00191736" w14:paraId="6A5FFF37" w14:textId="6D578FC4">
            <w:pPr>
              <w:spacing w:before="40" w:after="40"/>
            </w:pPr>
            <w:proofErr w:type="spellStart"/>
            <w:r>
              <w:t>Kariyer</w:t>
            </w:r>
            <w:proofErr w:type="spellEnd"/>
            <w:r>
              <w:t xml:space="preserve"> Yönlendirme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Bilgilendirme</w:t>
            </w:r>
            <w:proofErr w:type="spellEnd"/>
            <w:r>
              <w:t xml:space="preserve"> </w:t>
            </w:r>
            <w:proofErr w:type="spellStart"/>
            <w:r>
              <w:t>Uygulama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Araştırma</w:t>
            </w:r>
            <w:proofErr w:type="spellEnd"/>
            <w:r>
              <w:t xml:space="preserve"> </w:t>
            </w:r>
            <w:proofErr w:type="spellStart"/>
            <w:r>
              <w:t>Merkezi</w:t>
            </w:r>
            <w:proofErr w:type="spellEnd"/>
            <w:r>
              <w:t>, Basın ve Halkla İlişkiler Koordinatörlüğü</w:t>
            </w:r>
          </w:p>
        </w:tc>
        <w:tc>
          <w:tcPr>
            <w:tcW w:w="2635" w:type="dxa"/>
            <w:vAlign w:val="center"/>
          </w:tcPr>
          <w:p w:rsidR="0077749C" w:rsidP="00D21D12" w:rsidRDefault="00000000" w14:paraId="7FCEDA83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77749C" w:rsidP="00D21D12" w:rsidRDefault="00000000" w14:paraId="3DA1C542" w14:textId="77777777">
            <w:pPr>
              <w:spacing w:before="40" w:after="40"/>
            </w:pPr>
            <w:r>
              <w:t>Web Sayfası, Sosyal Medya</w:t>
            </w:r>
          </w:p>
        </w:tc>
      </w:tr>
      <w:tr w:rsidR="0077749C" w:rsidTr="00D21D12" w14:paraId="3A4D2864" w14:textId="77777777">
        <w:trPr>
          <w:jc w:val="center"/>
        </w:trPr>
        <w:tc>
          <w:tcPr>
            <w:tcW w:w="2635" w:type="dxa"/>
          </w:tcPr>
          <w:p w:rsidR="0077749C" w:rsidRDefault="00000000" w14:paraId="1D5C5758" w14:textId="77777777">
            <w:pPr>
              <w:spacing w:before="40" w:after="40"/>
            </w:pPr>
            <w:r>
              <w:t>3. Mezunların mentörlük programlarına katılımının teşvik edilmesi</w:t>
            </w:r>
          </w:p>
        </w:tc>
        <w:tc>
          <w:tcPr>
            <w:tcW w:w="2635" w:type="dxa"/>
            <w:vAlign w:val="center"/>
          </w:tcPr>
          <w:p w:rsidR="0077749C" w:rsidP="00D21D12" w:rsidRDefault="00191736" w14:paraId="7A8F991E" w14:textId="6F5DFA72">
            <w:pPr>
              <w:spacing w:before="40" w:after="40"/>
            </w:pPr>
            <w:proofErr w:type="spellStart"/>
            <w:r>
              <w:t>Kariyer</w:t>
            </w:r>
            <w:proofErr w:type="spellEnd"/>
            <w:r>
              <w:t xml:space="preserve"> Yönlendirme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Bilgilendirme</w:t>
            </w:r>
            <w:proofErr w:type="spellEnd"/>
            <w:r>
              <w:t xml:space="preserve"> </w:t>
            </w:r>
            <w:proofErr w:type="spellStart"/>
            <w:r>
              <w:t>Uygulama</w:t>
            </w:r>
            <w:proofErr w:type="spellEnd"/>
            <w:r>
              <w:t xml:space="preserve"> </w:t>
            </w:r>
            <w:proofErr w:type="spellStart"/>
            <w:r>
              <w:t>ve Araştırma</w:t>
            </w:r>
            <w:proofErr w:type="spellEnd"/>
            <w:r>
              <w:t xml:space="preserve"> Merkezi, Bölüm Başkanı</w:t>
            </w:r>
          </w:p>
        </w:tc>
        <w:tc>
          <w:tcPr>
            <w:tcW w:w="2635" w:type="dxa"/>
            <w:vAlign w:val="center"/>
          </w:tcPr>
          <w:p w:rsidR="0077749C" w:rsidP="00D21D12" w:rsidRDefault="00000000" w14:paraId="71F2160C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77749C" w:rsidP="00D21D12" w:rsidRDefault="00000000" w14:paraId="6F44B7D4" w14:textId="77777777">
            <w:pPr>
              <w:spacing w:before="40" w:after="40"/>
            </w:pPr>
            <w:r>
              <w:t>Elektronik Ortam</w:t>
            </w:r>
          </w:p>
        </w:tc>
      </w:tr>
      <w:tr w:rsidR="0077749C" w:rsidTr="00D21D12" w14:paraId="07B343F9" w14:textId="77777777">
        <w:trPr>
          <w:jc w:val="center"/>
        </w:trPr>
        <w:tc>
          <w:tcPr>
            <w:tcW w:w="2635" w:type="dxa"/>
          </w:tcPr>
          <w:p w:rsidR="0077749C" w:rsidRDefault="00000000" w14:paraId="3D135F37" w14:textId="77777777">
            <w:pPr>
              <w:spacing w:before="40" w:after="40"/>
            </w:pPr>
            <w:r>
              <w:t>4. Mezunların danışma kurullarına, seminer ve söyleşilere davet edilmesi</w:t>
            </w:r>
          </w:p>
        </w:tc>
        <w:tc>
          <w:tcPr>
            <w:tcW w:w="2635" w:type="dxa"/>
            <w:vAlign w:val="center"/>
          </w:tcPr>
          <w:p w:rsidR="0077749C" w:rsidP="00D21D12" w:rsidRDefault="00000000" w14:paraId="2B38A77C" w14:textId="77777777">
            <w:pPr>
              <w:spacing w:before="40" w:after="40"/>
            </w:pPr>
            <w:r>
              <w:t>Bölüm Başkanı, Dekan</w:t>
            </w:r>
          </w:p>
        </w:tc>
        <w:tc>
          <w:tcPr>
            <w:tcW w:w="2635" w:type="dxa"/>
            <w:vAlign w:val="center"/>
          </w:tcPr>
          <w:p w:rsidR="0077749C" w:rsidP="00D21D12" w:rsidRDefault="00000000" w14:paraId="377E061B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77749C" w:rsidP="00D21D12" w:rsidRDefault="00000000" w14:paraId="78BD0D47" w14:textId="77777777">
            <w:pPr>
              <w:spacing w:before="40" w:after="40"/>
            </w:pPr>
            <w:r>
              <w:t>EBYS</w:t>
            </w:r>
          </w:p>
        </w:tc>
      </w:tr>
      <w:tr w:rsidR="0077749C" w:rsidTr="00D21D12" w14:paraId="3FAE55FE" w14:textId="77777777">
        <w:trPr>
          <w:jc w:val="center"/>
        </w:trPr>
        <w:tc>
          <w:tcPr>
            <w:tcW w:w="2635" w:type="dxa"/>
          </w:tcPr>
          <w:p w:rsidR="0077749C" w:rsidRDefault="00000000" w14:paraId="03435F95" w14:textId="77777777">
            <w:pPr>
              <w:spacing w:before="40" w:after="40"/>
            </w:pPr>
            <w:r>
              <w:t>5. Mezun iletişim kanallarının (sosyal medya grupları, bülten, web portalı) yönetilmesi</w:t>
            </w:r>
          </w:p>
        </w:tc>
        <w:tc>
          <w:tcPr>
            <w:tcW w:w="2635" w:type="dxa"/>
            <w:vAlign w:val="center"/>
          </w:tcPr>
          <w:p w:rsidR="0077749C" w:rsidP="00D21D12" w:rsidRDefault="00191736" w14:paraId="4AB68C7A" w14:textId="39110A68">
            <w:pPr>
              <w:spacing w:before="40" w:after="40"/>
            </w:pPr>
            <w:proofErr w:type="spellStart"/>
            <w:r>
              <w:t>Kariyer</w:t>
            </w:r>
            <w:proofErr w:type="spellEnd"/>
            <w:r>
              <w:t xml:space="preserve"> Yönlendirme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Bilgilendirme</w:t>
            </w:r>
            <w:proofErr w:type="spellEnd"/>
            <w:r>
              <w:t xml:space="preserve"> </w:t>
            </w:r>
            <w:proofErr w:type="spellStart"/>
            <w:r>
              <w:t>Uygulama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Araştırma</w:t>
            </w:r>
            <w:proofErr w:type="spellEnd"/>
            <w:r>
              <w:t xml:space="preserve"> </w:t>
            </w:r>
            <w:proofErr w:type="spellStart"/>
            <w:r>
              <w:t>Merkezi</w:t>
            </w:r>
            <w:proofErr w:type="spellEnd"/>
            <w:r w:rsidR="00D21D12">
              <w:t xml:space="preserve">, </w:t>
            </w:r>
            <w:proofErr w:type="spellStart"/>
            <w:r w:rsidR="00D21D12">
              <w:t>Basın</w:t>
            </w:r>
            <w:proofErr w:type="spellEnd"/>
            <w:r w:rsidR="00D21D12">
              <w:t xml:space="preserve"> </w:t>
            </w:r>
            <w:proofErr w:type="spellStart"/>
            <w:r w:rsidR="00D21D12">
              <w:t>ve</w:t>
            </w:r>
            <w:proofErr w:type="spellEnd"/>
            <w:r w:rsidR="00D21D12">
              <w:t xml:space="preserve"> </w:t>
            </w:r>
            <w:proofErr w:type="spellStart"/>
            <w:r w:rsidR="00D21D12">
              <w:t>Halkla</w:t>
            </w:r>
            <w:proofErr w:type="spellEnd"/>
            <w:r w:rsidR="00D21D12">
              <w:t xml:space="preserve"> </w:t>
            </w:r>
            <w:proofErr w:type="spellStart"/>
            <w:r w:rsidR="00D21D12">
              <w:t>İlişkiler</w:t>
            </w:r>
            <w:proofErr w:type="spellEnd"/>
            <w:r w:rsidR="00D21D12">
              <w:t xml:space="preserve"> </w:t>
            </w:r>
            <w:proofErr w:type="spellStart"/>
            <w:r w:rsidR="00D21D12">
              <w:t>Koordinatörlüğü</w:t>
            </w:r>
            <w:proofErr w:type="spellEnd"/>
          </w:p>
        </w:tc>
        <w:tc>
          <w:tcPr>
            <w:tcW w:w="2635" w:type="dxa"/>
            <w:vAlign w:val="center"/>
          </w:tcPr>
          <w:p w:rsidR="0077749C" w:rsidP="00D21D12" w:rsidRDefault="00D21D12" w14:paraId="58380AC0" w14:textId="6D74B365">
            <w:pPr>
              <w:spacing w:before="40" w:after="40"/>
            </w:pPr>
            <w:hyperlink r:id="rId24">
              <w:r>
                <w:rPr>
                  <w:color w:val="0563C1"/>
                  <w:u w:val="single"/>
                </w:rPr>
                <w:t xml:space="preserve">GRÜ </w:t>
              </w:r>
              <w:r>
                <w:rPr>
                  <w:color w:val="0563C1"/>
                  <w:u w:val="single"/>
                </w:rPr>
                <w:t>Basın</w:t>
              </w:r>
              <w:r>
                <w:rPr>
                  <w:color w:val="0563C1"/>
                  <w:u w:val="single"/>
                </w:rPr>
                <w:t xml:space="preserve"> </w:t>
              </w:r>
              <w:r>
                <w:rPr>
                  <w:color w:val="0563C1"/>
                  <w:u w:val="single"/>
                </w:rPr>
                <w:t>ve</w:t>
              </w:r>
              <w:r>
                <w:rPr>
                  <w:color w:val="0563C1"/>
                  <w:u w:val="single"/>
                </w:rPr>
                <w:t xml:space="preserve"> </w:t>
              </w:r>
              <w:r>
                <w:rPr>
                  <w:color w:val="0563C1"/>
                  <w:u w:val="single"/>
                </w:rPr>
                <w:t>Halkla</w:t>
              </w:r>
              <w:r>
                <w:rPr>
                  <w:color w:val="0563C1"/>
                  <w:u w:val="single"/>
                </w:rPr>
                <w:t xml:space="preserve"> </w:t>
              </w:r>
              <w:r>
                <w:rPr>
                  <w:color w:val="0563C1"/>
                  <w:u w:val="single"/>
                </w:rPr>
                <w:t>İlişkiler</w:t>
              </w:r>
              <w:r>
                <w:rPr>
                  <w:color w:val="0563C1"/>
                  <w:u w:val="single"/>
                </w:rPr>
                <w:t xml:space="preserve"> </w:t>
              </w:r>
              <w:r>
                <w:rPr>
                  <w:color w:val="0563C1"/>
                  <w:u w:val="single"/>
                </w:rPr>
                <w:t>Koordinatörlüğü</w:t>
              </w:r>
              <w:r>
                <w:rPr>
                  <w:color w:val="0563C1"/>
                  <w:u w:val="single"/>
                </w:rPr>
                <w:t xml:space="preserve"> Yönergesi</w:t>
              </w:r>
            </w:hyperlink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</w:p>
        </w:tc>
        <w:tc>
          <w:tcPr>
            <w:tcW w:w="2635" w:type="dxa"/>
            <w:vAlign w:val="center"/>
          </w:tcPr>
          <w:p w:rsidR="0077749C" w:rsidP="00D21D12" w:rsidRDefault="00000000" w14:paraId="79013DD7" w14:textId="77777777">
            <w:pPr>
              <w:spacing w:before="40" w:after="40"/>
            </w:pPr>
            <w:r>
              <w:t>Elektronik Ortam</w:t>
            </w:r>
          </w:p>
        </w:tc>
      </w:tr>
      <w:tr w:rsidR="0077749C" w14:paraId="5FA2984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76591" w:rsidR="0077749C" w:rsidRDefault="00000000" w14:paraId="1E25D8E7" w14:textId="77777777">
            <w:pPr>
              <w:spacing w:before="40" w:after="40"/>
              <w:rPr>
                <w:b/>
                <w:bCs/>
              </w:rPr>
            </w:pPr>
            <w:r w:rsidRPr="00176591">
              <w:rPr>
                <w:b/>
                <w:bCs/>
              </w:rPr>
              <w:t>İzleme Kriterleri:</w:t>
            </w:r>
          </w:p>
          <w:p w:rsidR="0077749C" w:rsidRDefault="00000000" w14:paraId="2CFED16A" w14:textId="77777777">
            <w:pPr>
              <w:spacing w:before="40" w:after="40"/>
            </w:pPr>
            <w:r>
              <w:t>1. Yıllık düzenlenen mezun etkinliği sayısı</w:t>
            </w:r>
          </w:p>
          <w:p w:rsidR="0077749C" w:rsidRDefault="00000000" w14:paraId="46B48B86" w14:textId="77777777">
            <w:pPr>
              <w:spacing w:before="40" w:after="40"/>
            </w:pPr>
            <w:r>
              <w:t>2. Mentörlük programına katılan mezun sayısı</w:t>
            </w:r>
          </w:p>
          <w:p w:rsidR="0077749C" w:rsidRDefault="00000000" w14:paraId="1759807A" w14:textId="77777777">
            <w:pPr>
              <w:spacing w:before="40" w:after="40"/>
            </w:pPr>
            <w:r>
              <w:t>3. Mezun iletişim kanallarına kayıtlı aktif mezun sayısı</w:t>
            </w:r>
          </w:p>
        </w:tc>
      </w:tr>
      <w:tr w:rsidR="0077749C" w14:paraId="6A0D0468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76591" w:rsidR="0077749C" w:rsidRDefault="00000000" w14:paraId="7BB861A2" w14:textId="77777777">
            <w:pPr>
              <w:spacing w:before="40" w:after="40"/>
              <w:rPr>
                <w:b/>
                <w:bCs/>
              </w:rPr>
            </w:pPr>
            <w:r w:rsidRPr="00176591">
              <w:rPr>
                <w:b/>
                <w:bCs/>
              </w:rPr>
              <w:t>Riskler:</w:t>
            </w:r>
          </w:p>
          <w:p w:rsidR="0077749C" w:rsidRDefault="00000000" w14:paraId="6B868A7F" w14:textId="77777777">
            <w:pPr>
              <w:spacing w:before="40" w:after="40"/>
            </w:pPr>
            <w:r>
              <w:t>1. Mezun katılımının düşük kalması nedeniyle etkinliklerin verimli olmaması</w:t>
            </w:r>
          </w:p>
          <w:p w:rsidR="0077749C" w:rsidRDefault="00000000" w14:paraId="237C13B6" w14:textId="77777777">
            <w:pPr>
              <w:spacing w:before="40" w:after="40"/>
            </w:pPr>
            <w:r>
              <w:t>2. Mezun iletişim kanallarının aktif yönetilememesi sonucu bağlantının zayıflaması</w:t>
            </w:r>
          </w:p>
        </w:tc>
      </w:tr>
      <w:tr w:rsidR="0077749C" w14:paraId="6E786F00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76591" w:rsidR="0077749C" w:rsidRDefault="00000000" w14:paraId="106EFB13" w14:textId="77777777">
            <w:pPr>
              <w:spacing w:before="40" w:after="40"/>
              <w:rPr>
                <w:b/>
                <w:bCs/>
              </w:rPr>
            </w:pPr>
            <w:r w:rsidRPr="00176591">
              <w:rPr>
                <w:b/>
                <w:bCs/>
              </w:rPr>
              <w:lastRenderedPageBreak/>
              <w:t>Fırsatlar:</w:t>
            </w:r>
          </w:p>
          <w:p w:rsidR="0077749C" w:rsidRDefault="00000000" w14:paraId="0CA2D3F5" w14:textId="77777777">
            <w:pPr>
              <w:spacing w:before="40" w:after="40"/>
            </w:pPr>
            <w:r>
              <w:t>1. Güçlü mezun ağının üniversitenin tanınırlığına ve tercih edilebilirliğine katkı sağlaması</w:t>
            </w:r>
          </w:p>
          <w:p w:rsidR="0077749C" w:rsidRDefault="00000000" w14:paraId="5DAA1F7D" w14:textId="77777777">
            <w:pPr>
              <w:spacing w:before="40" w:after="40"/>
            </w:pPr>
            <w:r>
              <w:t>2. Mezun mentörlük programlarının öğrencilerin kariyer gelişimine doğrudan destek vermesi</w:t>
            </w:r>
          </w:p>
          <w:p w:rsidR="0077749C" w:rsidRDefault="00000000" w14:paraId="6286F52B" w14:textId="77777777">
            <w:pPr>
              <w:spacing w:before="40" w:after="40"/>
            </w:pPr>
            <w:r>
              <w:t>3. Başarılı mezunların rol model olarak üniversitenin kurumsal itibarını güçlendirmesi</w:t>
            </w:r>
          </w:p>
        </w:tc>
      </w:tr>
    </w:tbl>
    <w:p w:rsidR="0077749C" w:rsidRDefault="0077749C" w14:paraId="1D4740EC" w14:textId="77777777">
      <w:pPr>
        <w:spacing w:after="120"/>
      </w:pPr>
    </w:p>
    <w:p w:rsidR="00D21D12" w:rsidRDefault="00D21D12" w14:paraId="4A8B478F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77749C" w14:paraId="77F4373F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77749C" w:rsidRDefault="00000000" w14:paraId="51926331" w14:textId="77777777">
            <w:pPr>
              <w:spacing w:before="40" w:after="40"/>
              <w:jc w:val="center"/>
            </w:pPr>
            <w:r>
              <w:rPr>
                <w:b/>
              </w:rPr>
              <w:t>F1.6.6 Geri Bildirim Entegrasyonu ve Sürekli İyileştirme</w:t>
            </w:r>
          </w:p>
        </w:tc>
      </w:tr>
      <w:tr w:rsidR="0077749C" w14:paraId="4C883265" w14:textId="77777777">
        <w:trPr>
          <w:jc w:val="center"/>
        </w:trPr>
        <w:tc>
          <w:tcPr>
            <w:tcW w:w="10540" w:type="dxa"/>
            <w:gridSpan w:val="4"/>
          </w:tcPr>
          <w:p w:rsidR="0077749C" w:rsidRDefault="00000000" w14:paraId="6EF87407" w14:textId="77777777">
            <w:pPr>
              <w:spacing w:before="40" w:after="40"/>
            </w:pPr>
            <w:r w:rsidRPr="00176591">
              <w:rPr>
                <w:b/>
                <w:bCs/>
              </w:rPr>
              <w:t>Faaliyetin Amacı:</w:t>
            </w:r>
            <w:r>
              <w:t xml:space="preserve"> Mezun ve işveren geri bildirimlerinin programa, müfredata ve eğitim süreçlerine sistematik olarak entegre edilmesini ve PUKÖ döngüsünün tamamlanmasını sağlamak</w:t>
            </w:r>
          </w:p>
        </w:tc>
      </w:tr>
      <w:tr w:rsidR="0077749C" w14:paraId="0C50CF4F" w14:textId="77777777">
        <w:trPr>
          <w:jc w:val="center"/>
        </w:trPr>
        <w:tc>
          <w:tcPr>
            <w:tcW w:w="10540" w:type="dxa"/>
            <w:gridSpan w:val="4"/>
          </w:tcPr>
          <w:p w:rsidR="0077749C" w:rsidRDefault="00000000" w14:paraId="20021E4A" w14:textId="41C8E6FC">
            <w:pPr>
              <w:spacing w:before="40" w:after="40"/>
            </w:pPr>
            <w:proofErr w:type="spellStart"/>
            <w:r w:rsidRPr="00176591">
              <w:rPr>
                <w:b/>
                <w:bCs/>
              </w:rPr>
              <w:t>Faaliyetin</w:t>
            </w:r>
            <w:proofErr w:type="spellEnd"/>
            <w:r w:rsidRPr="00176591">
              <w:rPr>
                <w:b/>
                <w:bCs/>
              </w:rPr>
              <w:t xml:space="preserve"> </w:t>
            </w:r>
            <w:proofErr w:type="spellStart"/>
            <w:r w:rsidRPr="00176591">
              <w:rPr>
                <w:b/>
                <w:bCs/>
              </w:rPr>
              <w:t>Yürütüldüğü</w:t>
            </w:r>
            <w:proofErr w:type="spellEnd"/>
            <w:r w:rsidRPr="00176591">
              <w:rPr>
                <w:b/>
                <w:bCs/>
              </w:rPr>
              <w:t xml:space="preserve"> Birimler</w:t>
            </w:r>
            <w:r>
              <w:t xml:space="preserve">: </w:t>
            </w:r>
            <w:proofErr w:type="spellStart"/>
            <w:r>
              <w:t>Eğitim</w:t>
            </w:r>
            <w:proofErr w:type="spellEnd"/>
            <w:r>
              <w:t xml:space="preserve"> </w:t>
            </w:r>
            <w:proofErr w:type="spellStart"/>
            <w:r>
              <w:t>Komisyonu</w:t>
            </w:r>
            <w:proofErr w:type="spellEnd"/>
            <w:r>
              <w:t xml:space="preserve">, </w:t>
            </w:r>
            <w:proofErr w:type="spellStart"/>
            <w:r w:rsidR="00191736">
              <w:t>Akreditasyon</w:t>
            </w:r>
            <w:proofErr w:type="spellEnd"/>
            <w:r w:rsidR="00191736">
              <w:t xml:space="preserve">, Akademik </w:t>
            </w:r>
            <w:proofErr w:type="spellStart"/>
            <w:r w:rsidR="00191736">
              <w:t>Değerlendirme</w:t>
            </w:r>
            <w:proofErr w:type="spellEnd"/>
            <w:r w:rsidR="00191736">
              <w:t xml:space="preserve"> </w:t>
            </w:r>
            <w:proofErr w:type="spellStart"/>
            <w:r w:rsidR="00191736">
              <w:t>ve</w:t>
            </w:r>
            <w:proofErr w:type="spellEnd"/>
            <w:r w:rsidR="00191736">
              <w:t xml:space="preserve"> Kalite </w:t>
            </w:r>
            <w:proofErr w:type="spellStart"/>
            <w:r w:rsidR="00191736">
              <w:t>Koordinatörlüğü</w:t>
            </w:r>
            <w:proofErr w:type="spellEnd"/>
            <w:r>
              <w:t xml:space="preserve">, </w:t>
            </w:r>
            <w:proofErr w:type="spellStart"/>
            <w:r>
              <w:t>Fakülte</w:t>
            </w:r>
            <w:proofErr w:type="spellEnd"/>
            <w:r>
              <w:t>/YO/MYO/</w:t>
            </w:r>
            <w:proofErr w:type="spellStart"/>
            <w:r>
              <w:t>Enstitü</w:t>
            </w:r>
            <w:proofErr w:type="spellEnd"/>
          </w:p>
        </w:tc>
      </w:tr>
      <w:tr w:rsidR="0077749C" w14:paraId="0D14BA8A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77749C" w:rsidRDefault="00000000" w14:paraId="132DB5AF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77749C" w:rsidRDefault="00000000" w14:paraId="5B9FC5F3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77749C" w:rsidRDefault="00000000" w14:paraId="1B79F124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77749C" w:rsidRDefault="00000000" w14:paraId="3024C134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77749C" w:rsidTr="00D42B1C" w14:paraId="27DFF600" w14:textId="77777777">
        <w:trPr>
          <w:jc w:val="center"/>
        </w:trPr>
        <w:tc>
          <w:tcPr>
            <w:tcW w:w="2635" w:type="dxa"/>
          </w:tcPr>
          <w:p w:rsidR="0077749C" w:rsidRDefault="00000000" w14:paraId="6F450105" w14:textId="77777777">
            <w:pPr>
              <w:spacing w:before="40" w:after="40"/>
            </w:pPr>
            <w:r>
              <w:t>1. Mezun ve işveren geri bildirim verilerinin konsolide edilmesi</w:t>
            </w:r>
          </w:p>
        </w:tc>
        <w:tc>
          <w:tcPr>
            <w:tcW w:w="2635" w:type="dxa"/>
            <w:vAlign w:val="center"/>
          </w:tcPr>
          <w:p w:rsidR="0077749C" w:rsidP="00D42B1C" w:rsidRDefault="00191736" w14:paraId="45450232" w14:textId="1026BFDC">
            <w:pPr>
              <w:spacing w:before="40" w:after="40"/>
            </w:pPr>
            <w:proofErr w:type="spellStart"/>
            <w:r>
              <w:t>Akreditasyon</w:t>
            </w:r>
            <w:proofErr w:type="spellEnd"/>
            <w:r>
              <w:t xml:space="preserve">, Akademik </w:t>
            </w:r>
            <w:proofErr w:type="spellStart"/>
            <w:r>
              <w:t>Değerlendirme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Kalite </w:t>
            </w:r>
            <w:proofErr w:type="spellStart"/>
            <w:r>
              <w:t>Koordinatörlüğü</w:t>
            </w:r>
            <w:proofErr w:type="spellEnd"/>
          </w:p>
        </w:tc>
        <w:tc>
          <w:tcPr>
            <w:tcW w:w="2635" w:type="dxa"/>
            <w:vAlign w:val="center"/>
          </w:tcPr>
          <w:p w:rsidR="0077749C" w:rsidP="00D42B1C" w:rsidRDefault="00000000" w14:paraId="037208DE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77749C" w:rsidP="00D42B1C" w:rsidRDefault="00000000" w14:paraId="48CAD1D0" w14:textId="77777777">
            <w:pPr>
              <w:spacing w:before="40" w:after="40"/>
            </w:pPr>
            <w:r>
              <w:t>EBYS</w:t>
            </w:r>
          </w:p>
        </w:tc>
      </w:tr>
      <w:tr w:rsidR="0077749C" w:rsidTr="00D42B1C" w14:paraId="39E18DDF" w14:textId="77777777">
        <w:trPr>
          <w:jc w:val="center"/>
        </w:trPr>
        <w:tc>
          <w:tcPr>
            <w:tcW w:w="2635" w:type="dxa"/>
          </w:tcPr>
          <w:p w:rsidR="0077749C" w:rsidRDefault="00000000" w14:paraId="55ED24E2" w14:textId="0335CC86">
            <w:pPr>
              <w:spacing w:before="40" w:after="40"/>
            </w:pPr>
            <w:r>
              <w:t xml:space="preserve">2. Geri bildirim analizinin program çıktıları değerlendirmesiyle eşleştirilmesi </w:t>
            </w:r>
          </w:p>
        </w:tc>
        <w:tc>
          <w:tcPr>
            <w:tcW w:w="2635" w:type="dxa"/>
            <w:vAlign w:val="center"/>
          </w:tcPr>
          <w:p w:rsidR="0077749C" w:rsidP="00D42B1C" w:rsidRDefault="00000000" w14:paraId="05ACC580" w14:textId="77777777">
            <w:pPr>
              <w:spacing w:before="40" w:after="40"/>
            </w:pPr>
            <w:r>
              <w:t>Eğitim Komisyonu</w:t>
            </w:r>
          </w:p>
        </w:tc>
        <w:tc>
          <w:tcPr>
            <w:tcW w:w="2635" w:type="dxa"/>
            <w:vAlign w:val="center"/>
          </w:tcPr>
          <w:p w:rsidR="0077749C" w:rsidP="00D42B1C" w:rsidRDefault="00D42B1C" w14:paraId="50217958" w14:textId="026D793D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77749C" w:rsidP="00D42B1C" w:rsidRDefault="00000000" w14:paraId="2F390780" w14:textId="77777777">
            <w:pPr>
              <w:spacing w:before="40" w:after="40"/>
            </w:pPr>
            <w:r>
              <w:t>Elektronik Ortam</w:t>
            </w:r>
          </w:p>
        </w:tc>
      </w:tr>
      <w:tr w:rsidR="0077749C" w:rsidTr="00D42B1C" w14:paraId="325E37D8" w14:textId="77777777">
        <w:trPr>
          <w:jc w:val="center"/>
        </w:trPr>
        <w:tc>
          <w:tcPr>
            <w:tcW w:w="2635" w:type="dxa"/>
          </w:tcPr>
          <w:p w:rsidR="0077749C" w:rsidRDefault="00000000" w14:paraId="1D0C6BB8" w14:textId="77777777">
            <w:pPr>
              <w:spacing w:before="40" w:after="40"/>
            </w:pPr>
            <w:r>
              <w:t>3. İyileştirme önerilerinin hazırlanması ve önceliklendirilmesi</w:t>
            </w:r>
          </w:p>
        </w:tc>
        <w:tc>
          <w:tcPr>
            <w:tcW w:w="2635" w:type="dxa"/>
            <w:vAlign w:val="center"/>
          </w:tcPr>
          <w:p w:rsidR="0077749C" w:rsidP="00D42B1C" w:rsidRDefault="00000000" w14:paraId="008D452B" w14:textId="77777777">
            <w:pPr>
              <w:spacing w:before="40" w:after="40"/>
            </w:pPr>
            <w:r>
              <w:t>Eğitim Komisyonu, Bölüm Başkanı</w:t>
            </w:r>
          </w:p>
        </w:tc>
        <w:tc>
          <w:tcPr>
            <w:tcW w:w="2635" w:type="dxa"/>
            <w:vAlign w:val="center"/>
          </w:tcPr>
          <w:p w:rsidR="0077749C" w:rsidP="00D42B1C" w:rsidRDefault="00000000" w14:paraId="46A3357F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77749C" w:rsidP="00D42B1C" w:rsidRDefault="00000000" w14:paraId="7E482FC9" w14:textId="77777777">
            <w:pPr>
              <w:spacing w:before="40" w:after="40"/>
            </w:pPr>
            <w:r>
              <w:t>EBYS</w:t>
            </w:r>
          </w:p>
        </w:tc>
      </w:tr>
      <w:tr w:rsidR="0077749C" w:rsidTr="00D42B1C" w14:paraId="7D25E9C1" w14:textId="77777777">
        <w:trPr>
          <w:jc w:val="center"/>
        </w:trPr>
        <w:tc>
          <w:tcPr>
            <w:tcW w:w="2635" w:type="dxa"/>
          </w:tcPr>
          <w:p w:rsidR="0077749C" w:rsidRDefault="00000000" w14:paraId="63911CAD" w14:textId="41F3DFA9">
            <w:pPr>
              <w:spacing w:before="40" w:after="40"/>
            </w:pPr>
            <w:r>
              <w:t>4. İyileştirme önerilerinin Müfredat Güncelleme sürecine aktarılması</w:t>
            </w:r>
          </w:p>
        </w:tc>
        <w:tc>
          <w:tcPr>
            <w:tcW w:w="2635" w:type="dxa"/>
            <w:vAlign w:val="center"/>
          </w:tcPr>
          <w:p w:rsidR="0077749C" w:rsidP="00D42B1C" w:rsidRDefault="00000000" w14:paraId="5106166D" w14:textId="77777777">
            <w:pPr>
              <w:spacing w:before="40" w:after="40"/>
            </w:pPr>
            <w:r>
              <w:t>Eğitim Komisyonu</w:t>
            </w:r>
          </w:p>
        </w:tc>
        <w:tc>
          <w:tcPr>
            <w:tcW w:w="2635" w:type="dxa"/>
            <w:vAlign w:val="center"/>
          </w:tcPr>
          <w:p w:rsidR="0077749C" w:rsidP="00D42B1C" w:rsidRDefault="00176591" w14:paraId="71973DEB" w14:textId="21476C51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77749C" w:rsidP="00D42B1C" w:rsidRDefault="00000000" w14:paraId="522F56E8" w14:textId="77777777">
            <w:pPr>
              <w:spacing w:before="40" w:after="40"/>
            </w:pPr>
            <w:r>
              <w:t>EBYS</w:t>
            </w:r>
          </w:p>
        </w:tc>
      </w:tr>
      <w:tr w:rsidR="0077749C" w:rsidTr="00D42B1C" w14:paraId="7BD512AC" w14:textId="77777777">
        <w:trPr>
          <w:jc w:val="center"/>
        </w:trPr>
        <w:tc>
          <w:tcPr>
            <w:tcW w:w="2635" w:type="dxa"/>
          </w:tcPr>
          <w:p w:rsidR="0077749C" w:rsidRDefault="00000000" w14:paraId="32858B66" w14:textId="77777777">
            <w:pPr>
              <w:spacing w:before="40" w:after="40"/>
            </w:pPr>
            <w:r>
              <w:t>5. Yapılan iyileştirmelerin izlenmesi ve sonuçlarının raporlanması</w:t>
            </w:r>
          </w:p>
        </w:tc>
        <w:tc>
          <w:tcPr>
            <w:tcW w:w="2635" w:type="dxa"/>
            <w:vAlign w:val="center"/>
          </w:tcPr>
          <w:p w:rsidR="0077749C" w:rsidP="00D42B1C" w:rsidRDefault="00191736" w14:paraId="48418C50" w14:textId="0C2554FF">
            <w:pPr>
              <w:spacing w:before="40" w:after="40"/>
            </w:pPr>
            <w:proofErr w:type="spellStart"/>
            <w:r>
              <w:t>Akreditasyon</w:t>
            </w:r>
            <w:proofErr w:type="spellEnd"/>
            <w:r>
              <w:t xml:space="preserve">, Akademik </w:t>
            </w:r>
            <w:proofErr w:type="spellStart"/>
            <w:r>
              <w:t>Değerlendirme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Kalite </w:t>
            </w:r>
            <w:proofErr w:type="spellStart"/>
            <w:r>
              <w:t>Koordinatörlüğü</w:t>
            </w:r>
            <w:proofErr w:type="spellEnd"/>
          </w:p>
        </w:tc>
        <w:tc>
          <w:tcPr>
            <w:tcW w:w="2635" w:type="dxa"/>
            <w:vAlign w:val="center"/>
          </w:tcPr>
          <w:p w:rsidR="0077749C" w:rsidP="00D42B1C" w:rsidRDefault="00000000" w14:paraId="15B0C51D" w14:textId="0385DA38">
            <w:pPr>
              <w:spacing w:before="40" w:after="40"/>
            </w:pPr>
            <w:hyperlink r:id="rId41">
              <w:r>
                <w:rPr>
                  <w:color w:val="0563C1"/>
                  <w:u w:val="single"/>
                </w:rPr>
                <w:t>G</w:t>
              </w:r>
              <w:r w:rsidR="00D42B1C">
                <w:rPr>
                  <w:color w:val="0563C1"/>
                  <w:u w:val="single"/>
                </w:rPr>
                <w:t>R</w:t>
              </w:r>
              <w:r>
                <w:rPr>
                  <w:color w:val="0563C1"/>
                  <w:u w:val="single"/>
                </w:rPr>
                <w:t xml:space="preserve">Ü </w:t>
              </w:r>
              <w:r w:rsidR="00D42B1C">
                <w:rPr>
                  <w:color w:val="0563C1"/>
                  <w:u w:val="single"/>
                </w:rPr>
                <w:t>Kalite Güvence</w:t>
              </w:r>
              <w:r>
                <w:rPr>
                  <w:color w:val="0563C1"/>
                  <w:u w:val="single"/>
                </w:rPr>
                <w:t xml:space="preserve"> Yönergesi</w:t>
              </w:r>
            </w:hyperlink>
          </w:p>
        </w:tc>
        <w:tc>
          <w:tcPr>
            <w:tcW w:w="2635" w:type="dxa"/>
            <w:vAlign w:val="center"/>
          </w:tcPr>
          <w:p w:rsidR="0077749C" w:rsidP="00D42B1C" w:rsidRDefault="00000000" w14:paraId="39869A2A" w14:textId="77777777">
            <w:pPr>
              <w:spacing w:before="40" w:after="40"/>
            </w:pPr>
            <w:r>
              <w:t>EBYS</w:t>
            </w:r>
          </w:p>
        </w:tc>
      </w:tr>
      <w:tr w:rsidR="0077749C" w:rsidTr="00D42B1C" w14:paraId="5E5197DF" w14:textId="77777777">
        <w:trPr>
          <w:jc w:val="center"/>
        </w:trPr>
        <w:tc>
          <w:tcPr>
            <w:tcW w:w="2635" w:type="dxa"/>
          </w:tcPr>
          <w:p w:rsidR="0077749C" w:rsidRDefault="00000000" w14:paraId="383A5363" w14:textId="77777777">
            <w:pPr>
              <w:spacing w:before="40" w:after="40"/>
            </w:pPr>
            <w:r>
              <w:t>6. Yıllık mezun izleme öz değerlendirme raporunun hazırlanması ve senatoya sunulması</w:t>
            </w:r>
          </w:p>
        </w:tc>
        <w:tc>
          <w:tcPr>
            <w:tcW w:w="2635" w:type="dxa"/>
            <w:vAlign w:val="center"/>
          </w:tcPr>
          <w:p w:rsidR="0077749C" w:rsidP="00D42B1C" w:rsidRDefault="00191736" w14:paraId="309DBD08" w14:textId="52AFDCE6">
            <w:pPr>
              <w:spacing w:before="40" w:after="40"/>
            </w:pPr>
            <w:proofErr w:type="spellStart"/>
            <w:r>
              <w:t>Akreditasyon</w:t>
            </w:r>
            <w:proofErr w:type="spellEnd"/>
            <w:r>
              <w:t xml:space="preserve">, Akademik </w:t>
            </w:r>
            <w:proofErr w:type="spellStart"/>
            <w:r>
              <w:t>Değerlendirme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Kalite </w:t>
            </w:r>
            <w:proofErr w:type="spellStart"/>
            <w:r>
              <w:t>Koordinatörlüğü</w:t>
            </w:r>
            <w:proofErr w:type="spellEnd"/>
            <w:r>
              <w:t xml:space="preserve">, </w:t>
            </w:r>
            <w:proofErr w:type="spellStart"/>
            <w:r>
              <w:t>Rektör</w:t>
            </w:r>
            <w:proofErr w:type="spellEnd"/>
          </w:p>
        </w:tc>
        <w:tc>
          <w:tcPr>
            <w:tcW w:w="2635" w:type="dxa"/>
            <w:vAlign w:val="center"/>
          </w:tcPr>
          <w:p w:rsidR="0077749C" w:rsidP="00D42B1C" w:rsidRDefault="00000000" w14:paraId="2E699AFF" w14:textId="77777777">
            <w:pPr>
              <w:spacing w:before="40" w:after="40"/>
            </w:pPr>
            <w:r>
              <w:t>2547 sayılı Yükseköğretim Kanunu, Md. 14</w:t>
            </w:r>
          </w:p>
        </w:tc>
        <w:tc>
          <w:tcPr>
            <w:tcW w:w="2635" w:type="dxa"/>
            <w:vAlign w:val="center"/>
          </w:tcPr>
          <w:p w:rsidR="0077749C" w:rsidP="00D42B1C" w:rsidRDefault="00000000" w14:paraId="246C003B" w14:textId="77777777">
            <w:pPr>
              <w:spacing w:before="40" w:after="40"/>
            </w:pPr>
            <w:r>
              <w:t>EBYS</w:t>
            </w:r>
          </w:p>
        </w:tc>
      </w:tr>
      <w:tr w:rsidR="0077749C" w14:paraId="1155E18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76591" w:rsidR="0077749C" w:rsidRDefault="00000000" w14:paraId="7B3C27F1" w14:textId="77777777">
            <w:pPr>
              <w:spacing w:before="40" w:after="40"/>
              <w:rPr>
                <w:b/>
                <w:bCs/>
              </w:rPr>
            </w:pPr>
            <w:r w:rsidRPr="00176591">
              <w:rPr>
                <w:b/>
                <w:bCs/>
              </w:rPr>
              <w:t>İzleme Kriterleri:</w:t>
            </w:r>
          </w:p>
          <w:p w:rsidR="0077749C" w:rsidRDefault="00000000" w14:paraId="4DD531E6" w14:textId="77777777">
            <w:pPr>
              <w:spacing w:before="40" w:after="40"/>
            </w:pPr>
            <w:r>
              <w:t>1. Geri bildirim sonucu müfredat değişikliği yapılan program sayısı</w:t>
            </w:r>
          </w:p>
          <w:p w:rsidR="0077749C" w:rsidRDefault="00000000" w14:paraId="06E82D3C" w14:textId="77777777">
            <w:pPr>
              <w:spacing w:before="40" w:after="40"/>
            </w:pPr>
            <w:r>
              <w:t>2. İyileştirme önerilerinin hayata geçirilme oranı (%)</w:t>
            </w:r>
          </w:p>
          <w:p w:rsidR="0077749C" w:rsidRDefault="00000000" w14:paraId="141C00C2" w14:textId="77777777">
            <w:pPr>
              <w:spacing w:before="40" w:after="40"/>
            </w:pPr>
            <w:r>
              <w:t>3. Yıllık öz değerlendirme raporunun zamanında tamamlanma durumu</w:t>
            </w:r>
          </w:p>
        </w:tc>
      </w:tr>
      <w:tr w:rsidR="0077749C" w14:paraId="69B5AEB0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76591" w:rsidR="0077749C" w:rsidRDefault="00000000" w14:paraId="26B9C3B9" w14:textId="77777777">
            <w:pPr>
              <w:spacing w:before="40" w:after="40"/>
              <w:rPr>
                <w:b/>
                <w:bCs/>
              </w:rPr>
            </w:pPr>
            <w:r w:rsidRPr="00176591">
              <w:rPr>
                <w:b/>
                <w:bCs/>
              </w:rPr>
              <w:t>Riskler:</w:t>
            </w:r>
          </w:p>
          <w:p w:rsidR="0077749C" w:rsidRDefault="00000000" w14:paraId="3F965537" w14:textId="77777777">
            <w:pPr>
              <w:spacing w:before="40" w:after="40"/>
            </w:pPr>
            <w:r>
              <w:t>1. Geri bildirim verilerinin program iyileştirmeye dönüştürülmeden arşivlenmesi</w:t>
            </w:r>
          </w:p>
          <w:p w:rsidR="0077749C" w:rsidRDefault="00000000" w14:paraId="055003FD" w14:textId="77777777">
            <w:pPr>
              <w:spacing w:before="40" w:after="40"/>
            </w:pPr>
            <w:r>
              <w:t>2. PUKÖ döngüsünün “Kontrol Et” ve “Önlem Al” aşamalarının tamamlanamaması</w:t>
            </w:r>
          </w:p>
        </w:tc>
      </w:tr>
      <w:tr w:rsidR="0077749C" w14:paraId="594135A8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76591" w:rsidR="0077749C" w:rsidRDefault="00000000" w14:paraId="79FB9576" w14:textId="77777777">
            <w:pPr>
              <w:spacing w:before="40" w:after="40"/>
              <w:rPr>
                <w:b/>
                <w:bCs/>
              </w:rPr>
            </w:pPr>
            <w:r w:rsidRPr="00176591">
              <w:rPr>
                <w:b/>
                <w:bCs/>
              </w:rPr>
              <w:t>Fırsatlar:</w:t>
            </w:r>
          </w:p>
          <w:p w:rsidR="0077749C" w:rsidRDefault="00000000" w14:paraId="43A1D5EA" w14:textId="77777777">
            <w:pPr>
              <w:spacing w:before="40" w:after="40"/>
            </w:pPr>
            <w:r>
              <w:t>1. Geri bildirim odaklı sürekli iyileştirme kültürünün YÖKAK kurumsal dış değerlendirmesinde üniversiteye avantaj sağlaması</w:t>
            </w:r>
          </w:p>
          <w:p w:rsidR="0077749C" w:rsidRDefault="00000000" w14:paraId="32984A33" w14:textId="77777777">
            <w:pPr>
              <w:spacing w:before="40" w:after="40"/>
            </w:pPr>
            <w:r>
              <w:t>2. Veri tabanlı karar alma kültürünün kurumsallaşması</w:t>
            </w:r>
          </w:p>
          <w:p w:rsidR="0077749C" w:rsidRDefault="00000000" w14:paraId="1763585A" w14:textId="77777777">
            <w:pPr>
              <w:spacing w:before="40" w:after="40"/>
            </w:pPr>
            <w:r>
              <w:t>3. Akreditasyon süreçlerinde PUKÖ kanıtı olarak kullanılabilecek sistematik veri üretilmesi</w:t>
            </w:r>
          </w:p>
        </w:tc>
      </w:tr>
    </w:tbl>
    <w:p w:rsidR="0077749C" w:rsidRDefault="0077749C" w14:paraId="35B45A61" w14:textId="77777777">
      <w:pPr>
        <w:spacing w:after="120"/>
      </w:pPr>
    </w:p>
    <w:sectPr w:rsidR="0077749C" w:rsidSect="00034616">
      <w:headerReference w:type="default" r:id="R9c3a5d184add46f5"/>
      <w:pgSz w:w="12240" w:h="15840"/>
      <w:pgMar w:top="1134" w:right="850" w:bottom="1134" w:left="850" w:header="720" w:footer="720" w:gutter="0"/>
      <w:cols w:space="720"/>
      <w:docGrid w:linePitch="360"/>
      <w:footerReference w:type="default" r:id="Re54a583237454dbd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D1AEB" w14:textId="77777777" w:rsidR="008C6565" w:rsidRDefault="008C6565" w:rsidP="00191736">
      <w:pPr>
        <w:spacing w:after="0" w:line="240" w:lineRule="auto"/>
      </w:pPr>
      <w:r>
        <w:separator/>
      </w:r>
    </w:p>
  </w:endnote>
  <w:endnote w:type="continuationSeparator" w:id="0">
    <w:p w14:paraId="15346D9D" w14:textId="77777777" w:rsidR="008C6565" w:rsidRDefault="008C6565" w:rsidP="00191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KYS-PRS.01.06,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120fda09c2fa49f6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kvys.giresun.edu.tr/sg/32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69a336c14636462e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E56B9" w14:textId="77777777" w:rsidR="008C6565" w:rsidRDefault="008C6565" w:rsidP="00191736">
      <w:pPr>
        <w:spacing w:after="0" w:line="240" w:lineRule="auto"/>
      </w:pPr>
      <w:r>
        <w:separator/>
      </w:r>
    </w:p>
  </w:footnote>
  <w:footnote w:type="continuationSeparator" w:id="0">
    <w:p w14:paraId="68D40337" w14:textId="77777777" w:rsidR="008C6565" w:rsidRDefault="008C6565" w:rsidP="00191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68c492c53b8a4d0f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Mezun İzleme ve Geri Bildirim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KYS-PRS.01.06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0661462">
    <w:abstractNumId w:val="8"/>
  </w:num>
  <w:num w:numId="2" w16cid:durableId="114642742">
    <w:abstractNumId w:val="6"/>
  </w:num>
  <w:num w:numId="3" w16cid:durableId="1565482173">
    <w:abstractNumId w:val="5"/>
  </w:num>
  <w:num w:numId="4" w16cid:durableId="846561011">
    <w:abstractNumId w:val="4"/>
  </w:num>
  <w:num w:numId="5" w16cid:durableId="1813711404">
    <w:abstractNumId w:val="7"/>
  </w:num>
  <w:num w:numId="6" w16cid:durableId="983001887">
    <w:abstractNumId w:val="3"/>
  </w:num>
  <w:num w:numId="7" w16cid:durableId="816805106">
    <w:abstractNumId w:val="2"/>
  </w:num>
  <w:num w:numId="8" w16cid:durableId="207767955">
    <w:abstractNumId w:val="1"/>
  </w:num>
  <w:num w:numId="9" w16cid:durableId="103160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6591"/>
    <w:rsid w:val="00191736"/>
    <w:rsid w:val="0029639D"/>
    <w:rsid w:val="00326F90"/>
    <w:rsid w:val="003A31D3"/>
    <w:rsid w:val="003D0BB1"/>
    <w:rsid w:val="0077749C"/>
    <w:rsid w:val="008A6055"/>
    <w:rsid w:val="008C6565"/>
    <w:rsid w:val="00A00A81"/>
    <w:rsid w:val="00A84EF9"/>
    <w:rsid w:val="00AA1D8D"/>
    <w:rsid w:val="00B47730"/>
    <w:rsid w:val="00BD7524"/>
    <w:rsid w:val="00CB0664"/>
    <w:rsid w:val="00D21D12"/>
    <w:rsid w:val="00D42B1C"/>
    <w:rsid w:val="00E157D8"/>
    <w:rsid w:val="00F0016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FD80F9"/>
  <w14:defaultImageDpi w14:val="300"/>
  <w15:docId w15:val="{E1B948CD-E3C3-294B-A8B9-3497964D7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 w:cs="Times New Roman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Relationship Type="http://schemas.openxmlformats.org/officeDocument/2006/relationships/hyperlink" Target="https://kvys.giresun.edu.tr/dn/KYS-YNR-035" TargetMode="External" Id="rId10" /><Relationship Type="http://schemas.openxmlformats.org/officeDocument/2006/relationships/hyperlink" Target="https://kvys.giresun.edu.tr/dn/KYS-YNR-066" TargetMode="External" Id="rId11" /><Relationship Type="http://schemas.openxmlformats.org/officeDocument/2006/relationships/hyperlink" Target="https://kvys.giresun.edu.tr/dn/KYS-YNR-067" TargetMode="External" Id="rId12" /><Relationship Type="http://schemas.openxmlformats.org/officeDocument/2006/relationships/hyperlink" Target="https://kvys.giresun.edu.tr/dn/KYS-YNT-012" TargetMode="External" Id="rId13" /><Relationship Type="http://schemas.openxmlformats.org/officeDocument/2006/relationships/hyperlink" Target="https://kvys.giresun.edu.tr/dn/KYS-YNR-074" TargetMode="External" Id="rId14" /><Relationship Type="http://schemas.openxmlformats.org/officeDocument/2006/relationships/hyperlink" Target="https://kvys.giresun.edu.tr/dn/KYS-YNT-013" TargetMode="External" Id="rId15" /><Relationship Type="http://schemas.openxmlformats.org/officeDocument/2006/relationships/hyperlink" Target="https://kvys.giresun.edu.tr/dn/KYS-YNT-015" TargetMode="External" Id="rId16" /><Relationship Type="http://schemas.openxmlformats.org/officeDocument/2006/relationships/hyperlink" Target="https://kvys.giresun.edu.tr/dn/KYS-YNT-009" TargetMode="External" Id="rId17" /><Relationship Type="http://schemas.openxmlformats.org/officeDocument/2006/relationships/hyperlink" Target="https://kvys.giresun.edu.tr/dn/KYS-YNT-004" TargetMode="External" Id="rId18" /><Relationship Type="http://schemas.openxmlformats.org/officeDocument/2006/relationships/hyperlink" Target="https://kvys.giresun.edu.tr/dn/KYS-YNR-089" TargetMode="External" Id="rId19" /><Relationship Type="http://schemas.openxmlformats.org/officeDocument/2006/relationships/hyperlink" Target="https://kvys.giresun.edu.tr/dn/KYS-YNR-078" TargetMode="External" Id="rId20" /><Relationship Type="http://schemas.openxmlformats.org/officeDocument/2006/relationships/hyperlink" Target="https://kvys.giresun.edu.tr/dn/KYS-YNT-022" TargetMode="External" Id="rId21" /><Relationship Type="http://schemas.openxmlformats.org/officeDocument/2006/relationships/hyperlink" Target="https://kvys.giresun.edu.tr/dn/KYS-YNT-001" TargetMode="External" Id="rId22" /><Relationship Type="http://schemas.openxmlformats.org/officeDocument/2006/relationships/hyperlink" Target="https://kvys.giresun.edu.tr/dn/KYS-YNR-082" TargetMode="External" Id="rId23" /><Relationship Type="http://schemas.openxmlformats.org/officeDocument/2006/relationships/hyperlink" Target="https://kvys.giresun.edu.tr/dn/KYS-YNR-014" TargetMode="External" Id="rId24" /><Relationship Type="http://schemas.openxmlformats.org/officeDocument/2006/relationships/hyperlink" Target="https://kvys.giresun.edu.tr/dn/KYS-YNR-021" TargetMode="External" Id="rId25" /><Relationship Type="http://schemas.openxmlformats.org/officeDocument/2006/relationships/hyperlink" Target="https://kvys.giresun.edu.tr/dn/KYS-YNT-003" TargetMode="External" Id="rId26" /><Relationship Type="http://schemas.openxmlformats.org/officeDocument/2006/relationships/hyperlink" Target="https://kvys.giresun.edu.tr/dn/KYS-YNR-071" TargetMode="External" Id="rId27" /><Relationship Type="http://schemas.openxmlformats.org/officeDocument/2006/relationships/hyperlink" Target="https://kvys.giresun.edu.tr/dn/KYS-YNR-042" TargetMode="External" Id="rId28" /><Relationship Type="http://schemas.openxmlformats.org/officeDocument/2006/relationships/hyperlink" Target="https://kvys.giresun.edu.tr/dn/KYS-YNT-002" TargetMode="External" Id="rId29" /><Relationship Type="http://schemas.openxmlformats.org/officeDocument/2006/relationships/hyperlink" Target="https://kvys.giresun.edu.tr/dn/KYS-YNR-070" TargetMode="External" Id="rId30" /><Relationship Type="http://schemas.openxmlformats.org/officeDocument/2006/relationships/hyperlink" Target="https://kvys.giresun.edu.tr/dn/KYS-YNR-008" TargetMode="External" Id="rId31" /><Relationship Type="http://schemas.openxmlformats.org/officeDocument/2006/relationships/hyperlink" Target="https://kvys.giresun.edu.tr/dn/KYS-YNR-049" TargetMode="External" Id="rId32" /><Relationship Type="http://schemas.openxmlformats.org/officeDocument/2006/relationships/hyperlink" Target="https://kvys.giresun.edu.tr/dn/KYS-YNT-020" TargetMode="External" Id="rId33" /><Relationship Type="http://schemas.openxmlformats.org/officeDocument/2006/relationships/hyperlink" Target="https://kvys.giresun.edu.tr/dn/KYS-YNR-047" TargetMode="External" Id="rId34" /><Relationship Type="http://schemas.openxmlformats.org/officeDocument/2006/relationships/hyperlink" Target="https://kvys.giresun.edu.tr/dn/KYS-YNR-010" TargetMode="External" Id="rId35" /><Relationship Type="http://schemas.openxmlformats.org/officeDocument/2006/relationships/hyperlink" Target="https://kvys.giresun.edu.tr/dn/KYS-YNT-005" TargetMode="External" Id="rId36" /><Relationship Type="http://schemas.openxmlformats.org/officeDocument/2006/relationships/hyperlink" Target="https://kvys.giresun.edu.tr/dn/KYS-YNR-018" TargetMode="External" Id="rId37" /><Relationship Type="http://schemas.openxmlformats.org/officeDocument/2006/relationships/hyperlink" Target="https://kvys.giresun.edu.tr/dn/KYS-YNT-021" TargetMode="External" Id="rId38" /><Relationship Type="http://schemas.openxmlformats.org/officeDocument/2006/relationships/hyperlink" Target="https://kvys.giresun.edu.tr/dn/KYS-YNR-081" TargetMode="External" Id="rId39" /><Relationship Type="http://schemas.openxmlformats.org/officeDocument/2006/relationships/hyperlink" Target="https://kvys.giresun.edu.tr/dn/KYS-YNR-019" TargetMode="External" Id="rId40" /><Relationship Type="http://schemas.openxmlformats.org/officeDocument/2006/relationships/hyperlink" Target="https://kvys.giresun.edu.tr/dn/KYS-YNR-026" TargetMode="External" Id="rId41" /><Relationship Type="http://schemas.openxmlformats.org/officeDocument/2006/relationships/hyperlink" Target="https://kvys.giresun.edu.tr/dn/KYS-YNR-009" TargetMode="External" Id="rId42" /><Relationship Type="http://schemas.openxmlformats.org/officeDocument/2006/relationships/hyperlink" Target="https://kvys.giresun.edu.tr/dn/KYS-YNR-027" TargetMode="External" Id="rId43" /><Relationship Type="http://schemas.openxmlformats.org/officeDocument/2006/relationships/hyperlink" Target="https://kvys.giresun.edu.tr/dn/KYS-YNR-005" TargetMode="External" Id="rId44" /><Relationship Type="http://schemas.openxmlformats.org/officeDocument/2006/relationships/hyperlink" Target="https://kvys.giresun.edu.tr/dn/KYS-YNR-088" TargetMode="External" Id="rId45" /><Relationship Type="http://schemas.openxmlformats.org/officeDocument/2006/relationships/hyperlink" Target="https://kvys.giresun.edu.tr/dn/KYS-YNR-020" TargetMode="External" Id="rId46" /><Relationship Type="http://schemas.openxmlformats.org/officeDocument/2006/relationships/hyperlink" Target="https://kvys.giresun.edu.tr/dn/KYS-YNR-036" TargetMode="External" Id="rId47" /><Relationship Type="http://schemas.openxmlformats.org/officeDocument/2006/relationships/hyperlink" Target="https://kvys.giresun.edu.tr/dn/KYS-YNR-083" TargetMode="External" Id="rId48" /><Relationship Type="http://schemas.openxmlformats.org/officeDocument/2006/relationships/header" Target="/word/header1.xml" Id="R9c3a5d184add46f5" /><Relationship Type="http://schemas.openxmlformats.org/officeDocument/2006/relationships/footer" Target="/word/footer1.xml" Id="Re54a583237454dbd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69a336c14636462e" /><Relationship Type="http://schemas.openxmlformats.org/officeDocument/2006/relationships/hyperlink" Target="https://kvys.giresun.edu.tr/sg/32" TargetMode="External" Id="R120fda09c2fa49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68c492c53b8a4d0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2020</Words>
  <Characters>11517</Characters>
  <Application>Microsoft Office Word</Application>
  <DocSecurity>0</DocSecurity>
  <Lines>95</Lines>
  <Paragraphs>27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13510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sipahi</cp:lastModifiedBy>
  <cp:revision>6</cp:revision>
  <dcterms:created xsi:type="dcterms:W3CDTF">2013-12-23T23:15:00Z</dcterms:created>
  <dcterms:modified xsi:type="dcterms:W3CDTF">2026-06-10T07:40:00Z</dcterms:modified>
  <cp:category/>
</cp:coreProperties>
</file>