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D34DCC" w14:paraId="74EC80E0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D34DCC" w:rsidRDefault="00000000" w14:paraId="5C885332" w14:textId="77777777">
            <w:pPr>
              <w:spacing w:before="40" w:after="40"/>
              <w:jc w:val="center"/>
            </w:pPr>
            <w:r>
              <w:rPr>
                <w:b/>
              </w:rPr>
              <w:t>PRS.02.02  BİLGİ TRANSFERİ SÜRECİ</w:t>
            </w:r>
          </w:p>
        </w:tc>
      </w:tr>
      <w:tr w:rsidR="00D34DCC" w14:paraId="6E4E338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34DCC" w:rsidRDefault="00000000" w14:paraId="3018F7CE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D34DCC" w:rsidRDefault="00000000" w14:paraId="48E75900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D34DCC" w14:paraId="114BBA7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34DCC" w:rsidRDefault="00000000" w14:paraId="491CD7A1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D34DCC" w:rsidRDefault="00F37AAC" w14:paraId="72891DDE" w14:textId="44AC0543">
            <w:pPr>
              <w:spacing w:before="40" w:after="40"/>
            </w:pPr>
            <w:r w:rsidRPr="00CF7387">
              <w:t xml:space="preserve">GRÜ-TTM: Giresun </w:t>
            </w:r>
            <w:proofErr w:type="spellStart"/>
            <w:r w:rsidRPr="00CF7387">
              <w:t>Üniversitesi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Teknoloji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Transferi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Uygulama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ve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Araştırma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Merkezi</w:t>
            </w:r>
            <w:proofErr w:type="spellEnd"/>
            <w:r>
              <w:t xml:space="preserve">, </w:t>
            </w:r>
            <w:proofErr w:type="spellStart"/>
            <w:r w:rsidR="00000000">
              <w:t>Bilimsel</w:t>
            </w:r>
            <w:proofErr w:type="spellEnd"/>
            <w:r w:rsidR="00000000">
              <w:t xml:space="preserve"> </w:t>
            </w:r>
            <w:proofErr w:type="spellStart"/>
            <w:r w:rsidR="00000000">
              <w:t>Araştırma</w:t>
            </w:r>
            <w:proofErr w:type="spellEnd"/>
            <w:r w:rsidR="00000000">
              <w:t xml:space="preserve"> </w:t>
            </w:r>
            <w:proofErr w:type="spellStart"/>
            <w:r w:rsidR="00000000">
              <w:t>Projeleri</w:t>
            </w:r>
            <w:proofErr w:type="spellEnd"/>
            <w:r w:rsidR="00000000">
              <w:t xml:space="preserve"> (BAP) Koordinasyon Birimi, Proje Destek ve Yönetim Koordinatörlüğü, Sürekli Eğitim Araştırma ve Uygulama Merkezi (GUSEM), Fakülte/Enstitü/YO/MYO, Hukuk Müşavirliği, Akreditasyon, Akademik Değerlendirme ve Kalite Koordinatörlüğü</w:t>
            </w:r>
          </w:p>
        </w:tc>
      </w:tr>
      <w:tr w:rsidR="00D34DCC" w14:paraId="71F36C5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34DCC" w:rsidRDefault="00000000" w14:paraId="213C775D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D34DCC" w:rsidRDefault="00000000" w14:paraId="27BBFD5C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D34DCC" w14:paraId="17BEDA8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34DCC" w:rsidRDefault="00000000" w14:paraId="22902F1B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D34DCC" w:rsidRDefault="00000000" w14:paraId="106BEF0F" w14:textId="77777777">
            <w:pPr>
              <w:spacing w:before="40" w:after="40"/>
            </w:pPr>
            <w:r>
              <w:t>Üniversitenin ürettiği bilginin sektör, toplum ve uluslararası akademik camiaya transferini sağlamak; üniversite-sanayi-toplum işbirliklerini yönetmek ve bilgiye dayalı ekonomik/sosyal değer üretimine katkı sunmak.</w:t>
            </w:r>
          </w:p>
        </w:tc>
      </w:tr>
      <w:tr w:rsidR="00D34DCC" w14:paraId="4F9D9AA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34DCC" w:rsidRDefault="00000000" w14:paraId="0FD26335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D34DCC" w:rsidRDefault="00000000" w14:paraId="1534ACE4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D34DCC" w:rsidRDefault="00000000" w14:paraId="20D968FE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D34DCC" w14:paraId="023510E2" w14:textId="77777777">
        <w:trPr>
          <w:jc w:val="center"/>
        </w:trPr>
        <w:tc>
          <w:tcPr>
            <w:tcW w:w="3513" w:type="dxa"/>
          </w:tcPr>
          <w:p w:rsidR="00D34DCC" w:rsidRDefault="00000000" w14:paraId="6C431CAF" w14:textId="6592444A">
            <w:pPr>
              <w:spacing w:before="40" w:after="40"/>
            </w:pPr>
            <w:r>
              <w:t>G</w:t>
            </w:r>
            <w:r w:rsidR="001F717F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3513" w:type="dxa"/>
          </w:tcPr>
          <w:p w:rsidR="00D34DCC" w:rsidRDefault="00000000" w14:paraId="65B056DD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D34DCC" w:rsidRDefault="00000000" w14:paraId="39014EB4" w14:textId="77777777">
            <w:pPr>
              <w:spacing w:before="40" w:after="40"/>
            </w:pPr>
            <w:r>
              <w:t>Bilgi transfer performans raporu</w:t>
            </w:r>
          </w:p>
        </w:tc>
      </w:tr>
      <w:tr w:rsidR="00D34DCC" w14:paraId="3772C23D" w14:textId="77777777">
        <w:trPr>
          <w:jc w:val="center"/>
        </w:trPr>
        <w:tc>
          <w:tcPr>
            <w:tcW w:w="3513" w:type="dxa"/>
          </w:tcPr>
          <w:p w:rsidR="00D34DCC" w:rsidRDefault="00000000" w14:paraId="48D55823" w14:textId="77777777">
            <w:pPr>
              <w:spacing w:before="40" w:after="40"/>
            </w:pPr>
            <w:r>
              <w:t>Üniversite-sanayi işbirliği protokol talepleri</w:t>
            </w:r>
          </w:p>
        </w:tc>
        <w:tc>
          <w:tcPr>
            <w:tcW w:w="3513" w:type="dxa"/>
          </w:tcPr>
          <w:p w:rsidR="00D34DCC" w:rsidRDefault="00000000" w14:paraId="3BA30CBC" w14:textId="7EED4670">
            <w:pPr>
              <w:spacing w:before="40" w:after="40"/>
            </w:pPr>
            <w:proofErr w:type="spellStart"/>
            <w:r>
              <w:t>Teknopark</w:t>
            </w:r>
            <w:proofErr w:type="spellEnd"/>
            <w:r>
              <w:t xml:space="preserve"> </w:t>
            </w:r>
            <w:proofErr w:type="spellStart"/>
            <w:r>
              <w:t>portalı</w:t>
            </w:r>
            <w:proofErr w:type="spellEnd"/>
            <w:r>
              <w:t>, TT</w:t>
            </w:r>
            <w:r w:rsidR="00F37AAC">
              <w:t xml:space="preserve">M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D34DCC" w:rsidRDefault="00000000" w14:paraId="792C66DA" w14:textId="77777777">
            <w:pPr>
              <w:spacing w:before="40" w:after="40"/>
            </w:pPr>
            <w:r>
              <w:t>Üniversite-sanayi işbirliği protokolleri</w:t>
            </w:r>
          </w:p>
        </w:tc>
      </w:tr>
      <w:tr w:rsidR="00D34DCC" w14:paraId="0EC54AB8" w14:textId="77777777">
        <w:trPr>
          <w:jc w:val="center"/>
        </w:trPr>
        <w:tc>
          <w:tcPr>
            <w:tcW w:w="3513" w:type="dxa"/>
          </w:tcPr>
          <w:p w:rsidR="00D34DCC" w:rsidRDefault="00000000" w14:paraId="4892808A" w14:textId="77777777">
            <w:pPr>
              <w:spacing w:before="40" w:after="40"/>
            </w:pPr>
            <w:r>
              <w:t>Patent ve fikri mülkiyet portföyü (→ PRS.02.05)</w:t>
            </w:r>
          </w:p>
        </w:tc>
        <w:tc>
          <w:tcPr>
            <w:tcW w:w="3513" w:type="dxa"/>
          </w:tcPr>
          <w:p w:rsidR="00D34DCC" w:rsidRDefault="00000000" w14:paraId="375A1AEE" w14:textId="71CCC200">
            <w:pPr>
              <w:spacing w:before="40" w:after="40"/>
            </w:pPr>
            <w:r>
              <w:t>TT</w:t>
            </w:r>
            <w:r w:rsidR="00F37AAC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D34DCC" w:rsidRDefault="00000000" w14:paraId="16C7EC6A" w14:textId="77777777">
            <w:pPr>
              <w:spacing w:before="40" w:after="40"/>
            </w:pPr>
            <w:r>
              <w:t>Teknoloji transfer ve lisans sözleşmeleri</w:t>
            </w:r>
          </w:p>
        </w:tc>
      </w:tr>
      <w:tr w:rsidR="00D34DCC" w14:paraId="6DF706A3" w14:textId="77777777">
        <w:trPr>
          <w:jc w:val="center"/>
        </w:trPr>
        <w:tc>
          <w:tcPr>
            <w:tcW w:w="3513" w:type="dxa"/>
          </w:tcPr>
          <w:p w:rsidR="00D34DCC" w:rsidRDefault="00000000" w14:paraId="41D02EC3" w14:textId="77777777">
            <w:pPr>
              <w:spacing w:before="40" w:after="40"/>
            </w:pPr>
            <w:r>
              <w:t>Patent ve fikri mülkiyet portföyü (→ PRS.02.05)</w:t>
            </w:r>
          </w:p>
        </w:tc>
        <w:tc>
          <w:tcPr>
            <w:tcW w:w="3513" w:type="dxa"/>
          </w:tcPr>
          <w:p w:rsidR="00D34DCC" w:rsidRDefault="00000000" w14:paraId="6A9ED856" w14:textId="17F8AD17">
            <w:pPr>
              <w:spacing w:before="40" w:after="40"/>
            </w:pPr>
            <w:r>
              <w:t>TT</w:t>
            </w:r>
            <w:r w:rsidR="00F37AAC">
              <w:t>M</w:t>
            </w:r>
            <w:r>
              <w:t xml:space="preserve"> yönetim sistemi, Mali Yönetim Sistemi</w:t>
            </w:r>
          </w:p>
        </w:tc>
        <w:tc>
          <w:tcPr>
            <w:tcW w:w="3513" w:type="dxa"/>
          </w:tcPr>
          <w:p w:rsidR="00D34DCC" w:rsidRDefault="00000000" w14:paraId="6ADE51DA" w14:textId="77777777">
            <w:pPr>
              <w:spacing w:before="40" w:after="40"/>
            </w:pPr>
            <w:r>
              <w:t>Patent lisanslama gelir raporu</w:t>
            </w:r>
          </w:p>
        </w:tc>
      </w:tr>
      <w:tr w:rsidR="00D34DCC" w14:paraId="6CFF4B68" w14:textId="77777777">
        <w:trPr>
          <w:jc w:val="center"/>
        </w:trPr>
        <w:tc>
          <w:tcPr>
            <w:tcW w:w="3513" w:type="dxa"/>
          </w:tcPr>
          <w:p w:rsidR="00D34DCC" w:rsidRDefault="00000000" w14:paraId="38C69161" w14:textId="77777777">
            <w:pPr>
              <w:spacing w:before="40" w:after="40"/>
            </w:pPr>
            <w:r>
              <w:t>Sektör ve sanayi Ar-Ge talepleri</w:t>
            </w:r>
          </w:p>
        </w:tc>
        <w:tc>
          <w:tcPr>
            <w:tcW w:w="3513" w:type="dxa"/>
          </w:tcPr>
          <w:p w:rsidR="00D34DCC" w:rsidRDefault="00000000" w14:paraId="34C3FAF3" w14:textId="43EA0A68">
            <w:pPr>
              <w:spacing w:before="40" w:after="40"/>
            </w:pPr>
            <w:r>
              <w:t>TT</w:t>
            </w:r>
            <w:r w:rsidR="00F37AAC">
              <w:t xml:space="preserve">M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D34DCC" w:rsidRDefault="00000000" w14:paraId="5D7F0568" w14:textId="77777777">
            <w:pPr>
              <w:spacing w:before="40" w:after="40"/>
            </w:pPr>
            <w:r>
              <w:t>Sektör Ar-Ge danışmanlık raporları</w:t>
            </w:r>
          </w:p>
        </w:tc>
      </w:tr>
      <w:tr w:rsidR="00D34DCC" w14:paraId="55912EA4" w14:textId="77777777">
        <w:trPr>
          <w:jc w:val="center"/>
        </w:trPr>
        <w:tc>
          <w:tcPr>
            <w:tcW w:w="3513" w:type="dxa"/>
          </w:tcPr>
          <w:p w:rsidR="00D34DCC" w:rsidRDefault="00000000" w14:paraId="18FCD2D0" w14:textId="77777777">
            <w:pPr>
              <w:spacing w:before="40" w:after="40"/>
            </w:pPr>
            <w:r>
              <w:t>Sektör ve sanayi Ar-Ge talepleri</w:t>
            </w:r>
          </w:p>
        </w:tc>
        <w:tc>
          <w:tcPr>
            <w:tcW w:w="3513" w:type="dxa"/>
          </w:tcPr>
          <w:p w:rsidR="00D34DCC" w:rsidRDefault="00000000" w14:paraId="36303CF8" w14:textId="74F224CF">
            <w:pPr>
              <w:spacing w:before="40" w:after="40"/>
            </w:pPr>
            <w:r>
              <w:t>TT</w:t>
            </w:r>
            <w:r w:rsidR="00F37AAC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D34DCC" w:rsidRDefault="00000000" w14:paraId="739FD3E7" w14:textId="77777777">
            <w:pPr>
              <w:spacing w:before="40" w:after="40"/>
            </w:pPr>
            <w:r>
              <w:t>Spin-off / start-up şirket çıktıları</w:t>
            </w:r>
          </w:p>
        </w:tc>
      </w:tr>
      <w:tr w:rsidR="00D34DCC" w14:paraId="48ED2383" w14:textId="77777777">
        <w:trPr>
          <w:jc w:val="center"/>
        </w:trPr>
        <w:tc>
          <w:tcPr>
            <w:tcW w:w="3513" w:type="dxa"/>
          </w:tcPr>
          <w:p w:rsidR="00D34DCC" w:rsidRDefault="00000000" w14:paraId="3DB72ECF" w14:textId="77777777">
            <w:pPr>
              <w:spacing w:before="40" w:after="40"/>
            </w:pPr>
            <w:r>
              <w:t>Sürekli eğitim ve sertifika programı önerileri</w:t>
            </w:r>
          </w:p>
        </w:tc>
        <w:tc>
          <w:tcPr>
            <w:tcW w:w="3513" w:type="dxa"/>
          </w:tcPr>
          <w:p w:rsidR="00D34DCC" w:rsidRDefault="00000000" w14:paraId="378B7DE3" w14:textId="77777777">
            <w:pPr>
              <w:spacing w:before="40" w:after="40"/>
            </w:pPr>
            <w:r>
              <w:t>GUSEM (Sürekli Eğitim Araştırma ve Uygulama Merkezi)</w:t>
            </w:r>
          </w:p>
        </w:tc>
        <w:tc>
          <w:tcPr>
            <w:tcW w:w="3513" w:type="dxa"/>
          </w:tcPr>
          <w:p w:rsidR="00D34DCC" w:rsidRDefault="00000000" w14:paraId="7D693A43" w14:textId="77777777">
            <w:pPr>
              <w:spacing w:before="40" w:after="40"/>
            </w:pPr>
            <w:r>
              <w:t>Sürekli eğitim ve sertifika programları</w:t>
            </w:r>
          </w:p>
        </w:tc>
      </w:tr>
      <w:tr w:rsidR="00D34DCC" w14:paraId="57B2C67E" w14:textId="77777777">
        <w:trPr>
          <w:jc w:val="center"/>
        </w:trPr>
        <w:tc>
          <w:tcPr>
            <w:tcW w:w="3513" w:type="dxa"/>
          </w:tcPr>
          <w:p w:rsidR="00D34DCC" w:rsidRDefault="00000000" w14:paraId="4C782624" w14:textId="77777777">
            <w:pPr>
              <w:spacing w:before="40" w:after="40"/>
            </w:pPr>
            <w:r>
              <w:t>Uluslararası akademik işbirliği teklifleri (→ PRS.04.02)</w:t>
            </w:r>
          </w:p>
        </w:tc>
        <w:tc>
          <w:tcPr>
            <w:tcW w:w="3513" w:type="dxa"/>
          </w:tcPr>
          <w:p w:rsidR="00D34DCC" w:rsidRDefault="00000000" w14:paraId="385C0CD8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D34DCC" w:rsidRDefault="00000000" w14:paraId="3E65852C" w14:textId="77777777">
            <w:pPr>
              <w:spacing w:before="40" w:after="40"/>
            </w:pPr>
            <w:r>
              <w:t>Uluslararası akademik işbirliği anlaşmaları</w:t>
            </w:r>
          </w:p>
        </w:tc>
      </w:tr>
      <w:tr w:rsidR="00D34DCC" w14:paraId="76518680" w14:textId="77777777">
        <w:trPr>
          <w:jc w:val="center"/>
        </w:trPr>
        <w:tc>
          <w:tcPr>
            <w:tcW w:w="3513" w:type="dxa"/>
          </w:tcPr>
          <w:p w:rsidR="00D34DCC" w:rsidRDefault="00000000" w14:paraId="0075C3FE" w14:textId="77777777">
            <w:pPr>
              <w:spacing w:before="40" w:after="40"/>
            </w:pPr>
            <w:r>
              <w:t>Araştırma çıktıları ve yayınlar (→ PRS.02.01)</w:t>
            </w:r>
          </w:p>
        </w:tc>
        <w:tc>
          <w:tcPr>
            <w:tcW w:w="3513" w:type="dxa"/>
          </w:tcPr>
          <w:p w:rsidR="00D34DCC" w:rsidRDefault="00F37AAC" w14:paraId="40EC902F" w14:textId="02D6E164">
            <w:pPr>
              <w:spacing w:before="40" w:after="40"/>
            </w:pPr>
            <w:r>
              <w:t>YÖKSİS</w:t>
            </w:r>
          </w:p>
        </w:tc>
        <w:tc>
          <w:tcPr>
            <w:tcW w:w="3513" w:type="dxa"/>
          </w:tcPr>
          <w:p w:rsidR="00D34DCC" w:rsidRDefault="00000000" w14:paraId="4E643BA8" w14:textId="77777777">
            <w:pPr>
              <w:spacing w:before="40" w:after="40"/>
            </w:pPr>
            <w:r>
              <w:t>(toplum-sanayiye transferin referansı)</w:t>
            </w:r>
          </w:p>
        </w:tc>
      </w:tr>
      <w:tr w:rsidR="00D34DCC" w14:paraId="521D06AC" w14:textId="77777777">
        <w:trPr>
          <w:jc w:val="center"/>
        </w:trPr>
        <w:tc>
          <w:tcPr>
            <w:tcW w:w="3513" w:type="dxa"/>
          </w:tcPr>
          <w:p w:rsidR="00D34DCC" w:rsidRDefault="00000000" w14:paraId="30A1E0F9" w14:textId="77777777">
            <w:pPr>
              <w:spacing w:before="40" w:after="40"/>
            </w:pPr>
            <w:r>
              <w:t>YÖKAK Bilgi Transferi ölçütleri</w:t>
            </w:r>
          </w:p>
        </w:tc>
        <w:tc>
          <w:tcPr>
            <w:tcW w:w="3513" w:type="dxa"/>
          </w:tcPr>
          <w:p w:rsidR="00D34DCC" w:rsidRDefault="00000000" w14:paraId="4D408FB1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</w:tcPr>
          <w:p w:rsidR="00D34DCC" w:rsidRDefault="00000000" w14:paraId="40D54DF8" w14:textId="77777777">
            <w:pPr>
              <w:spacing w:before="40" w:after="40"/>
            </w:pPr>
            <w:r>
              <w:t>(→ kurumsal raporuna katkı)</w:t>
            </w:r>
          </w:p>
        </w:tc>
      </w:tr>
      <w:tr w:rsidR="00D34DCC" w14:paraId="4A3F80A7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1F717F" w:rsidR="00D34DCC" w:rsidRDefault="00000000" w14:paraId="3E95DDAF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Çapraz Referanslar (Diğer Süreçlerle Bağlantı):</w:t>
            </w:r>
          </w:p>
          <w:p w:rsidR="00D34DCC" w:rsidRDefault="00000000" w14:paraId="16665D51" w14:textId="77777777">
            <w:pPr>
              <w:spacing w:before="40" w:after="40"/>
            </w:pPr>
            <w:r>
              <w:t>1. PRS.02.01 Bilgi Üretim Süreci — Üretilen bilginin transfere hazırlığı</w:t>
            </w:r>
          </w:p>
          <w:p w:rsidR="00D34DCC" w:rsidRDefault="00000000" w14:paraId="70169EA0" w14:textId="77777777">
            <w:pPr>
              <w:spacing w:before="40" w:after="40"/>
            </w:pPr>
            <w:r>
              <w:t>2. PRS.02.03 Proje Yönetimi Süreci — Sanayi destekli projeler</w:t>
            </w:r>
          </w:p>
          <w:p w:rsidR="00D34DCC" w:rsidRDefault="00000000" w14:paraId="2ED054CA" w14:textId="77777777">
            <w:pPr>
              <w:spacing w:before="40" w:after="40"/>
            </w:pPr>
            <w:r>
              <w:t>3. PRS.02.05 Yayın ve Fikri Mülkiyet Süreci — Patent ticarileştirme</w:t>
            </w:r>
          </w:p>
          <w:p w:rsidR="00D34DCC" w:rsidRDefault="00000000" w14:paraId="09519C2F" w14:textId="77777777">
            <w:pPr>
              <w:spacing w:before="40" w:after="40"/>
            </w:pPr>
            <w:r>
              <w:t>4. PRS.03.02 Üniversite-Sanayi İşbirliği Süreci — Toplumsal katkı boyutu</w:t>
            </w:r>
          </w:p>
          <w:p w:rsidR="00D34DCC" w:rsidRDefault="00000000" w14:paraId="1AE15F8A" w14:textId="77777777">
            <w:pPr>
              <w:spacing w:before="40" w:after="40"/>
            </w:pPr>
            <w:r>
              <w:t>5. PRS.03.03 Sürekli Eğitim ve Yaşam Boyu Öğrenme Süreci — Sertifika programları</w:t>
            </w:r>
          </w:p>
          <w:p w:rsidR="00D34DCC" w:rsidRDefault="00000000" w14:paraId="531AE7E8" w14:textId="77777777">
            <w:pPr>
              <w:spacing w:before="40" w:after="40"/>
            </w:pPr>
            <w:r>
              <w:t>6. PRS.04.02 Uluslararası Akademik İşbirlikleri Süreci</w:t>
            </w:r>
          </w:p>
        </w:tc>
      </w:tr>
    </w:tbl>
    <w:p w:rsidR="001F717F" w:rsidRDefault="001F717F" w14:paraId="11AD6EAE" w14:textId="77777777">
      <w:pPr>
        <w:spacing w:before="240" w:after="120"/>
        <w:jc w:val="center"/>
        <w:rPr>
          <w:b/>
          <w:sz w:val="24"/>
        </w:rPr>
      </w:pPr>
    </w:p>
    <w:p w:rsidR="001F717F" w:rsidP="001F717F" w:rsidRDefault="001F717F" w14:paraId="1360089D" w14:textId="77777777">
      <w:pPr>
        <w:spacing w:before="240" w:after="120"/>
        <w:jc w:val="center"/>
        <w:rPr>
          <w:b/>
          <w:sz w:val="24"/>
        </w:rPr>
      </w:pPr>
    </w:p>
    <w:p w:rsidR="001F717F" w:rsidP="001F717F" w:rsidRDefault="001F717F" w14:paraId="6C422C9D" w14:textId="77777777">
      <w:pPr>
        <w:spacing w:before="240" w:after="120"/>
        <w:jc w:val="center"/>
        <w:rPr>
          <w:b/>
          <w:sz w:val="24"/>
        </w:rPr>
      </w:pPr>
    </w:p>
    <w:p w:rsidR="001F717F" w:rsidP="001F717F" w:rsidRDefault="001F717F" w14:paraId="0EADD12D" w14:textId="77777777">
      <w:pPr>
        <w:spacing w:before="240" w:after="120"/>
        <w:jc w:val="center"/>
        <w:rPr>
          <w:b/>
          <w:sz w:val="24"/>
        </w:rPr>
      </w:pPr>
    </w:p>
    <w:p w:rsidRPr="001F717F" w:rsidR="00D34DCC" w:rsidP="001F717F" w:rsidRDefault="00000000" w14:paraId="01376A8D" w14:textId="41B66E2F">
      <w:pPr>
        <w:spacing w:before="240" w:after="120"/>
        <w:jc w:val="center"/>
        <w:rPr>
          <w:b/>
          <w:sz w:val="24"/>
        </w:rPr>
      </w:pPr>
      <w:r>
        <w:rPr>
          <w:b/>
          <w:sz w:val="24"/>
        </w:rPr>
        <w:lastRenderedPageBreak/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34DCC" w14:paraId="7068BA4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34DCC" w:rsidRDefault="00000000" w14:paraId="45FF5B92" w14:textId="77777777">
            <w:pPr>
              <w:spacing w:before="40" w:after="40"/>
              <w:jc w:val="center"/>
            </w:pPr>
            <w:r>
              <w:rPr>
                <w:b/>
              </w:rPr>
              <w:t>F2.2.1 Üniversite-Sanayi İşbirliği Protokollerinin Yönetimi</w:t>
            </w:r>
          </w:p>
        </w:tc>
      </w:tr>
      <w:tr w:rsidR="00D34DCC" w14:paraId="6186EE90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7CBFB4C5" w14:textId="77777777">
            <w:pPr>
              <w:spacing w:before="40" w:after="40"/>
            </w:pPr>
            <w:r w:rsidRPr="00F37AAC">
              <w:rPr>
                <w:b/>
                <w:bCs/>
              </w:rPr>
              <w:t>Faaliyetin Amacı</w:t>
            </w:r>
            <w:r>
              <w:t>: Üniversite ile sektör/sanayi/kamu kurumları arasında bilgi ve teknoloji paylaşımına yönelik resmi işbirliği protokollerinin hazırlanması, müzakeresi ve takibi.</w:t>
            </w:r>
          </w:p>
        </w:tc>
      </w:tr>
      <w:tr w:rsidR="00D34DCC" w14:paraId="57F0E26C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107AF40A" w14:textId="419B0004">
            <w:pPr>
              <w:spacing w:before="40" w:after="40"/>
            </w:pPr>
            <w:r w:rsidRPr="00F37AAC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Pr="001F717F" w:rsidR="001F717F">
              <w:t xml:space="preserve">GRÜ-TTM: Giresun </w:t>
            </w:r>
            <w:proofErr w:type="spellStart"/>
            <w:r w:rsidRPr="001F717F" w:rsidR="001F717F">
              <w:t>Üniversitesi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Teknoloji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Transferi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Uygulama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ve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Araştırma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Merkezi</w:t>
            </w:r>
            <w:proofErr w:type="spellEnd"/>
            <w:r w:rsidR="001F717F">
              <w:t xml:space="preserve">, </w:t>
            </w:r>
            <w:proofErr w:type="spellStart"/>
            <w:r>
              <w:t>Üniversite</w:t>
            </w:r>
            <w:proofErr w:type="spellEnd"/>
            <w:r>
              <w:t xml:space="preserve">-Sanayi </w:t>
            </w:r>
            <w:proofErr w:type="spellStart"/>
            <w:r>
              <w:t>İşbirliği</w:t>
            </w:r>
            <w:proofErr w:type="spellEnd"/>
            <w:r>
              <w:t xml:space="preserve"> Birimi,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>, Rektörlük</w:t>
            </w:r>
          </w:p>
        </w:tc>
      </w:tr>
      <w:tr w:rsidR="00D34DCC" w14:paraId="2AA520C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34DCC" w:rsidRDefault="00000000" w14:paraId="4F2B2B51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46299359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44069DC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4CDF394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34DCC" w:rsidTr="001860B0" w14:paraId="66849952" w14:textId="77777777">
        <w:trPr>
          <w:jc w:val="center"/>
        </w:trPr>
        <w:tc>
          <w:tcPr>
            <w:tcW w:w="2635" w:type="dxa"/>
          </w:tcPr>
          <w:p w:rsidR="00D34DCC" w:rsidRDefault="00000000" w14:paraId="1BE8214E" w14:textId="77777777">
            <w:pPr>
              <w:spacing w:before="40" w:after="40"/>
            </w:pPr>
            <w:r>
              <w:t>1. Sektör/sanayi ihtiyaç analizinin yapılması ve potansiyel iş ortaklarının belirlenmesi</w:t>
            </w:r>
          </w:p>
        </w:tc>
        <w:tc>
          <w:tcPr>
            <w:tcW w:w="2635" w:type="dxa"/>
            <w:vAlign w:val="center"/>
          </w:tcPr>
          <w:p w:rsidR="00D34DCC" w:rsidP="001860B0" w:rsidRDefault="001F717F" w14:paraId="33527618" w14:textId="32F56A56">
            <w:pPr>
              <w:spacing w:before="40" w:after="40"/>
            </w:pPr>
            <w:r w:rsidRPr="001F717F">
              <w:t>GRÜ-</w:t>
            </w:r>
            <w:proofErr w:type="gramStart"/>
            <w:r w:rsidRPr="001F717F">
              <w:t>TTM: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-Sanayi </w:t>
            </w:r>
            <w:proofErr w:type="spellStart"/>
            <w:r>
              <w:t>İşbirliği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2635" w:type="dxa"/>
            <w:vAlign w:val="center"/>
          </w:tcPr>
          <w:p w:rsidR="00D34DCC" w:rsidP="001860B0" w:rsidRDefault="00000000" w14:paraId="7D893881" w14:textId="45E45E18">
            <w:pPr>
              <w:spacing w:before="40" w:after="40"/>
            </w:pPr>
            <w:r>
              <w:t>G</w:t>
            </w:r>
            <w:r w:rsidR="001860B0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; </w:t>
            </w:r>
            <w:proofErr w:type="spellStart"/>
            <w:r>
              <w:t>Sektör</w:t>
            </w:r>
            <w:proofErr w:type="spellEnd"/>
            <w:r>
              <w:t xml:space="preserve"> </w:t>
            </w:r>
            <w:proofErr w:type="spellStart"/>
            <w:r>
              <w:t>paydaş</w:t>
            </w:r>
            <w:proofErr w:type="spellEnd"/>
            <w:r>
              <w:t xml:space="preserve"> raporları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14499923" w14:textId="77777777">
            <w:pPr>
              <w:spacing w:before="40" w:after="40"/>
            </w:pPr>
            <w:r>
              <w:t>Elektronik Ortam</w:t>
            </w:r>
          </w:p>
        </w:tc>
      </w:tr>
      <w:tr w:rsidR="00D34DCC" w:rsidTr="001860B0" w14:paraId="5E4E58BA" w14:textId="77777777">
        <w:trPr>
          <w:jc w:val="center"/>
        </w:trPr>
        <w:tc>
          <w:tcPr>
            <w:tcW w:w="2635" w:type="dxa"/>
          </w:tcPr>
          <w:p w:rsidR="00D34DCC" w:rsidRDefault="00000000" w14:paraId="07FAD52E" w14:textId="77777777">
            <w:pPr>
              <w:spacing w:before="40" w:after="40"/>
            </w:pPr>
            <w:r>
              <w:t>2. Protokol taslağının hazırlanması ve karşı tarafla müzakeresi</w:t>
            </w:r>
          </w:p>
        </w:tc>
        <w:tc>
          <w:tcPr>
            <w:tcW w:w="2635" w:type="dxa"/>
            <w:vAlign w:val="center"/>
          </w:tcPr>
          <w:p w:rsidR="00D34DCC" w:rsidP="001860B0" w:rsidRDefault="001F717F" w14:paraId="3CD0F8E3" w14:textId="0D589B15">
            <w:pPr>
              <w:spacing w:before="40" w:after="40"/>
            </w:pPr>
            <w:r w:rsidRPr="001F717F">
              <w:t>GRÜ-</w:t>
            </w:r>
            <w:proofErr w:type="gramStart"/>
            <w:r w:rsidRPr="001F717F">
              <w:t>TTM: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</w:p>
        </w:tc>
        <w:tc>
          <w:tcPr>
            <w:tcW w:w="2635" w:type="dxa"/>
            <w:vAlign w:val="center"/>
          </w:tcPr>
          <w:p w:rsidRPr="001F717F" w:rsidR="00D34DCC" w:rsidP="001860B0" w:rsidRDefault="00000000" w14:paraId="37E8F8A1" w14:textId="7D39F1ED">
            <w:pPr>
              <w:spacing w:before="40" w:after="40"/>
              <w:rPr>
                <w:color w:val="000000" w:themeColor="text1"/>
              </w:rPr>
            </w:pPr>
            <w:r w:rsidRPr="001F717F">
              <w:rPr>
                <w:color w:val="000000" w:themeColor="text1"/>
              </w:rPr>
              <w:t xml:space="preserve">TTO Protokol Şablonu 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7F96FBFF" w14:textId="77777777">
            <w:pPr>
              <w:spacing w:before="40" w:after="40"/>
            </w:pPr>
            <w:r>
              <w:t>Elektronik Ortam, EBYS</w:t>
            </w:r>
          </w:p>
        </w:tc>
      </w:tr>
      <w:tr w:rsidR="00D34DCC" w:rsidTr="001860B0" w14:paraId="0FF4646C" w14:textId="77777777">
        <w:trPr>
          <w:jc w:val="center"/>
        </w:trPr>
        <w:tc>
          <w:tcPr>
            <w:tcW w:w="2635" w:type="dxa"/>
          </w:tcPr>
          <w:p w:rsidR="00D34DCC" w:rsidRDefault="00000000" w14:paraId="7EAEB168" w14:textId="77777777">
            <w:pPr>
              <w:spacing w:before="40" w:after="40"/>
            </w:pPr>
            <w:r>
              <w:t>3. Protokolün Rektörlük tarafından imzalanması ve resmi yürürlüğe konulması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0ED8DAD2" w14:textId="51ECFDCB">
            <w:pPr>
              <w:spacing w:before="40" w:after="40"/>
            </w:pPr>
            <w:proofErr w:type="spellStart"/>
            <w:r>
              <w:t>Rektör</w:t>
            </w:r>
            <w:proofErr w:type="spellEnd"/>
            <w:r>
              <w:t xml:space="preserve">, </w:t>
            </w:r>
            <w:r w:rsidRPr="001F717F" w:rsidR="001F717F">
              <w:t>GRÜ-TTM: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304F5D51" w14:textId="77777777">
            <w:pPr>
              <w:spacing w:before="40" w:after="40"/>
            </w:pPr>
            <w:r>
              <w:t>2547 sayılı Yükseköğretim Kanunu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6FBBBAA6" w14:textId="77777777">
            <w:pPr>
              <w:spacing w:before="40" w:after="40"/>
            </w:pPr>
            <w:r>
              <w:t>EBYS, Fiziksel Ortam</w:t>
            </w:r>
          </w:p>
        </w:tc>
      </w:tr>
      <w:tr w:rsidR="00D34DCC" w:rsidTr="001860B0" w14:paraId="58A52450" w14:textId="77777777">
        <w:trPr>
          <w:jc w:val="center"/>
        </w:trPr>
        <w:tc>
          <w:tcPr>
            <w:tcW w:w="2635" w:type="dxa"/>
          </w:tcPr>
          <w:p w:rsidR="00D34DCC" w:rsidRDefault="00000000" w14:paraId="2DBD4F4A" w14:textId="77777777">
            <w:pPr>
              <w:spacing w:before="40" w:after="40"/>
            </w:pPr>
            <w:r>
              <w:t>4. Protokol kapsamındaki faaliyetlerin izlenmesi ve değerlendirilmesi</w:t>
            </w:r>
          </w:p>
        </w:tc>
        <w:tc>
          <w:tcPr>
            <w:tcW w:w="2635" w:type="dxa"/>
            <w:vAlign w:val="center"/>
          </w:tcPr>
          <w:p w:rsidR="00D34DCC" w:rsidP="001860B0" w:rsidRDefault="001F717F" w14:paraId="52978B5F" w14:textId="56BB4B55">
            <w:pPr>
              <w:spacing w:before="40" w:after="40"/>
            </w:pPr>
            <w:r w:rsidRPr="001F717F">
              <w:t>GRÜ-</w:t>
            </w:r>
            <w:proofErr w:type="gramStart"/>
            <w:r w:rsidRPr="001F717F">
              <w:t>TTM: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>/</w:t>
            </w:r>
            <w:proofErr w:type="spellStart"/>
            <w:r>
              <w:t>Enstitü</w:t>
            </w:r>
            <w:proofErr w:type="spellEnd"/>
            <w:r>
              <w:t>/YO/MYO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1ACA8BEA" w14:textId="77777777">
            <w:pPr>
              <w:spacing w:before="40" w:after="40"/>
            </w:pPr>
            <w:r>
              <w:t>Protokol metni</w:t>
            </w:r>
          </w:p>
        </w:tc>
        <w:tc>
          <w:tcPr>
            <w:tcW w:w="2635" w:type="dxa"/>
            <w:vAlign w:val="center"/>
          </w:tcPr>
          <w:p w:rsidR="00D34DCC" w:rsidP="001860B0" w:rsidRDefault="00000000" w14:paraId="67663FA9" w14:textId="77777777">
            <w:pPr>
              <w:spacing w:before="40" w:after="40"/>
            </w:pPr>
            <w:r>
              <w:t>EBYS</w:t>
            </w:r>
          </w:p>
        </w:tc>
      </w:tr>
      <w:tr w:rsidR="00D34DCC" w14:paraId="35EE177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526EFCCF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İzleme Kriterleri:</w:t>
            </w:r>
          </w:p>
          <w:p w:rsidR="00D34DCC" w:rsidRDefault="00000000" w14:paraId="06E572AF" w14:textId="77777777">
            <w:pPr>
              <w:spacing w:before="40" w:after="40"/>
            </w:pPr>
            <w:r>
              <w:t>1. Yıllık imzalanan protokol sayısı</w:t>
            </w:r>
          </w:p>
          <w:p w:rsidR="00D34DCC" w:rsidRDefault="00000000" w14:paraId="2B6D631D" w14:textId="77777777">
            <w:pPr>
              <w:spacing w:before="40" w:after="40"/>
            </w:pPr>
            <w:r>
              <w:t>2. Protokol kapsamında gerçekleştirilen faaliyet sayısı</w:t>
            </w:r>
          </w:p>
          <w:p w:rsidR="00D34DCC" w:rsidRDefault="00000000" w14:paraId="1E802A93" w14:textId="77777777">
            <w:pPr>
              <w:spacing w:before="40" w:after="40"/>
            </w:pPr>
            <w:r>
              <w:t>3. Aktif/sona ermiş protokol oranı</w:t>
            </w:r>
          </w:p>
        </w:tc>
      </w:tr>
      <w:tr w:rsidR="00D34DCC" w14:paraId="7821151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0A078781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Riskler:</w:t>
            </w:r>
          </w:p>
          <w:p w:rsidR="00D34DCC" w:rsidRDefault="00000000" w14:paraId="5DE60DB8" w14:textId="77777777">
            <w:pPr>
              <w:spacing w:before="40" w:after="40"/>
            </w:pPr>
            <w:r>
              <w:t>1. Protokol içeriklerinin somut faaliyete dönüşmemesi</w:t>
            </w:r>
          </w:p>
          <w:p w:rsidR="00D34DCC" w:rsidRDefault="00000000" w14:paraId="5DA92BFA" w14:textId="77777777">
            <w:pPr>
              <w:spacing w:before="40" w:after="40"/>
            </w:pPr>
            <w:r>
              <w:t>2. Hukuki sorunlar (telif, gizlilik, fikri mülkiyet)</w:t>
            </w:r>
          </w:p>
          <w:p w:rsidR="00D34DCC" w:rsidRDefault="00000000" w14:paraId="3E08F162" w14:textId="77777777">
            <w:pPr>
              <w:spacing w:before="40" w:after="40"/>
            </w:pPr>
            <w:r>
              <w:t>3. Sektör tarafının yükümlülüklerini yerine getirmemesi</w:t>
            </w:r>
          </w:p>
        </w:tc>
      </w:tr>
      <w:tr w:rsidR="00D34DCC" w14:paraId="3B16034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2833010D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Fırsatlar:</w:t>
            </w:r>
          </w:p>
          <w:p w:rsidR="00D34DCC" w:rsidRDefault="00000000" w14:paraId="47BC2690" w14:textId="77777777">
            <w:pPr>
              <w:spacing w:before="40" w:after="40"/>
            </w:pPr>
            <w:r>
              <w:t>1. Bölgesel sanayi ile güçlü bağ kurulması</w:t>
            </w:r>
          </w:p>
          <w:p w:rsidR="00D34DCC" w:rsidRDefault="00000000" w14:paraId="18205029" w14:textId="77777777">
            <w:pPr>
              <w:spacing w:before="40" w:after="40"/>
            </w:pPr>
            <w:r>
              <w:t>2. Sektör Ar-Ge bütçelerinden üniversiteye kaynak akışı</w:t>
            </w:r>
          </w:p>
          <w:p w:rsidR="00D34DCC" w:rsidRDefault="00000000" w14:paraId="2AAFF350" w14:textId="77777777">
            <w:pPr>
              <w:spacing w:before="40" w:after="40"/>
            </w:pPr>
            <w:r>
              <w:t>3. Mezun öğrenci istihdam fırsatlarının artması</w:t>
            </w:r>
          </w:p>
        </w:tc>
      </w:tr>
    </w:tbl>
    <w:p w:rsidR="00D34DCC" w:rsidRDefault="00D34DCC" w14:paraId="5689868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34DCC" w14:paraId="2B8A112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34DCC" w:rsidRDefault="00000000" w14:paraId="74F9BB0E" w14:textId="77777777">
            <w:pPr>
              <w:spacing w:before="40" w:after="40"/>
              <w:jc w:val="center"/>
            </w:pPr>
            <w:r>
              <w:rPr>
                <w:b/>
              </w:rPr>
              <w:t>F2.2.2 Teknoloji Transfer ve Lisanslama İşlemleri</w:t>
            </w:r>
          </w:p>
        </w:tc>
      </w:tr>
      <w:tr w:rsidR="00D34DCC" w14:paraId="63015FF1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6AC0015E" w14:textId="77777777">
            <w:pPr>
              <w:spacing w:before="40" w:after="40"/>
            </w:pPr>
            <w:r w:rsidRPr="001F717F">
              <w:rPr>
                <w:b/>
                <w:bCs/>
              </w:rPr>
              <w:t>Faaliyetin Amacı:</w:t>
            </w:r>
            <w:r>
              <w:t xml:space="preserve"> Üniversitede üretilen bilimsel/teknolojik çıktıların (patent, yazılım, faydalı model) sanayiye lisanslama veya spin-off şirket yolu ile aktarılması.</w:t>
            </w:r>
          </w:p>
        </w:tc>
      </w:tr>
      <w:tr w:rsidR="00D34DCC" w14:paraId="650A6EDB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46CA96DD" w14:textId="6375B7F8">
            <w:pPr>
              <w:spacing w:before="40" w:after="40"/>
            </w:pPr>
            <w:r w:rsidRPr="001F717F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Pr="001F717F" w:rsidR="001F717F">
              <w:t xml:space="preserve">GRÜ-TTM: Giresun </w:t>
            </w:r>
            <w:proofErr w:type="spellStart"/>
            <w:r w:rsidRPr="001F717F" w:rsidR="001F717F">
              <w:t>Üniversitesi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Teknoloji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Transferi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Uygulama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ve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Araştırma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Merkezi</w:t>
            </w:r>
            <w:proofErr w:type="spellEnd"/>
            <w:r w:rsidR="001F717F">
              <w:t xml:space="preserve">, </w:t>
            </w:r>
            <w:r>
              <w:t xml:space="preserve">Patent </w:t>
            </w:r>
            <w:proofErr w:type="spellStart"/>
            <w:r>
              <w:t>Vekili</w:t>
            </w:r>
            <w:proofErr w:type="spellEnd"/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>, Akademik personel</w:t>
            </w:r>
          </w:p>
        </w:tc>
      </w:tr>
      <w:tr w:rsidR="00D34DCC" w14:paraId="11CB76B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34DCC" w:rsidRDefault="00000000" w14:paraId="5C4BA7D7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5D72CC9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1820268F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24740408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34DCC" w14:paraId="6499645E" w14:textId="77777777">
        <w:trPr>
          <w:jc w:val="center"/>
        </w:trPr>
        <w:tc>
          <w:tcPr>
            <w:tcW w:w="2635" w:type="dxa"/>
          </w:tcPr>
          <w:p w:rsidR="00D34DCC" w:rsidRDefault="00000000" w14:paraId="4595C263" w14:textId="77777777">
            <w:pPr>
              <w:spacing w:before="40" w:after="40"/>
            </w:pPr>
            <w:r>
              <w:t>1. Transfer edilebilir teknoloji portföyünün oluşturulması ve değerlendirilmesi</w:t>
            </w:r>
          </w:p>
        </w:tc>
        <w:tc>
          <w:tcPr>
            <w:tcW w:w="2635" w:type="dxa"/>
          </w:tcPr>
          <w:p w:rsidR="00D34DCC" w:rsidRDefault="001F717F" w14:paraId="1D4F387E" w14:textId="67A64E0C">
            <w:pPr>
              <w:spacing w:before="40" w:after="40"/>
            </w:pPr>
            <w:r w:rsidRPr="001F717F">
              <w:t>GRÜ-TTM</w:t>
            </w:r>
            <w:r>
              <w:t xml:space="preserve">, Akademik </w:t>
            </w:r>
            <w:proofErr w:type="spellStart"/>
            <w:r>
              <w:t>personel</w:t>
            </w:r>
            <w:proofErr w:type="spellEnd"/>
          </w:p>
        </w:tc>
        <w:tc>
          <w:tcPr>
            <w:tcW w:w="2635" w:type="dxa"/>
          </w:tcPr>
          <w:p w:rsidR="00D34DCC" w:rsidRDefault="00000000" w14:paraId="0336FC2A" w14:textId="77777777">
            <w:pPr>
              <w:spacing w:before="40" w:after="40"/>
            </w:pPr>
            <w:r>
              <w:t>PRS.02.05 Patent portföyü</w:t>
            </w:r>
          </w:p>
        </w:tc>
        <w:tc>
          <w:tcPr>
            <w:tcW w:w="2635" w:type="dxa"/>
          </w:tcPr>
          <w:p w:rsidR="00D34DCC" w:rsidRDefault="00000000" w14:paraId="6F74882F" w14:textId="77777777">
            <w:pPr>
              <w:spacing w:before="40" w:after="40"/>
            </w:pPr>
            <w:r>
              <w:t>TTO yönetim sistemi</w:t>
            </w:r>
          </w:p>
        </w:tc>
      </w:tr>
      <w:tr w:rsidR="00D34DCC" w14:paraId="36193E44" w14:textId="77777777">
        <w:trPr>
          <w:jc w:val="center"/>
        </w:trPr>
        <w:tc>
          <w:tcPr>
            <w:tcW w:w="2635" w:type="dxa"/>
          </w:tcPr>
          <w:p w:rsidR="00D34DCC" w:rsidRDefault="00000000" w14:paraId="6BAC4D20" w14:textId="77777777">
            <w:pPr>
              <w:spacing w:before="40" w:after="40"/>
            </w:pPr>
            <w:r>
              <w:lastRenderedPageBreak/>
              <w:t>2. Potansiyel lisans alıcısı firmaların belirlenmesi ve görüşmelerin başlatılması</w:t>
            </w:r>
          </w:p>
        </w:tc>
        <w:tc>
          <w:tcPr>
            <w:tcW w:w="2635" w:type="dxa"/>
          </w:tcPr>
          <w:p w:rsidR="00D34DCC" w:rsidRDefault="001F717F" w14:paraId="4C17C2CE" w14:textId="79FFC1FE">
            <w:pPr>
              <w:spacing w:before="40" w:after="40"/>
            </w:pPr>
            <w:r w:rsidRPr="001F717F">
              <w:t>GRÜ-TTM</w:t>
            </w:r>
          </w:p>
        </w:tc>
        <w:tc>
          <w:tcPr>
            <w:tcW w:w="2635" w:type="dxa"/>
          </w:tcPr>
          <w:p w:rsidR="00D34DCC" w:rsidRDefault="00000000" w14:paraId="46992E2E" w14:textId="77777777">
            <w:pPr>
              <w:spacing w:before="40" w:after="40"/>
            </w:pPr>
            <w:r>
              <w:t>Sektör paydaş veri tabanı</w:t>
            </w:r>
          </w:p>
        </w:tc>
        <w:tc>
          <w:tcPr>
            <w:tcW w:w="2635" w:type="dxa"/>
          </w:tcPr>
          <w:p w:rsidR="00D34DCC" w:rsidRDefault="00000000" w14:paraId="7D8D7047" w14:textId="77777777">
            <w:pPr>
              <w:spacing w:before="40" w:after="40"/>
            </w:pPr>
            <w:r>
              <w:t>Elektronik Ortam</w:t>
            </w:r>
          </w:p>
        </w:tc>
      </w:tr>
      <w:tr w:rsidR="001860B0" w14:paraId="6750D4CB" w14:textId="77777777">
        <w:trPr>
          <w:jc w:val="center"/>
        </w:trPr>
        <w:tc>
          <w:tcPr>
            <w:tcW w:w="2635" w:type="dxa"/>
          </w:tcPr>
          <w:p w:rsidR="001860B0" w:rsidRDefault="001860B0" w14:paraId="017694E4" w14:textId="77777777">
            <w:pPr>
              <w:spacing w:before="40" w:after="40"/>
            </w:pPr>
            <w:r>
              <w:t>3. Lisanslama sözleşmesinin hazırlanması ve müzakeresi</w:t>
            </w:r>
          </w:p>
        </w:tc>
        <w:tc>
          <w:tcPr>
            <w:tcW w:w="2635" w:type="dxa"/>
          </w:tcPr>
          <w:p w:rsidR="001860B0" w:rsidRDefault="001F717F" w14:paraId="3D3AAEAB" w14:textId="2CBBE308">
            <w:pPr>
              <w:spacing w:before="40" w:after="40"/>
            </w:pPr>
            <w:r w:rsidRPr="001F717F">
              <w:t>GRÜ-TTM</w:t>
            </w:r>
            <w:r w:rsidR="001860B0">
              <w:t xml:space="preserve">, </w:t>
            </w:r>
            <w:proofErr w:type="spellStart"/>
            <w:r w:rsidR="001860B0">
              <w:t>Hukuk</w:t>
            </w:r>
            <w:proofErr w:type="spellEnd"/>
            <w:r w:rsidR="001860B0">
              <w:t xml:space="preserve"> </w:t>
            </w:r>
            <w:proofErr w:type="spellStart"/>
            <w:r w:rsidR="001860B0">
              <w:t>Müşavirliği</w:t>
            </w:r>
            <w:proofErr w:type="spellEnd"/>
          </w:p>
        </w:tc>
        <w:tc>
          <w:tcPr>
            <w:tcW w:w="2635" w:type="dxa"/>
            <w:vMerge w:val="restart"/>
          </w:tcPr>
          <w:p w:rsidR="001860B0" w:rsidP="00EF6831" w:rsidRDefault="001860B0" w14:paraId="0F4BA6AC" w14:textId="649FB706">
            <w:pPr>
              <w:spacing w:before="40" w:after="40"/>
            </w:pPr>
            <w:hyperlink r:id="rId38">
              <w:r>
                <w:rPr>
                  <w:color w:val="0563C1"/>
                  <w:u w:val="single"/>
                </w:rPr>
                <w:t xml:space="preserve">GRÜ </w:t>
              </w:r>
              <w:r w:rsidRPr="001860B0">
                <w:rPr>
                  <w:color w:val="0563C1"/>
                  <w:u w:val="single"/>
                </w:rPr>
                <w:t>Teknoloji</w:t>
              </w:r>
              <w:r w:rsidRPr="001860B0">
                <w:rPr>
                  <w:color w:val="0563C1"/>
                  <w:u w:val="single"/>
                </w:rPr>
                <w:t xml:space="preserve"> Transfer Ofisi </w:t>
              </w:r>
              <w:r w:rsidRPr="001860B0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r w:rsidRPr="001860B0">
              <w:br/>
            </w:r>
            <w:hyperlink r:id="rId32">
              <w:r>
                <w:rPr>
                  <w:color w:val="0563C1"/>
                  <w:u w:val="single"/>
                </w:rPr>
                <w:t xml:space="preserve">GRÜ </w:t>
              </w:r>
              <w:r w:rsidRPr="001860B0">
                <w:rPr>
                  <w:color w:val="0563C1"/>
                  <w:u w:val="single"/>
                </w:rPr>
                <w:t xml:space="preserve">Fikri </w:t>
              </w:r>
              <w:r w:rsidRPr="001860B0">
                <w:rPr>
                  <w:color w:val="0563C1"/>
                  <w:u w:val="single"/>
                </w:rPr>
                <w:t>ve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Sınai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Mülkiyet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Hakları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 w:rsidRPr="001860B0">
              <w:br/>
            </w:r>
            <w:hyperlink w:history="1" r:id="rId6">
              <w:proofErr w:type="spellStart"/>
              <w:r w:rsidRPr="001860B0">
                <w:t>Buluş</w:t>
              </w:r>
              <w:proofErr w:type="spellEnd"/>
              <w:r w:rsidRPr="001860B0">
                <w:t xml:space="preserve"> </w:t>
              </w:r>
              <w:proofErr w:type="spellStart"/>
              <w:r w:rsidRPr="001860B0">
                <w:t>Bildirim</w:t>
              </w:r>
              <w:proofErr w:type="spellEnd"/>
              <w:r w:rsidRPr="001860B0">
                <w:t xml:space="preserve"> </w:t>
              </w:r>
              <w:proofErr w:type="spellStart"/>
              <w:r w:rsidRPr="001860B0">
                <w:t>Formu</w:t>
              </w:r>
              <w:proofErr w:type="spellEnd"/>
            </w:hyperlink>
            <w:r w:rsidRPr="001860B0">
              <w:br/>
            </w:r>
            <w:proofErr w:type="spellStart"/>
            <w:r w:rsidRPr="001860B0">
              <w:t>Tasarım</w:t>
            </w:r>
            <w:proofErr w:type="spellEnd"/>
            <w:r w:rsidRPr="001860B0">
              <w:t xml:space="preserve"> </w:t>
            </w:r>
            <w:proofErr w:type="spellStart"/>
            <w:r w:rsidRPr="001860B0">
              <w:t>Bildirim</w:t>
            </w:r>
            <w:proofErr w:type="spellEnd"/>
            <w:r w:rsidRPr="001860B0">
              <w:t xml:space="preserve"> Formu</w:t>
            </w:r>
          </w:p>
        </w:tc>
        <w:tc>
          <w:tcPr>
            <w:tcW w:w="2635" w:type="dxa"/>
          </w:tcPr>
          <w:p w:rsidR="001860B0" w:rsidRDefault="001860B0" w14:paraId="6445DD8A" w14:textId="77777777">
            <w:pPr>
              <w:spacing w:before="40" w:after="40"/>
            </w:pPr>
            <w:r>
              <w:t>EBYS, Fiziksel Ortam</w:t>
            </w:r>
          </w:p>
        </w:tc>
      </w:tr>
      <w:tr w:rsidR="001860B0" w14:paraId="0B419BC2" w14:textId="77777777">
        <w:trPr>
          <w:jc w:val="center"/>
        </w:trPr>
        <w:tc>
          <w:tcPr>
            <w:tcW w:w="2635" w:type="dxa"/>
          </w:tcPr>
          <w:p w:rsidR="001860B0" w:rsidRDefault="001860B0" w14:paraId="23004B89" w14:textId="77777777">
            <w:pPr>
              <w:spacing w:before="40" w:after="40"/>
            </w:pPr>
            <w:r>
              <w:t>4. Sözleşmenin imzalanması ve gelir paylaşımının yönetilmesi</w:t>
            </w:r>
          </w:p>
        </w:tc>
        <w:tc>
          <w:tcPr>
            <w:tcW w:w="2635" w:type="dxa"/>
          </w:tcPr>
          <w:p w:rsidR="001860B0" w:rsidRDefault="001860B0" w14:paraId="5D5E8DCD" w14:textId="374AB204">
            <w:pPr>
              <w:spacing w:before="40" w:after="40"/>
            </w:pPr>
            <w:proofErr w:type="spellStart"/>
            <w:r>
              <w:t>Rektör</w:t>
            </w:r>
            <w:proofErr w:type="spellEnd"/>
            <w:r>
              <w:t xml:space="preserve">, </w:t>
            </w:r>
            <w:r w:rsidRPr="001F717F" w:rsidR="001F717F">
              <w:t>GRÜ-TTM</w:t>
            </w:r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Mali İşler DB</w:t>
            </w:r>
          </w:p>
        </w:tc>
        <w:tc>
          <w:tcPr>
            <w:tcW w:w="2635" w:type="dxa"/>
            <w:vMerge/>
          </w:tcPr>
          <w:p w:rsidR="001860B0" w:rsidRDefault="001860B0" w14:paraId="0F72D2CF" w14:textId="2A48C58D">
            <w:pPr>
              <w:spacing w:before="40" w:after="40"/>
            </w:pPr>
          </w:p>
        </w:tc>
        <w:tc>
          <w:tcPr>
            <w:tcW w:w="2635" w:type="dxa"/>
          </w:tcPr>
          <w:p w:rsidR="001860B0" w:rsidRDefault="001860B0" w14:paraId="430E00CD" w14:textId="77777777">
            <w:pPr>
              <w:spacing w:before="40" w:after="40"/>
            </w:pPr>
            <w:r>
              <w:t>Mali Yönetim Sistemi</w:t>
            </w:r>
          </w:p>
        </w:tc>
      </w:tr>
      <w:tr w:rsidR="00D34DCC" w14:paraId="437E812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6F010870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1F717F">
              <w:rPr>
                <w:b/>
                <w:bCs/>
              </w:rPr>
              <w:t>İzleme</w:t>
            </w:r>
            <w:proofErr w:type="spellEnd"/>
            <w:r w:rsidRPr="001F717F">
              <w:rPr>
                <w:b/>
                <w:bCs/>
              </w:rPr>
              <w:t xml:space="preserve"> </w:t>
            </w:r>
            <w:proofErr w:type="spellStart"/>
            <w:r w:rsidRPr="001F717F">
              <w:rPr>
                <w:b/>
                <w:bCs/>
              </w:rPr>
              <w:t>Kriterleri</w:t>
            </w:r>
            <w:proofErr w:type="spellEnd"/>
            <w:r w:rsidRPr="001F717F">
              <w:rPr>
                <w:b/>
                <w:bCs/>
              </w:rPr>
              <w:t>:</w:t>
            </w:r>
          </w:p>
          <w:p w:rsidR="00D34DCC" w:rsidRDefault="00000000" w14:paraId="15AD9BEA" w14:textId="77777777">
            <w:pPr>
              <w:spacing w:before="40" w:after="40"/>
            </w:pPr>
            <w:r>
              <w:t>1. Lisanslanan teknoloji sayısı (yıllık)</w:t>
            </w:r>
          </w:p>
          <w:p w:rsidR="00D34DCC" w:rsidRDefault="00000000" w14:paraId="404310C9" w14:textId="77777777">
            <w:pPr>
              <w:spacing w:before="40" w:after="40"/>
            </w:pPr>
            <w:r>
              <w:t>2. Lisanslama gelirleri</w:t>
            </w:r>
          </w:p>
          <w:p w:rsidR="00D34DCC" w:rsidRDefault="00000000" w14:paraId="67E7D25F" w14:textId="77777777">
            <w:pPr>
              <w:spacing w:before="40" w:after="40"/>
            </w:pPr>
            <w:r>
              <w:t>3. Spin-off şirket kuruluş sayısı</w:t>
            </w:r>
          </w:p>
        </w:tc>
      </w:tr>
      <w:tr w:rsidR="00D34DCC" w14:paraId="5E3FB95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672E35B8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Riskler:</w:t>
            </w:r>
          </w:p>
          <w:p w:rsidR="00D34DCC" w:rsidRDefault="00000000" w14:paraId="72CFD1A5" w14:textId="77777777">
            <w:pPr>
              <w:spacing w:before="40" w:after="40"/>
            </w:pPr>
            <w:r>
              <w:t>1. Patent portföyünün ticari değerini koruyamaması</w:t>
            </w:r>
          </w:p>
          <w:p w:rsidR="00D34DCC" w:rsidRDefault="00000000" w14:paraId="29AAA62C" w14:textId="77777777">
            <w:pPr>
              <w:spacing w:before="40" w:after="40"/>
            </w:pPr>
            <w:r>
              <w:t>2. Lisans sözleşmelerinde gelir paylaşımı anlaşmazlıkları</w:t>
            </w:r>
          </w:p>
          <w:p w:rsidR="00D34DCC" w:rsidRDefault="00000000" w14:paraId="12B5A9CC" w14:textId="77777777">
            <w:pPr>
              <w:spacing w:before="40" w:after="40"/>
            </w:pPr>
            <w:r>
              <w:t>3. Teknoloji transferi için TTO altyapısının yetersiz kalması</w:t>
            </w:r>
          </w:p>
        </w:tc>
      </w:tr>
      <w:tr w:rsidR="00D34DCC" w14:paraId="1E38867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4DB654B0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Fırsatlar:</w:t>
            </w:r>
          </w:p>
          <w:p w:rsidR="00D34DCC" w:rsidRDefault="00000000" w14:paraId="66DBB71B" w14:textId="77777777">
            <w:pPr>
              <w:spacing w:before="40" w:after="40"/>
            </w:pPr>
            <w:r>
              <w:t>1. Teknopark ekosisteminin güçlenmesi</w:t>
            </w:r>
          </w:p>
          <w:p w:rsidR="00D34DCC" w:rsidRDefault="00000000" w14:paraId="160C787A" w14:textId="77777777">
            <w:pPr>
              <w:spacing w:before="40" w:after="40"/>
            </w:pPr>
            <w:r>
              <w:t>2. Üniversite-sanayi geliriyle kendi kendine yeten Ar-Ge</w:t>
            </w:r>
          </w:p>
          <w:p w:rsidR="00D34DCC" w:rsidRDefault="00000000" w14:paraId="7776A8D9" w14:textId="77777777">
            <w:pPr>
              <w:spacing w:before="40" w:after="40"/>
            </w:pPr>
            <w:r>
              <w:t>3. Mezun girişimciliği desteği</w:t>
            </w:r>
          </w:p>
        </w:tc>
      </w:tr>
    </w:tbl>
    <w:p w:rsidR="00D34DCC" w:rsidRDefault="00D34DCC" w14:paraId="798A6F65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34DCC" w14:paraId="11ECDCD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34DCC" w:rsidRDefault="00000000" w14:paraId="4EE0676F" w14:textId="77777777">
            <w:pPr>
              <w:spacing w:before="40" w:after="40"/>
              <w:jc w:val="center"/>
            </w:pPr>
            <w:r>
              <w:rPr>
                <w:b/>
              </w:rPr>
              <w:t>F2.2.3 Sektör Ar-Ge Talep ve Hizmetlerinin Yürütülmesi</w:t>
            </w:r>
          </w:p>
        </w:tc>
      </w:tr>
      <w:tr w:rsidR="00D34DCC" w14:paraId="27E0F9F1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46E059C7" w14:textId="77777777">
            <w:pPr>
              <w:spacing w:before="40" w:after="40"/>
            </w:pPr>
            <w:r w:rsidRPr="001F717F">
              <w:rPr>
                <w:b/>
                <w:bCs/>
              </w:rPr>
              <w:t>Faaliyetin Amacı:</w:t>
            </w:r>
            <w:r>
              <w:t xml:space="preserve"> Sektörden gelen Ar-Ge talepleri için danışmanlık, test, analiz ve proje desteği hizmetlerinin yönetilmesi.</w:t>
            </w:r>
          </w:p>
        </w:tc>
      </w:tr>
      <w:tr w:rsidR="00D34DCC" w14:paraId="6B4AD510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7CE1536F" w14:textId="68269580">
            <w:pPr>
              <w:spacing w:before="40" w:after="40"/>
            </w:pPr>
            <w:proofErr w:type="spellStart"/>
            <w:r w:rsidRPr="001F717F">
              <w:rPr>
                <w:b/>
                <w:bCs/>
              </w:rPr>
              <w:t>Faaliyetin</w:t>
            </w:r>
            <w:proofErr w:type="spellEnd"/>
            <w:r w:rsidRPr="001F717F">
              <w:rPr>
                <w:b/>
                <w:bCs/>
              </w:rPr>
              <w:t xml:space="preserve"> </w:t>
            </w:r>
            <w:proofErr w:type="spellStart"/>
            <w:r w:rsidRPr="001F717F">
              <w:rPr>
                <w:b/>
                <w:bCs/>
              </w:rPr>
              <w:t>Yürütüldüğü</w:t>
            </w:r>
            <w:proofErr w:type="spellEnd"/>
            <w:r w:rsidRPr="001F717F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Pr="001F717F" w:rsidR="001F717F">
              <w:t xml:space="preserve">GRÜ-TTM: Giresun </w:t>
            </w:r>
            <w:proofErr w:type="spellStart"/>
            <w:r w:rsidRPr="001F717F" w:rsidR="001F717F">
              <w:t>Üniversitesi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Teknoloji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Transferi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Uygulama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ve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Araştırma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Merkezi</w:t>
            </w:r>
            <w:proofErr w:type="spellEnd"/>
            <w:r>
              <w:t xml:space="preserve">, </w:t>
            </w:r>
            <w:proofErr w:type="spellStart"/>
            <w:r>
              <w:t>Merkezi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Laboratuvarı</w:t>
            </w:r>
            <w:proofErr w:type="spellEnd"/>
            <w:r>
              <w:t xml:space="preserve">, </w:t>
            </w:r>
            <w:proofErr w:type="spellStart"/>
            <w:r>
              <w:t>Fakülteler</w:t>
            </w:r>
            <w:proofErr w:type="spellEnd"/>
            <w:r>
              <w:t>/</w:t>
            </w:r>
            <w:proofErr w:type="spellStart"/>
            <w:r>
              <w:t>Enstitüler</w:t>
            </w:r>
            <w:proofErr w:type="spellEnd"/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ve Mali İşler DB</w:t>
            </w:r>
          </w:p>
        </w:tc>
      </w:tr>
      <w:tr w:rsidR="00D34DCC" w14:paraId="75CB122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34DCC" w:rsidRDefault="00000000" w14:paraId="30DCBDE0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1F6D05FB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348B2C3A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5A2C6FD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34DCC" w14:paraId="592BA5A1" w14:textId="77777777">
        <w:trPr>
          <w:jc w:val="center"/>
        </w:trPr>
        <w:tc>
          <w:tcPr>
            <w:tcW w:w="2635" w:type="dxa"/>
          </w:tcPr>
          <w:p w:rsidR="00D34DCC" w:rsidRDefault="00000000" w14:paraId="0A84187F" w14:textId="77777777">
            <w:pPr>
              <w:spacing w:before="40" w:after="40"/>
            </w:pPr>
            <w:r>
              <w:t>1. Sektör Ar-Ge taleplerinin alınması ve değerlendirilmesi</w:t>
            </w:r>
          </w:p>
        </w:tc>
        <w:tc>
          <w:tcPr>
            <w:tcW w:w="2635" w:type="dxa"/>
          </w:tcPr>
          <w:p w:rsidR="00D34DCC" w:rsidRDefault="001F717F" w14:paraId="08AC67C7" w14:textId="36A20EA7">
            <w:pPr>
              <w:spacing w:before="40" w:after="40"/>
            </w:pPr>
            <w:r w:rsidRPr="001F717F">
              <w:t>GRÜ-TTM</w:t>
            </w:r>
          </w:p>
        </w:tc>
        <w:tc>
          <w:tcPr>
            <w:tcW w:w="2635" w:type="dxa"/>
          </w:tcPr>
          <w:p w:rsidR="00D34DCC" w:rsidRDefault="001860B0" w14:paraId="5915F424" w14:textId="5AEFDF52">
            <w:pPr>
              <w:spacing w:before="40" w:after="40"/>
            </w:pPr>
            <w:hyperlink r:id="rId38">
              <w:r>
                <w:rPr>
                  <w:color w:val="0563C1"/>
                  <w:u w:val="single"/>
                </w:rPr>
                <w:t xml:space="preserve">GRÜ </w:t>
              </w:r>
              <w:r w:rsidRPr="001860B0">
                <w:rPr>
                  <w:color w:val="0563C1"/>
                  <w:u w:val="single"/>
                </w:rPr>
                <w:t>Teknoloji</w:t>
              </w:r>
              <w:r w:rsidRPr="001860B0">
                <w:rPr>
                  <w:color w:val="0563C1"/>
                  <w:u w:val="single"/>
                </w:rPr>
                <w:t xml:space="preserve"> Transfer Ofisi </w:t>
              </w:r>
              <w:r w:rsidRPr="001860B0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r w:rsidRPr="001860B0">
              <w:br/>
            </w:r>
            <w:hyperlink r:id="rId32">
              <w:r>
                <w:rPr>
                  <w:color w:val="0563C1"/>
                  <w:u w:val="single"/>
                </w:rPr>
                <w:t xml:space="preserve">GRÜ </w:t>
              </w:r>
              <w:r w:rsidRPr="001860B0">
                <w:rPr>
                  <w:color w:val="0563C1"/>
                  <w:u w:val="single"/>
                </w:rPr>
                <w:t xml:space="preserve">Fikri </w:t>
              </w:r>
              <w:r w:rsidRPr="001860B0">
                <w:rPr>
                  <w:color w:val="0563C1"/>
                  <w:u w:val="single"/>
                </w:rPr>
                <w:t>ve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Sınai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Mülkiyet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Hakları</w:t>
              </w:r>
              <w:r w:rsidRPr="001860B0">
                <w:rPr>
                  <w:color w:val="0563C1"/>
                  <w:u w:val="single"/>
                </w:rPr>
                <w:t xml:space="preserve"> </w:t>
              </w:r>
              <w:r w:rsidRPr="001860B0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 w:rsidRPr="001860B0">
              <w:br/>
            </w:r>
            <w:hyperlink w:history="1" r:id="rId7">
              <w:proofErr w:type="spellStart"/>
              <w:r w:rsidRPr="001860B0">
                <w:t>Buluş</w:t>
              </w:r>
              <w:proofErr w:type="spellEnd"/>
              <w:r w:rsidRPr="001860B0">
                <w:t xml:space="preserve"> </w:t>
              </w:r>
              <w:proofErr w:type="spellStart"/>
              <w:r w:rsidRPr="001860B0">
                <w:t>Bildirim</w:t>
              </w:r>
              <w:proofErr w:type="spellEnd"/>
              <w:r w:rsidRPr="001860B0">
                <w:t xml:space="preserve"> </w:t>
              </w:r>
              <w:proofErr w:type="spellStart"/>
              <w:r w:rsidRPr="001860B0">
                <w:t>Formu</w:t>
              </w:r>
              <w:proofErr w:type="spellEnd"/>
            </w:hyperlink>
            <w:r w:rsidRPr="001860B0">
              <w:br/>
            </w:r>
            <w:proofErr w:type="spellStart"/>
            <w:r w:rsidRPr="001860B0">
              <w:t>Tasarım</w:t>
            </w:r>
            <w:proofErr w:type="spellEnd"/>
            <w:r w:rsidRPr="001860B0">
              <w:t xml:space="preserve"> </w:t>
            </w:r>
            <w:proofErr w:type="spellStart"/>
            <w:r w:rsidRPr="001860B0">
              <w:t>Bildirim</w:t>
            </w:r>
            <w:proofErr w:type="spellEnd"/>
            <w:r w:rsidRPr="001860B0">
              <w:t xml:space="preserve"> Formu</w:t>
            </w:r>
          </w:p>
        </w:tc>
        <w:tc>
          <w:tcPr>
            <w:tcW w:w="2635" w:type="dxa"/>
          </w:tcPr>
          <w:p w:rsidR="00D34DCC" w:rsidRDefault="00000000" w14:paraId="3A43E16B" w14:textId="77777777">
            <w:pPr>
              <w:spacing w:before="40" w:after="40"/>
            </w:pPr>
            <w:r>
              <w:t>Elektronik Ortam</w:t>
            </w:r>
          </w:p>
        </w:tc>
      </w:tr>
      <w:tr w:rsidR="00D34DCC" w14:paraId="0F4B1E1C" w14:textId="77777777">
        <w:trPr>
          <w:jc w:val="center"/>
        </w:trPr>
        <w:tc>
          <w:tcPr>
            <w:tcW w:w="2635" w:type="dxa"/>
          </w:tcPr>
          <w:p w:rsidR="00D34DCC" w:rsidRDefault="00000000" w14:paraId="7A7DF092" w14:textId="77777777">
            <w:pPr>
              <w:spacing w:before="40" w:after="40"/>
            </w:pPr>
            <w:r>
              <w:t>2. Yetkin akademik birim/uzmanın eşleştirilmesi</w:t>
            </w:r>
          </w:p>
        </w:tc>
        <w:tc>
          <w:tcPr>
            <w:tcW w:w="2635" w:type="dxa"/>
          </w:tcPr>
          <w:p w:rsidR="00D34DCC" w:rsidRDefault="001F717F" w14:paraId="4C82FE22" w14:textId="2ABA82D8">
            <w:pPr>
              <w:spacing w:before="40" w:after="40"/>
            </w:pPr>
            <w:r w:rsidRPr="001F717F">
              <w:t>GRÜ-TTM</w:t>
            </w:r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</w:t>
            </w:r>
            <w:proofErr w:type="spellStart"/>
            <w:r>
              <w:t>Enstitü</w:t>
            </w:r>
            <w:proofErr w:type="spellEnd"/>
          </w:p>
        </w:tc>
        <w:tc>
          <w:tcPr>
            <w:tcW w:w="2635" w:type="dxa"/>
          </w:tcPr>
          <w:p w:rsidR="00D34DCC" w:rsidRDefault="00000000" w14:paraId="585C4A2C" w14:textId="77777777">
            <w:pPr>
              <w:spacing w:before="40" w:after="40"/>
            </w:pPr>
            <w:r>
              <w:t>Akademik Uzmanlık Veri Tabanı</w:t>
            </w:r>
          </w:p>
        </w:tc>
        <w:tc>
          <w:tcPr>
            <w:tcW w:w="2635" w:type="dxa"/>
          </w:tcPr>
          <w:p w:rsidR="00D34DCC" w:rsidRDefault="00000000" w14:paraId="6796626F" w14:textId="77777777">
            <w:pPr>
              <w:spacing w:before="40" w:after="40"/>
            </w:pPr>
            <w:r>
              <w:t>AVESİS/UNIS</w:t>
            </w:r>
          </w:p>
        </w:tc>
      </w:tr>
      <w:tr w:rsidR="00D34DCC" w14:paraId="5F0A05F8" w14:textId="77777777">
        <w:trPr>
          <w:jc w:val="center"/>
        </w:trPr>
        <w:tc>
          <w:tcPr>
            <w:tcW w:w="2635" w:type="dxa"/>
          </w:tcPr>
          <w:p w:rsidR="00D34DCC" w:rsidRDefault="00000000" w14:paraId="4FCECD38" w14:textId="77777777">
            <w:pPr>
              <w:spacing w:before="40" w:after="40"/>
            </w:pPr>
            <w:r>
              <w:t>3. Hizmet sözleşmesinin yapılması ve fiyatlandırılması</w:t>
            </w:r>
          </w:p>
        </w:tc>
        <w:tc>
          <w:tcPr>
            <w:tcW w:w="2635" w:type="dxa"/>
          </w:tcPr>
          <w:p w:rsidR="00D34DCC" w:rsidRDefault="001F717F" w14:paraId="4BA3CE43" w14:textId="6AA25080">
            <w:pPr>
              <w:spacing w:before="40" w:after="40"/>
            </w:pPr>
            <w:r w:rsidRPr="001F717F">
              <w:t>GRÜ-TTM</w:t>
            </w:r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Mali </w:t>
            </w:r>
            <w:proofErr w:type="spellStart"/>
            <w:r>
              <w:t>İşler</w:t>
            </w:r>
            <w:proofErr w:type="spellEnd"/>
            <w:r>
              <w:t xml:space="preserve"> DB</w:t>
            </w:r>
          </w:p>
        </w:tc>
        <w:tc>
          <w:tcPr>
            <w:tcW w:w="2635" w:type="dxa"/>
          </w:tcPr>
          <w:p w:rsidR="00D34DCC" w:rsidRDefault="00000000" w14:paraId="662CAFE9" w14:textId="3603373C">
            <w:pPr>
              <w:spacing w:before="40" w:after="40"/>
            </w:pPr>
            <w:hyperlink r:id="rId36">
              <w:r>
                <w:rPr>
                  <w:color w:val="0563C1"/>
                  <w:u w:val="single"/>
                </w:rPr>
                <w:t>G</w:t>
              </w:r>
              <w:r w:rsidR="001860B0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Döner </w:t>
              </w:r>
              <w:r>
                <w:rPr>
                  <w:color w:val="0563C1"/>
                  <w:u w:val="single"/>
                </w:rPr>
                <w:t>Sermaye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İşletme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 (→ PRS.06.10)</w:t>
            </w:r>
          </w:p>
        </w:tc>
        <w:tc>
          <w:tcPr>
            <w:tcW w:w="2635" w:type="dxa"/>
          </w:tcPr>
          <w:p w:rsidR="00D34DCC" w:rsidRDefault="00000000" w14:paraId="5B657A19" w14:textId="77777777">
            <w:pPr>
              <w:spacing w:before="40" w:after="40"/>
            </w:pPr>
            <w:r>
              <w:t>Mali Yönetim Sistemi</w:t>
            </w:r>
          </w:p>
        </w:tc>
      </w:tr>
      <w:tr w:rsidR="00D34DCC" w14:paraId="52AC1AB7" w14:textId="77777777">
        <w:trPr>
          <w:jc w:val="center"/>
        </w:trPr>
        <w:tc>
          <w:tcPr>
            <w:tcW w:w="2635" w:type="dxa"/>
          </w:tcPr>
          <w:p w:rsidR="00D34DCC" w:rsidRDefault="00000000" w14:paraId="1E93E2B9" w14:textId="77777777">
            <w:pPr>
              <w:spacing w:before="40" w:after="40"/>
            </w:pPr>
            <w:r>
              <w:t>4. Hizmetin yürütülmesi ve raporlanması</w:t>
            </w:r>
          </w:p>
        </w:tc>
        <w:tc>
          <w:tcPr>
            <w:tcW w:w="2635" w:type="dxa"/>
          </w:tcPr>
          <w:p w:rsidR="00D34DCC" w:rsidRDefault="00000000" w14:paraId="2A6D8EB4" w14:textId="77777777">
            <w:pPr>
              <w:spacing w:before="40" w:after="40"/>
            </w:pPr>
            <w:r>
              <w:t>Akademik personel, Merkezi Araştırma Laboratuvarı</w:t>
            </w:r>
          </w:p>
        </w:tc>
        <w:tc>
          <w:tcPr>
            <w:tcW w:w="2635" w:type="dxa"/>
          </w:tcPr>
          <w:p w:rsidR="00D34DCC" w:rsidRDefault="00000000" w14:paraId="48084B68" w14:textId="77777777">
            <w:pPr>
              <w:spacing w:before="40" w:after="40"/>
            </w:pPr>
            <w:r>
              <w:t>Hizmet sözleşmesi metni</w:t>
            </w:r>
          </w:p>
        </w:tc>
        <w:tc>
          <w:tcPr>
            <w:tcW w:w="2635" w:type="dxa"/>
          </w:tcPr>
          <w:p w:rsidR="00D34DCC" w:rsidRDefault="00000000" w14:paraId="0141C195" w14:textId="77777777">
            <w:pPr>
              <w:spacing w:before="40" w:after="40"/>
            </w:pPr>
            <w:r>
              <w:t>EBYS, Fiziksel Ortam</w:t>
            </w:r>
          </w:p>
        </w:tc>
      </w:tr>
      <w:tr w:rsidR="00D34DCC" w14:paraId="31D71BE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2F89B10E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İzleme Kriterleri:</w:t>
            </w:r>
          </w:p>
          <w:p w:rsidR="00D34DCC" w:rsidRDefault="00000000" w14:paraId="505A2B78" w14:textId="77777777">
            <w:pPr>
              <w:spacing w:before="40" w:after="40"/>
            </w:pPr>
            <w:r>
              <w:t>1. Yıllık alınan sektör Ar-Ge talep sayısı</w:t>
            </w:r>
          </w:p>
          <w:p w:rsidR="00D34DCC" w:rsidRDefault="00000000" w14:paraId="2E427C14" w14:textId="77777777">
            <w:pPr>
              <w:spacing w:before="40" w:after="40"/>
            </w:pPr>
            <w:r>
              <w:t>2. Karşılanan talep oranı</w:t>
            </w:r>
          </w:p>
          <w:p w:rsidR="00D34DCC" w:rsidRDefault="00000000" w14:paraId="479ECACE" w14:textId="77777777">
            <w:pPr>
              <w:spacing w:before="40" w:after="40"/>
            </w:pPr>
            <w:r>
              <w:t>3. Sektör Ar-Ge hizmet gelirleri</w:t>
            </w:r>
          </w:p>
        </w:tc>
      </w:tr>
      <w:tr w:rsidR="00D34DCC" w14:paraId="0E10E1A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24552E74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lastRenderedPageBreak/>
              <w:t>Riskler:</w:t>
            </w:r>
          </w:p>
          <w:p w:rsidR="00D34DCC" w:rsidRDefault="00000000" w14:paraId="72E3D5F4" w14:textId="77777777">
            <w:pPr>
              <w:spacing w:before="40" w:after="40"/>
            </w:pPr>
            <w:r>
              <w:t>1. Akademik personelin sektör taleplerine vakit ayıramaması</w:t>
            </w:r>
          </w:p>
          <w:p w:rsidR="00D34DCC" w:rsidRDefault="00000000" w14:paraId="2993EC3A" w14:textId="77777777">
            <w:pPr>
              <w:spacing w:before="40" w:after="40"/>
            </w:pPr>
            <w:r>
              <w:t>2. Gizlilik ve fikri mülkiyet anlaşmazlıkları</w:t>
            </w:r>
          </w:p>
          <w:p w:rsidR="00D34DCC" w:rsidRDefault="00000000" w14:paraId="2ADA26D7" w14:textId="77777777">
            <w:pPr>
              <w:spacing w:before="40" w:after="40"/>
            </w:pPr>
            <w:r>
              <w:t>3. Hizmet kalitesi ve teslim süresi sorunları</w:t>
            </w:r>
          </w:p>
        </w:tc>
      </w:tr>
      <w:tr w:rsidR="00D34DCC" w14:paraId="711D02E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38AE359D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Fırsatlar:</w:t>
            </w:r>
          </w:p>
          <w:p w:rsidR="00D34DCC" w:rsidRDefault="00000000" w14:paraId="0E4B8F5F" w14:textId="77777777">
            <w:pPr>
              <w:spacing w:before="40" w:after="40"/>
            </w:pPr>
            <w:r>
              <w:t>1. Döner sermaye gelir artışı</w:t>
            </w:r>
          </w:p>
          <w:p w:rsidR="00D34DCC" w:rsidRDefault="00000000" w14:paraId="03C7DFFF" w14:textId="77777777">
            <w:pPr>
              <w:spacing w:before="40" w:after="40"/>
            </w:pPr>
            <w:r>
              <w:t>2. Akademik personelin uygulama deneyimi kazanması</w:t>
            </w:r>
          </w:p>
          <w:p w:rsidR="00D34DCC" w:rsidRDefault="00000000" w14:paraId="25E8DAC2" w14:textId="77777777">
            <w:pPr>
              <w:spacing w:before="40" w:after="40"/>
            </w:pPr>
            <w:r>
              <w:t>3. Sektörle güven ilişkisi</w:t>
            </w:r>
          </w:p>
        </w:tc>
      </w:tr>
    </w:tbl>
    <w:p w:rsidR="001860B0" w:rsidRDefault="001860B0" w14:paraId="2E227A09" w14:textId="77777777">
      <w:pPr>
        <w:spacing w:after="120"/>
      </w:pPr>
    </w:p>
    <w:p w:rsidR="001860B0" w:rsidRDefault="001860B0" w14:paraId="3C96645D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34DCC" w14:paraId="5D1670F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34DCC" w:rsidRDefault="00000000" w14:paraId="2FD6C37D" w14:textId="77777777">
            <w:pPr>
              <w:spacing w:before="40" w:after="40"/>
              <w:jc w:val="center"/>
            </w:pPr>
            <w:r>
              <w:rPr>
                <w:b/>
              </w:rPr>
              <w:t>F2.2.4 Sürekli Eğitim ve Sertifika Programlarının Tasarımı</w:t>
            </w:r>
          </w:p>
        </w:tc>
      </w:tr>
      <w:tr w:rsidR="00D34DCC" w14:paraId="2328166C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40F8C847" w14:textId="77777777">
            <w:pPr>
              <w:spacing w:before="40" w:after="40"/>
            </w:pPr>
            <w:r w:rsidRPr="001F717F">
              <w:rPr>
                <w:b/>
                <w:bCs/>
              </w:rPr>
              <w:t>Faaliyetin Amacı:</w:t>
            </w:r>
            <w:r>
              <w:t xml:space="preserve"> Toplumun ve sektörün eğitim ihtiyaçlarına yönelik sürekli eğitim ve sertifika programlarının tasarlanması ve sunulması.</w:t>
            </w:r>
          </w:p>
        </w:tc>
      </w:tr>
      <w:tr w:rsidR="00D34DCC" w14:paraId="602ABB43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53F103C7" w14:textId="66D325D7">
            <w:pPr>
              <w:spacing w:before="40" w:after="40"/>
            </w:pPr>
            <w:r w:rsidRPr="001F717F">
              <w:rPr>
                <w:b/>
                <w:bCs/>
              </w:rPr>
              <w:t>Faaliyetin Yürütüldüğü Birimler</w:t>
            </w:r>
            <w:r>
              <w:t xml:space="preserve">: Sürekli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 (GUSEM), </w:t>
            </w:r>
            <w:proofErr w:type="spellStart"/>
            <w:r>
              <w:t>Fakülteler</w:t>
            </w:r>
            <w:proofErr w:type="spellEnd"/>
            <w:r>
              <w:t>/</w:t>
            </w:r>
            <w:proofErr w:type="spellStart"/>
            <w:r>
              <w:t>Enstitüler</w:t>
            </w:r>
            <w:proofErr w:type="spellEnd"/>
            <w:r>
              <w:t xml:space="preserve">, </w:t>
            </w:r>
            <w:r w:rsidRPr="001F717F" w:rsidR="001F717F">
              <w:t xml:space="preserve">GRÜ-TTM: Giresun </w:t>
            </w:r>
            <w:proofErr w:type="spellStart"/>
            <w:r w:rsidRPr="001F717F" w:rsidR="001F717F">
              <w:t>Üniversitesi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Teknoloji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Transferi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Uygulama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ve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Araştırma</w:t>
            </w:r>
            <w:proofErr w:type="spellEnd"/>
            <w:r w:rsidRPr="001F717F" w:rsidR="001F717F">
              <w:t xml:space="preserve"> </w:t>
            </w:r>
            <w:proofErr w:type="spellStart"/>
            <w:r w:rsidRPr="001F717F" w:rsidR="001F717F">
              <w:t>Merkezi</w:t>
            </w:r>
            <w:proofErr w:type="spellEnd"/>
            <w:r>
              <w:t xml:space="preserve">, </w:t>
            </w:r>
            <w:proofErr w:type="spellStart"/>
            <w:r w:rsidR="001860B0">
              <w:t>Akreditasyon</w:t>
            </w:r>
            <w:proofErr w:type="spellEnd"/>
            <w:r w:rsidR="001860B0">
              <w:t xml:space="preserve">, Akademik </w:t>
            </w:r>
            <w:proofErr w:type="spellStart"/>
            <w:r w:rsidR="001860B0">
              <w:t>Değerlendirme</w:t>
            </w:r>
            <w:proofErr w:type="spellEnd"/>
            <w:r w:rsidR="001860B0">
              <w:t xml:space="preserve"> </w:t>
            </w:r>
            <w:proofErr w:type="spellStart"/>
            <w:r w:rsidR="001860B0">
              <w:t>ve</w:t>
            </w:r>
            <w:proofErr w:type="spellEnd"/>
            <w:r w:rsidR="001860B0">
              <w:t xml:space="preserve"> </w:t>
            </w:r>
            <w:r>
              <w:t xml:space="preserve">Kalite </w:t>
            </w:r>
            <w:proofErr w:type="spellStart"/>
            <w:r>
              <w:t>Koordinatörlüğü</w:t>
            </w:r>
            <w:proofErr w:type="spellEnd"/>
          </w:p>
        </w:tc>
      </w:tr>
      <w:tr w:rsidR="00D34DCC" w14:paraId="5D6D022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34DCC" w:rsidRDefault="00000000" w14:paraId="625EEE9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6EF46E0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322EB5FA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4507F5C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34DCC" w14:paraId="769BD84A" w14:textId="77777777">
        <w:trPr>
          <w:jc w:val="center"/>
        </w:trPr>
        <w:tc>
          <w:tcPr>
            <w:tcW w:w="2635" w:type="dxa"/>
          </w:tcPr>
          <w:p w:rsidR="00D34DCC" w:rsidRDefault="00000000" w14:paraId="39F9503D" w14:textId="77777777">
            <w:pPr>
              <w:spacing w:before="40" w:after="40"/>
            </w:pPr>
            <w:r>
              <w:t>1. Sektör ve toplum eğitim ihtiyaç analizi</w:t>
            </w:r>
          </w:p>
        </w:tc>
        <w:tc>
          <w:tcPr>
            <w:tcW w:w="2635" w:type="dxa"/>
          </w:tcPr>
          <w:p w:rsidR="00D34DCC" w:rsidRDefault="00000000" w14:paraId="2C881079" w14:textId="7B472FE5">
            <w:pPr>
              <w:spacing w:before="40" w:after="40"/>
            </w:pPr>
            <w:r>
              <w:t xml:space="preserve">SEM, </w:t>
            </w:r>
            <w:r w:rsidRPr="001F717F" w:rsidR="001F717F">
              <w:t>GRÜ-TTM</w:t>
            </w:r>
          </w:p>
        </w:tc>
        <w:tc>
          <w:tcPr>
            <w:tcW w:w="2635" w:type="dxa"/>
          </w:tcPr>
          <w:p w:rsidR="00D34DCC" w:rsidRDefault="00000000" w14:paraId="7AECC367" w14:textId="77777777">
            <w:pPr>
              <w:spacing w:before="40" w:after="40"/>
            </w:pPr>
            <w:r>
              <w:t>Sektör paydaş raporları; İŞKUR talep verileri</w:t>
            </w:r>
          </w:p>
        </w:tc>
        <w:tc>
          <w:tcPr>
            <w:tcW w:w="2635" w:type="dxa"/>
          </w:tcPr>
          <w:p w:rsidR="00D34DCC" w:rsidRDefault="00000000" w14:paraId="68113143" w14:textId="77777777">
            <w:pPr>
              <w:spacing w:before="40" w:after="40"/>
            </w:pPr>
            <w:r>
              <w:t>Elektronik Ortam</w:t>
            </w:r>
          </w:p>
        </w:tc>
      </w:tr>
      <w:tr w:rsidR="00D34DCC" w14:paraId="3D6531C1" w14:textId="77777777">
        <w:trPr>
          <w:jc w:val="center"/>
        </w:trPr>
        <w:tc>
          <w:tcPr>
            <w:tcW w:w="2635" w:type="dxa"/>
          </w:tcPr>
          <w:p w:rsidR="00D34DCC" w:rsidRDefault="00000000" w14:paraId="53C57FE0" w14:textId="77777777">
            <w:pPr>
              <w:spacing w:before="40" w:after="40"/>
            </w:pPr>
            <w:r>
              <w:t>2. Sertifika programı içeriğinin akademik birimlerle birlikte tasarlanması</w:t>
            </w:r>
          </w:p>
        </w:tc>
        <w:tc>
          <w:tcPr>
            <w:tcW w:w="2635" w:type="dxa"/>
          </w:tcPr>
          <w:p w:rsidR="00D34DCC" w:rsidRDefault="00000000" w14:paraId="5AC78AEA" w14:textId="77777777">
            <w:pPr>
              <w:spacing w:before="40" w:after="40"/>
            </w:pPr>
            <w:r>
              <w:t>SEM, Fakülte/Enstitü</w:t>
            </w:r>
          </w:p>
        </w:tc>
        <w:tc>
          <w:tcPr>
            <w:tcW w:w="2635" w:type="dxa"/>
          </w:tcPr>
          <w:p w:rsidR="00D34DCC" w:rsidRDefault="00000000" w14:paraId="34292B58" w14:textId="75492D7B">
            <w:pPr>
              <w:spacing w:before="40" w:after="40"/>
            </w:pPr>
            <w:r>
              <w:t>G</w:t>
            </w:r>
            <w:r w:rsidR="001860B0">
              <w:t>R</w:t>
            </w:r>
            <w:r>
              <w:t>Ü Sürekli Eğitim Araştırma ve Uygulama Merkezi Yönergesi</w:t>
            </w:r>
          </w:p>
        </w:tc>
        <w:tc>
          <w:tcPr>
            <w:tcW w:w="2635" w:type="dxa"/>
          </w:tcPr>
          <w:p w:rsidR="00D34DCC" w:rsidRDefault="00000000" w14:paraId="2A709DDF" w14:textId="77777777">
            <w:pPr>
              <w:spacing w:before="40" w:after="40"/>
            </w:pPr>
            <w:r>
              <w:t>Elektronik Ortam</w:t>
            </w:r>
          </w:p>
        </w:tc>
      </w:tr>
      <w:tr w:rsidR="00D34DCC" w14:paraId="4FB11DE9" w14:textId="77777777">
        <w:trPr>
          <w:jc w:val="center"/>
        </w:trPr>
        <w:tc>
          <w:tcPr>
            <w:tcW w:w="2635" w:type="dxa"/>
          </w:tcPr>
          <w:p w:rsidR="00D34DCC" w:rsidRDefault="00000000" w14:paraId="6E32865D" w14:textId="77777777">
            <w:pPr>
              <w:spacing w:before="40" w:after="40"/>
            </w:pPr>
            <w:r>
              <w:t>3. Programın Senato'da onaylanması ve duyurulması</w:t>
            </w:r>
          </w:p>
        </w:tc>
        <w:tc>
          <w:tcPr>
            <w:tcW w:w="2635" w:type="dxa"/>
          </w:tcPr>
          <w:p w:rsidR="00D34DCC" w:rsidRDefault="00000000" w14:paraId="2359820B" w14:textId="77777777">
            <w:pPr>
              <w:spacing w:before="40" w:after="40"/>
            </w:pPr>
            <w:r>
              <w:t>Senato, Rektör, SEM</w:t>
            </w:r>
          </w:p>
        </w:tc>
        <w:tc>
          <w:tcPr>
            <w:tcW w:w="2635" w:type="dxa"/>
          </w:tcPr>
          <w:p w:rsidR="00D34DCC" w:rsidRDefault="00000000" w14:paraId="3BDE94D2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</w:tcPr>
          <w:p w:rsidR="00D34DCC" w:rsidRDefault="00000000" w14:paraId="6500184D" w14:textId="77777777">
            <w:pPr>
              <w:spacing w:before="40" w:after="40"/>
            </w:pPr>
            <w:r>
              <w:t>EBYS</w:t>
            </w:r>
          </w:p>
        </w:tc>
      </w:tr>
      <w:tr w:rsidR="001860B0" w14:paraId="574EC5F2" w14:textId="77777777">
        <w:trPr>
          <w:jc w:val="center"/>
        </w:trPr>
        <w:tc>
          <w:tcPr>
            <w:tcW w:w="2635" w:type="dxa"/>
          </w:tcPr>
          <w:p w:rsidR="001860B0" w:rsidP="001860B0" w:rsidRDefault="001860B0" w14:paraId="58D5489D" w14:textId="77777777">
            <w:pPr>
              <w:spacing w:before="40" w:after="40"/>
            </w:pPr>
            <w:r>
              <w:t>4. Eğitim/sertifika programının yürütülmesi ve katılımcı değerlendirmesi</w:t>
            </w:r>
          </w:p>
        </w:tc>
        <w:tc>
          <w:tcPr>
            <w:tcW w:w="2635" w:type="dxa"/>
          </w:tcPr>
          <w:p w:rsidR="001860B0" w:rsidP="001860B0" w:rsidRDefault="001860B0" w14:paraId="094F8821" w14:textId="77777777">
            <w:pPr>
              <w:spacing w:before="40" w:after="40"/>
            </w:pPr>
            <w:r>
              <w:t>SEM, Eğitmen</w:t>
            </w:r>
          </w:p>
        </w:tc>
        <w:tc>
          <w:tcPr>
            <w:tcW w:w="2635" w:type="dxa"/>
          </w:tcPr>
          <w:p w:rsidR="001860B0" w:rsidP="001860B0" w:rsidRDefault="001860B0" w14:paraId="4B260C57" w14:textId="6C03550E">
            <w:pPr>
              <w:spacing w:before="40" w:after="40"/>
            </w:pPr>
            <w:r>
              <w:t xml:space="preserve">GRÜ </w:t>
            </w:r>
            <w:proofErr w:type="spellStart"/>
            <w:r>
              <w:t>Sürekli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 </w:t>
            </w:r>
            <w:proofErr w:type="spellStart"/>
            <w:r>
              <w:t>Yönergesi</w:t>
            </w:r>
            <w:proofErr w:type="spellEnd"/>
          </w:p>
        </w:tc>
        <w:tc>
          <w:tcPr>
            <w:tcW w:w="2635" w:type="dxa"/>
          </w:tcPr>
          <w:p w:rsidR="001860B0" w:rsidP="001860B0" w:rsidRDefault="001860B0" w14:paraId="0DB441D8" w14:textId="77777777">
            <w:pPr>
              <w:spacing w:before="40" w:after="40"/>
            </w:pPr>
            <w:r>
              <w:t>SEM sistemi</w:t>
            </w:r>
          </w:p>
        </w:tc>
      </w:tr>
      <w:tr w:rsidR="00D34DCC" w14:paraId="26CEBF32" w14:textId="77777777">
        <w:trPr>
          <w:jc w:val="center"/>
        </w:trPr>
        <w:tc>
          <w:tcPr>
            <w:tcW w:w="2635" w:type="dxa"/>
          </w:tcPr>
          <w:p w:rsidR="00D34DCC" w:rsidRDefault="00000000" w14:paraId="040CC3E3" w14:textId="77777777">
            <w:pPr>
              <w:spacing w:before="40" w:after="40"/>
            </w:pPr>
            <w:r>
              <w:t>5. Sertifika programı sonu memnuniyet anketi ve iyileştirme</w:t>
            </w:r>
          </w:p>
        </w:tc>
        <w:tc>
          <w:tcPr>
            <w:tcW w:w="2635" w:type="dxa"/>
          </w:tcPr>
          <w:p w:rsidR="00D34DCC" w:rsidRDefault="00000000" w14:paraId="78C38F50" w14:textId="29C186EB">
            <w:pPr>
              <w:spacing w:before="40" w:after="40"/>
            </w:pPr>
            <w:r>
              <w:t xml:space="preserve">SEM, </w:t>
            </w:r>
            <w:proofErr w:type="spellStart"/>
            <w:r w:rsidR="001860B0">
              <w:t>Akreditasyon</w:t>
            </w:r>
            <w:proofErr w:type="spellEnd"/>
            <w:r w:rsidR="001860B0">
              <w:t xml:space="preserve">, Akademik </w:t>
            </w:r>
            <w:proofErr w:type="spellStart"/>
            <w:r w:rsidR="001860B0">
              <w:t>Değerlendirme</w:t>
            </w:r>
            <w:proofErr w:type="spellEnd"/>
            <w:r w:rsidR="001860B0">
              <w:t xml:space="preserve"> </w:t>
            </w:r>
            <w:proofErr w:type="spellStart"/>
            <w:r w:rsidR="001860B0">
              <w:t>ve</w:t>
            </w:r>
            <w:proofErr w:type="spellEnd"/>
            <w:r w:rsidR="001860B0">
              <w:t xml:space="preserve"> Kalite </w:t>
            </w:r>
            <w:proofErr w:type="spellStart"/>
            <w:r w:rsidR="001860B0">
              <w:t>Koordinatörlüğü</w:t>
            </w:r>
            <w:proofErr w:type="spellEnd"/>
          </w:p>
        </w:tc>
        <w:tc>
          <w:tcPr>
            <w:tcW w:w="2635" w:type="dxa"/>
          </w:tcPr>
          <w:p w:rsidR="00D34DCC" w:rsidRDefault="00000000" w14:paraId="015DE495" w14:textId="77777777">
            <w:pPr>
              <w:spacing w:before="40" w:after="40"/>
            </w:pPr>
            <w:r>
              <w:t>Memnuniyet Anketi Formu</w:t>
            </w:r>
          </w:p>
        </w:tc>
        <w:tc>
          <w:tcPr>
            <w:tcW w:w="2635" w:type="dxa"/>
          </w:tcPr>
          <w:p w:rsidR="00D34DCC" w:rsidRDefault="00000000" w14:paraId="0A16C6A1" w14:textId="77777777">
            <w:pPr>
              <w:spacing w:before="40" w:after="40"/>
            </w:pPr>
            <w:r>
              <w:t>Elektronik Ortam</w:t>
            </w:r>
          </w:p>
        </w:tc>
      </w:tr>
      <w:tr w:rsidR="00D34DCC" w14:paraId="67E5973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6489A2B0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İzleme Kriterleri:</w:t>
            </w:r>
          </w:p>
          <w:p w:rsidR="00D34DCC" w:rsidRDefault="00000000" w14:paraId="0F332101" w14:textId="77777777">
            <w:pPr>
              <w:spacing w:before="40" w:after="40"/>
            </w:pPr>
            <w:r>
              <w:t>1. Yıllık açılan sertifika programı sayısı</w:t>
            </w:r>
          </w:p>
          <w:p w:rsidR="00D34DCC" w:rsidRDefault="00000000" w14:paraId="3785E42D" w14:textId="77777777">
            <w:pPr>
              <w:spacing w:before="40" w:after="40"/>
            </w:pPr>
            <w:r>
              <w:t>2. Katılımcı sayısı</w:t>
            </w:r>
          </w:p>
          <w:p w:rsidR="00D34DCC" w:rsidRDefault="00000000" w14:paraId="268F70C2" w14:textId="77777777">
            <w:pPr>
              <w:spacing w:before="40" w:after="40"/>
            </w:pPr>
            <w:r>
              <w:t>3. Memnuniyet anketi ortalama puanı</w:t>
            </w:r>
          </w:p>
        </w:tc>
      </w:tr>
      <w:tr w:rsidR="00D34DCC" w14:paraId="2EE3CC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6DE729E4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Riskler:</w:t>
            </w:r>
          </w:p>
          <w:p w:rsidR="00D34DCC" w:rsidRDefault="00000000" w14:paraId="583EF4E8" w14:textId="77777777">
            <w:pPr>
              <w:spacing w:before="40" w:after="40"/>
            </w:pPr>
            <w:r>
              <w:t>1. Programın sektör ihtiyaçlarıyla örtüşmemesi</w:t>
            </w:r>
          </w:p>
          <w:p w:rsidR="00D34DCC" w:rsidRDefault="00000000" w14:paraId="02464379" w14:textId="77777777">
            <w:pPr>
              <w:spacing w:before="40" w:after="40"/>
            </w:pPr>
            <w:r>
              <w:t>2. Düşük katılım oranı</w:t>
            </w:r>
          </w:p>
          <w:p w:rsidR="00D34DCC" w:rsidRDefault="00000000" w14:paraId="5C972E9B" w14:textId="77777777">
            <w:pPr>
              <w:spacing w:before="40" w:after="40"/>
            </w:pPr>
            <w:r>
              <w:t>3. Eğitmen yetersizliği</w:t>
            </w:r>
          </w:p>
        </w:tc>
      </w:tr>
      <w:tr w:rsidR="00D34DCC" w14:paraId="789A79B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741F78DB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Fırsatlar:</w:t>
            </w:r>
          </w:p>
          <w:p w:rsidR="00D34DCC" w:rsidRDefault="00000000" w14:paraId="766C5FF1" w14:textId="77777777">
            <w:pPr>
              <w:spacing w:before="40" w:after="40"/>
            </w:pPr>
            <w:r>
              <w:t>1. Yaşam boyu öğrenme kültürünün gelişmesi</w:t>
            </w:r>
          </w:p>
          <w:p w:rsidR="00D34DCC" w:rsidRDefault="00000000" w14:paraId="36A9A074" w14:textId="77777777">
            <w:pPr>
              <w:spacing w:before="40" w:after="40"/>
            </w:pPr>
            <w:r>
              <w:t>2. Üniversite kaynaklarının topluma açılması</w:t>
            </w:r>
          </w:p>
          <w:p w:rsidR="00D34DCC" w:rsidRDefault="00000000" w14:paraId="247D5E61" w14:textId="77777777">
            <w:pPr>
              <w:spacing w:before="40" w:after="40"/>
            </w:pPr>
            <w:r>
              <w:t>3. Mezun mezun ile iletişim sürekliliği</w:t>
            </w:r>
          </w:p>
        </w:tc>
      </w:tr>
    </w:tbl>
    <w:p w:rsidR="00D34DCC" w:rsidRDefault="00D34DCC" w14:paraId="593C507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34DCC" w14:paraId="33AC2F4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34DCC" w:rsidRDefault="00000000" w14:paraId="79E72610" w14:textId="77777777">
            <w:pPr>
              <w:spacing w:before="40" w:after="40"/>
              <w:jc w:val="center"/>
            </w:pPr>
            <w:r>
              <w:rPr>
                <w:b/>
              </w:rPr>
              <w:t>F2.2.5 Uluslararası Akademik İşbirliği ve Bilgi Paylaşımı</w:t>
            </w:r>
          </w:p>
        </w:tc>
      </w:tr>
      <w:tr w:rsidR="00D34DCC" w14:paraId="4A1848E7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6F9F3745" w14:textId="77777777">
            <w:pPr>
              <w:spacing w:before="40" w:after="40"/>
            </w:pPr>
            <w:r w:rsidRPr="001F717F">
              <w:rPr>
                <w:b/>
                <w:bCs/>
              </w:rPr>
              <w:t>Faaliyetin Amacı:</w:t>
            </w:r>
            <w:r>
              <w:t xml:space="preserve"> Üniversitenin yurt dışı yükseköğretim kurumları ve araştırma merkezleri ile akademik işbirliği geliştirmesi ve bilgi paylaşımının yönetilmesi.</w:t>
            </w:r>
          </w:p>
        </w:tc>
      </w:tr>
      <w:tr w:rsidR="00D34DCC" w14:paraId="59C361B7" w14:textId="77777777">
        <w:trPr>
          <w:jc w:val="center"/>
        </w:trPr>
        <w:tc>
          <w:tcPr>
            <w:tcW w:w="10540" w:type="dxa"/>
            <w:gridSpan w:val="4"/>
          </w:tcPr>
          <w:p w:rsidR="00D34DCC" w:rsidRDefault="00000000" w14:paraId="20B1A2E8" w14:textId="073FC2BE">
            <w:pPr>
              <w:spacing w:before="40" w:after="40"/>
            </w:pPr>
            <w:r w:rsidRPr="001F717F">
              <w:rPr>
                <w:b/>
                <w:bCs/>
              </w:rPr>
              <w:t>Faaliyetin Yürütüldüğü Birimler:</w:t>
            </w:r>
            <w:r>
              <w:t xml:space="preserve"> Erasmus Koordinatörlüğü, </w:t>
            </w: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İlişkiler</w:t>
            </w:r>
            <w:proofErr w:type="spellEnd"/>
            <w:r>
              <w:t xml:space="preserve"> Ofisi, Fakülte</w:t>
            </w:r>
            <w:r w:rsidR="00F37AAC">
              <w:t>/YO/MYO/Enstitüler</w:t>
            </w:r>
            <w:r>
              <w:t xml:space="preserve">, </w:t>
            </w:r>
            <w:proofErr w:type="spellStart"/>
            <w:r w:rsidR="001860B0">
              <w:t>Akreditasyon</w:t>
            </w:r>
            <w:proofErr w:type="spellEnd"/>
            <w:r w:rsidR="001860B0">
              <w:t xml:space="preserve">, Akademik </w:t>
            </w:r>
            <w:proofErr w:type="spellStart"/>
            <w:r w:rsidR="001860B0">
              <w:t>Değerlendirme</w:t>
            </w:r>
            <w:proofErr w:type="spellEnd"/>
            <w:r w:rsidR="001860B0">
              <w:t xml:space="preserve"> </w:t>
            </w:r>
            <w:proofErr w:type="spellStart"/>
            <w:r w:rsidR="001860B0">
              <w:t>ve</w:t>
            </w:r>
            <w:proofErr w:type="spellEnd"/>
            <w:r w:rsidR="001860B0">
              <w:t xml:space="preserve"> Kalite </w:t>
            </w:r>
            <w:proofErr w:type="spellStart"/>
            <w:r w:rsidR="001860B0">
              <w:t>Koordinatörlüğü</w:t>
            </w:r>
            <w:proofErr w:type="spellEnd"/>
          </w:p>
        </w:tc>
      </w:tr>
      <w:tr w:rsidR="00D34DCC" w14:paraId="782AC8A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34DCC" w:rsidRDefault="00000000" w14:paraId="3788959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0DE012E9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68421F9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34DCC" w:rsidRDefault="00000000" w14:paraId="4BC24DA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34DCC" w14:paraId="6B4407B6" w14:textId="77777777">
        <w:trPr>
          <w:jc w:val="center"/>
        </w:trPr>
        <w:tc>
          <w:tcPr>
            <w:tcW w:w="2635" w:type="dxa"/>
          </w:tcPr>
          <w:p w:rsidR="00D34DCC" w:rsidRDefault="00000000" w14:paraId="1C618518" w14:textId="77777777">
            <w:pPr>
              <w:spacing w:before="40" w:after="40"/>
            </w:pPr>
            <w:r>
              <w:t>1. Uluslararası işbirliği fırsatlarının takibi ve değerlendirilmesi</w:t>
            </w:r>
          </w:p>
        </w:tc>
        <w:tc>
          <w:tcPr>
            <w:tcW w:w="2635" w:type="dxa"/>
          </w:tcPr>
          <w:p w:rsidR="00D34DCC" w:rsidRDefault="00000000" w14:paraId="643BA0F0" w14:textId="77777777">
            <w:pPr>
              <w:spacing w:before="40" w:after="40"/>
            </w:pPr>
            <w:r>
              <w:t>Erasmus Koordinatörlüğü</w:t>
            </w:r>
          </w:p>
        </w:tc>
        <w:tc>
          <w:tcPr>
            <w:tcW w:w="2635" w:type="dxa"/>
          </w:tcPr>
          <w:p w:rsidR="00D34DCC" w:rsidRDefault="00000000" w14:paraId="5E9A125E" w14:textId="77777777">
            <w:pPr>
              <w:spacing w:before="40" w:after="40"/>
            </w:pPr>
            <w:r>
              <w:t>Erasmus+, Mevlana, ikili anlaşma kılavuzları</w:t>
            </w:r>
          </w:p>
        </w:tc>
        <w:tc>
          <w:tcPr>
            <w:tcW w:w="2635" w:type="dxa"/>
          </w:tcPr>
          <w:p w:rsidR="00D34DCC" w:rsidRDefault="00000000" w14:paraId="57BF91AA" w14:textId="77777777">
            <w:pPr>
              <w:spacing w:before="40" w:after="40"/>
            </w:pPr>
            <w:r>
              <w:t>Elektronik Ortam</w:t>
            </w:r>
          </w:p>
        </w:tc>
      </w:tr>
      <w:tr w:rsidR="00D34DCC" w14:paraId="3DFE030A" w14:textId="77777777">
        <w:trPr>
          <w:jc w:val="center"/>
        </w:trPr>
        <w:tc>
          <w:tcPr>
            <w:tcW w:w="2635" w:type="dxa"/>
          </w:tcPr>
          <w:p w:rsidR="00D34DCC" w:rsidRDefault="00000000" w14:paraId="2BE8D2F8" w14:textId="77777777">
            <w:pPr>
              <w:spacing w:before="40" w:after="40"/>
            </w:pPr>
            <w:r>
              <w:t>2. İşbirliği protokol/MOU müzakeresi ve imzalanması</w:t>
            </w:r>
          </w:p>
        </w:tc>
        <w:tc>
          <w:tcPr>
            <w:tcW w:w="2635" w:type="dxa"/>
          </w:tcPr>
          <w:p w:rsidR="00D34DCC" w:rsidRDefault="00000000" w14:paraId="1DF245B1" w14:textId="77777777">
            <w:pPr>
              <w:spacing w:before="40" w:after="40"/>
            </w:pPr>
            <w:r>
              <w:t>Erasmus Koordinatörlüğü, Hukuk Müşavirliği, Rektör</w:t>
            </w:r>
          </w:p>
        </w:tc>
        <w:tc>
          <w:tcPr>
            <w:tcW w:w="2635" w:type="dxa"/>
          </w:tcPr>
          <w:p w:rsidR="00D34DCC" w:rsidRDefault="00000000" w14:paraId="726869B8" w14:textId="77777777">
            <w:pPr>
              <w:spacing w:before="40" w:after="40"/>
            </w:pPr>
            <w:r>
              <w:t>2547 sayılı YÖK Kanunu; uluslararası anlaşma şablonları</w:t>
            </w:r>
          </w:p>
        </w:tc>
        <w:tc>
          <w:tcPr>
            <w:tcW w:w="2635" w:type="dxa"/>
          </w:tcPr>
          <w:p w:rsidR="00D34DCC" w:rsidRDefault="00000000" w14:paraId="2AACB08E" w14:textId="77777777">
            <w:pPr>
              <w:spacing w:before="40" w:after="40"/>
            </w:pPr>
            <w:r>
              <w:t>EBYS, Fiziksel Ortam</w:t>
            </w:r>
          </w:p>
        </w:tc>
      </w:tr>
      <w:tr w:rsidR="00D34DCC" w14:paraId="0EC20BE0" w14:textId="77777777">
        <w:trPr>
          <w:jc w:val="center"/>
        </w:trPr>
        <w:tc>
          <w:tcPr>
            <w:tcW w:w="2635" w:type="dxa"/>
          </w:tcPr>
          <w:p w:rsidR="00D34DCC" w:rsidRDefault="00000000" w14:paraId="54C76D19" w14:textId="77777777">
            <w:pPr>
              <w:spacing w:before="40" w:after="40"/>
            </w:pPr>
            <w:r>
              <w:t>3. Ortak araştırma, yayın ve değişim faaliyetlerinin koordinasyonu</w:t>
            </w:r>
          </w:p>
        </w:tc>
        <w:tc>
          <w:tcPr>
            <w:tcW w:w="2635" w:type="dxa"/>
          </w:tcPr>
          <w:p w:rsidR="00D34DCC" w:rsidRDefault="00000000" w14:paraId="01B14974" w14:textId="77777777">
            <w:pPr>
              <w:spacing w:before="40" w:after="40"/>
            </w:pPr>
            <w:r>
              <w:t>Erasmus Koordinatörlüğü, Fakülte/Enstitü</w:t>
            </w:r>
          </w:p>
        </w:tc>
        <w:tc>
          <w:tcPr>
            <w:tcW w:w="2635" w:type="dxa"/>
          </w:tcPr>
          <w:p w:rsidR="00D34DCC" w:rsidRDefault="00000000" w14:paraId="095B93CD" w14:textId="77777777">
            <w:pPr>
              <w:spacing w:before="40" w:after="40"/>
            </w:pPr>
            <w:r>
              <w:t>İmzalı MOU metni</w:t>
            </w:r>
          </w:p>
        </w:tc>
        <w:tc>
          <w:tcPr>
            <w:tcW w:w="2635" w:type="dxa"/>
          </w:tcPr>
          <w:p w:rsidR="00D34DCC" w:rsidRDefault="00000000" w14:paraId="1941DCD8" w14:textId="77777777">
            <w:pPr>
              <w:spacing w:before="40" w:after="40"/>
            </w:pPr>
            <w:r>
              <w:t>EBYS</w:t>
            </w:r>
          </w:p>
        </w:tc>
      </w:tr>
      <w:tr w:rsidR="00D34DCC" w14:paraId="1324EA26" w14:textId="77777777">
        <w:trPr>
          <w:jc w:val="center"/>
        </w:trPr>
        <w:tc>
          <w:tcPr>
            <w:tcW w:w="2635" w:type="dxa"/>
          </w:tcPr>
          <w:p w:rsidR="00D34DCC" w:rsidRDefault="00000000" w14:paraId="454E4A8F" w14:textId="77777777">
            <w:pPr>
              <w:spacing w:before="40" w:after="40"/>
            </w:pPr>
            <w:r>
              <w:t>4. İşbirliği çıktılarının izlenmesi ve raporlanması</w:t>
            </w:r>
          </w:p>
        </w:tc>
        <w:tc>
          <w:tcPr>
            <w:tcW w:w="2635" w:type="dxa"/>
          </w:tcPr>
          <w:p w:rsidR="00D34DCC" w:rsidRDefault="00000000" w14:paraId="678F184A" w14:textId="0DF65257">
            <w:pPr>
              <w:spacing w:before="40" w:after="40"/>
            </w:pPr>
            <w:r>
              <w:t xml:space="preserve">Erasmus Koordinatörlüğü, </w:t>
            </w:r>
            <w:proofErr w:type="spellStart"/>
            <w:r w:rsidR="001860B0">
              <w:t>Akreditasyon</w:t>
            </w:r>
            <w:proofErr w:type="spellEnd"/>
            <w:r w:rsidR="001860B0">
              <w:t xml:space="preserve">, Akademik </w:t>
            </w:r>
            <w:proofErr w:type="spellStart"/>
            <w:r w:rsidR="001860B0">
              <w:t>Değerlendirme</w:t>
            </w:r>
            <w:proofErr w:type="spellEnd"/>
            <w:r w:rsidR="001860B0">
              <w:t xml:space="preserve"> </w:t>
            </w:r>
            <w:proofErr w:type="spellStart"/>
            <w:r w:rsidR="001860B0">
              <w:t>ve</w:t>
            </w:r>
            <w:proofErr w:type="spellEnd"/>
            <w:r w:rsidR="001860B0">
              <w:t xml:space="preserve"> Kalite </w:t>
            </w:r>
            <w:proofErr w:type="spellStart"/>
            <w:r w:rsidR="001860B0">
              <w:t>Koordinatörlüğü</w:t>
            </w:r>
            <w:proofErr w:type="spellEnd"/>
          </w:p>
        </w:tc>
        <w:tc>
          <w:tcPr>
            <w:tcW w:w="2635" w:type="dxa"/>
          </w:tcPr>
          <w:p w:rsidR="00D34DCC" w:rsidRDefault="00000000" w14:paraId="77A3CA49" w14:textId="77777777">
            <w:pPr>
              <w:spacing w:before="40" w:after="40"/>
            </w:pPr>
            <w:r>
              <w:t>YÖKAK Uluslararasılaşma Ölçütleri</w:t>
            </w:r>
          </w:p>
        </w:tc>
        <w:tc>
          <w:tcPr>
            <w:tcW w:w="2635" w:type="dxa"/>
          </w:tcPr>
          <w:p w:rsidR="00D34DCC" w:rsidRDefault="00000000" w14:paraId="619458F0" w14:textId="77777777">
            <w:pPr>
              <w:spacing w:before="40" w:after="40"/>
            </w:pPr>
            <w:r>
              <w:t>EBYS</w:t>
            </w:r>
          </w:p>
        </w:tc>
      </w:tr>
      <w:tr w:rsidR="00D34DCC" w14:paraId="045CB92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0A376A0E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İzleme Kriterleri:</w:t>
            </w:r>
          </w:p>
          <w:p w:rsidR="00D34DCC" w:rsidRDefault="00000000" w14:paraId="0AEC620C" w14:textId="77777777">
            <w:pPr>
              <w:spacing w:before="40" w:after="40"/>
            </w:pPr>
            <w:r>
              <w:t>1. Aktif uluslararası işbirliği protokol sayısı</w:t>
            </w:r>
          </w:p>
          <w:p w:rsidR="00D34DCC" w:rsidRDefault="00000000" w14:paraId="297A1A5C" w14:textId="77777777">
            <w:pPr>
              <w:spacing w:before="40" w:after="40"/>
            </w:pPr>
            <w:r>
              <w:t>2. Ortak yayın sayısı</w:t>
            </w:r>
          </w:p>
          <w:p w:rsidR="00D34DCC" w:rsidRDefault="00000000" w14:paraId="4C521782" w14:textId="77777777">
            <w:pPr>
              <w:spacing w:before="40" w:after="40"/>
            </w:pPr>
            <w:r>
              <w:t>3. Uluslararası ortak proje sayısı</w:t>
            </w:r>
          </w:p>
        </w:tc>
      </w:tr>
      <w:tr w:rsidR="00D34DCC" w14:paraId="2D5B1BE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74371E32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Riskler:</w:t>
            </w:r>
          </w:p>
          <w:p w:rsidR="00D34DCC" w:rsidRDefault="00000000" w14:paraId="018E63FF" w14:textId="77777777">
            <w:pPr>
              <w:spacing w:before="40" w:after="40"/>
            </w:pPr>
            <w:r>
              <w:t>1. Protokollerin somut çıktıya dönüşmemesi</w:t>
            </w:r>
          </w:p>
          <w:p w:rsidR="00D34DCC" w:rsidRDefault="00000000" w14:paraId="4E9EDC77" w14:textId="77777777">
            <w:pPr>
              <w:spacing w:before="40" w:after="40"/>
            </w:pPr>
            <w:r>
              <w:t>2. Dil ve kültürel engeller</w:t>
            </w:r>
          </w:p>
          <w:p w:rsidR="00D34DCC" w:rsidRDefault="00000000" w14:paraId="3F7CAF3A" w14:textId="77777777">
            <w:pPr>
              <w:spacing w:before="40" w:after="40"/>
            </w:pPr>
            <w:r>
              <w:t>3. Mali kaynak yetersizliği</w:t>
            </w:r>
          </w:p>
        </w:tc>
      </w:tr>
      <w:tr w:rsidR="00D34DCC" w14:paraId="0EC99BC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717F" w:rsidR="00D34DCC" w:rsidRDefault="00000000" w14:paraId="1B49A8D0" w14:textId="77777777">
            <w:pPr>
              <w:spacing w:before="40" w:after="40"/>
              <w:rPr>
                <w:b/>
                <w:bCs/>
              </w:rPr>
            </w:pPr>
            <w:r w:rsidRPr="001F717F">
              <w:rPr>
                <w:b/>
                <w:bCs/>
              </w:rPr>
              <w:t>Fırsatlar:</w:t>
            </w:r>
          </w:p>
          <w:p w:rsidR="00D34DCC" w:rsidRDefault="00000000" w14:paraId="73DDE2C4" w14:textId="77777777">
            <w:pPr>
              <w:spacing w:before="40" w:after="40"/>
            </w:pPr>
            <w:r>
              <w:t>1. Uluslararası tanınırlık artışı</w:t>
            </w:r>
          </w:p>
          <w:p w:rsidR="00D34DCC" w:rsidRDefault="00000000" w14:paraId="225163AE" w14:textId="77777777">
            <w:pPr>
              <w:spacing w:before="40" w:after="40"/>
            </w:pPr>
            <w:r>
              <w:t>2. Erasmus+ kapsamında öğrenci/personel hareketliliği</w:t>
            </w:r>
          </w:p>
          <w:p w:rsidR="001860B0" w:rsidRDefault="00000000" w14:paraId="4B2969B8" w14:textId="02DF82D5">
            <w:pPr>
              <w:spacing w:before="40" w:after="40"/>
            </w:pPr>
            <w:r>
              <w:t>3. Joint degree program imkanlar</w:t>
            </w:r>
            <w:r w:rsidR="001860B0">
              <w:t>ı</w:t>
            </w:r>
          </w:p>
        </w:tc>
      </w:tr>
    </w:tbl>
    <w:p w:rsidR="00D34DCC" w:rsidRDefault="00D34DCC" w14:paraId="676AC6C9" w14:textId="77777777">
      <w:pPr>
        <w:spacing w:after="120"/>
      </w:pPr>
    </w:p>
    <w:sectPr w:rsidR="00D34DCC" w:rsidSect="00034616">
      <w:headerReference w:type="default" r:id="Rcf62da5036f44f7d"/>
      <w:pgSz w:w="12240" w:h="15840"/>
      <w:pgMar w:top="1134" w:right="850" w:bottom="1134" w:left="850" w:header="720" w:footer="720" w:gutter="0"/>
      <w:cols w:space="720"/>
      <w:docGrid w:linePitch="360"/>
      <w:footerReference w:type="default" r:id="R8be081fcaee6414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KYS-PRS.02.02,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4f94dca1b4e54da2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kvys.giresun.edu.tr/sg/34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38ed4e49855459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2d85059098c4e3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Bilgi Transferi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KYS-PRS.02.02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5875075">
    <w:abstractNumId w:val="8"/>
  </w:num>
  <w:num w:numId="2" w16cid:durableId="1411804241">
    <w:abstractNumId w:val="6"/>
  </w:num>
  <w:num w:numId="3" w16cid:durableId="2095585947">
    <w:abstractNumId w:val="5"/>
  </w:num>
  <w:num w:numId="4" w16cid:durableId="1658266393">
    <w:abstractNumId w:val="4"/>
  </w:num>
  <w:num w:numId="5" w16cid:durableId="343438762">
    <w:abstractNumId w:val="7"/>
  </w:num>
  <w:num w:numId="6" w16cid:durableId="1978292275">
    <w:abstractNumId w:val="3"/>
  </w:num>
  <w:num w:numId="7" w16cid:durableId="170335817">
    <w:abstractNumId w:val="2"/>
  </w:num>
  <w:num w:numId="8" w16cid:durableId="284122667">
    <w:abstractNumId w:val="1"/>
  </w:num>
  <w:num w:numId="9" w16cid:durableId="64049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60B0"/>
    <w:rsid w:val="001F717F"/>
    <w:rsid w:val="0029639D"/>
    <w:rsid w:val="00320907"/>
    <w:rsid w:val="00326F90"/>
    <w:rsid w:val="00697248"/>
    <w:rsid w:val="00AA1D8D"/>
    <w:rsid w:val="00B47730"/>
    <w:rsid w:val="00CB0664"/>
    <w:rsid w:val="00D34DCC"/>
    <w:rsid w:val="00F00165"/>
    <w:rsid w:val="00F37A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3A063"/>
  <w14:defaultImageDpi w14:val="300"/>
  <w15:docId w15:val="{69D82612-A026-6447-9B99-2398DA0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semiHidden/>
    <w:unhideWhenUsed/>
    <w:rsid w:val="00186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https://tto.giresun.edu.tr/Files/ckFiles/tto-giresun-edu-tr/GR%C3%9C_Bulu%C5%9F%20Bildirim%20Formu.doc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s://tto.giresun.edu.tr/Files/ckFiles/tto-giresun-edu-tr/GR%C3%9C_Bulu%C5%9F%20Bildirim%20Formu.doc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yperlink" Target="https://kvys.giresun.edu.tr/dn/KYS-YNR-035" TargetMode="External" Id="rId10" /><Relationship Type="http://schemas.openxmlformats.org/officeDocument/2006/relationships/hyperlink" Target="https://kvys.giresun.edu.tr/dn/KYS-YNR-066" TargetMode="External" Id="rId11" /><Relationship Type="http://schemas.openxmlformats.org/officeDocument/2006/relationships/hyperlink" Target="https://kvys.giresun.edu.tr/dn/KYS-YNR-067" TargetMode="External" Id="rId12" /><Relationship Type="http://schemas.openxmlformats.org/officeDocument/2006/relationships/hyperlink" Target="https://kvys.giresun.edu.tr/dn/KYS-YNT-012" TargetMode="External" Id="rId13" /><Relationship Type="http://schemas.openxmlformats.org/officeDocument/2006/relationships/hyperlink" Target="https://kvys.giresun.edu.tr/dn/KYS-YNR-074" TargetMode="External" Id="rId14" /><Relationship Type="http://schemas.openxmlformats.org/officeDocument/2006/relationships/hyperlink" Target="https://kvys.giresun.edu.tr/dn/KYS-YNT-013" TargetMode="External" Id="rId15" /><Relationship Type="http://schemas.openxmlformats.org/officeDocument/2006/relationships/hyperlink" Target="https://kvys.giresun.edu.tr/dn/KYS-YNT-015" TargetMode="External" Id="rId16" /><Relationship Type="http://schemas.openxmlformats.org/officeDocument/2006/relationships/hyperlink" Target="https://kvys.giresun.edu.tr/dn/KYS-YNT-009" TargetMode="External" Id="rId17" /><Relationship Type="http://schemas.openxmlformats.org/officeDocument/2006/relationships/hyperlink" Target="https://kvys.giresun.edu.tr/dn/KYS-YNT-004" TargetMode="External" Id="rId18" /><Relationship Type="http://schemas.openxmlformats.org/officeDocument/2006/relationships/hyperlink" Target="https://kvys.giresun.edu.tr/dn/KYS-YNR-089" TargetMode="External" Id="rId19" /><Relationship Type="http://schemas.openxmlformats.org/officeDocument/2006/relationships/hyperlink" Target="https://kvys.giresun.edu.tr/dn/KYS-YNR-078" TargetMode="External" Id="rId20" /><Relationship Type="http://schemas.openxmlformats.org/officeDocument/2006/relationships/hyperlink" Target="https://kvys.giresun.edu.tr/dn/KYS-YNT-022" TargetMode="External" Id="rId21" /><Relationship Type="http://schemas.openxmlformats.org/officeDocument/2006/relationships/hyperlink" Target="https://kvys.giresun.edu.tr/dn/KYS-YNT-001" TargetMode="External" Id="rId22" /><Relationship Type="http://schemas.openxmlformats.org/officeDocument/2006/relationships/hyperlink" Target="https://kvys.giresun.edu.tr/dn/KYS-YNR-082" TargetMode="External" Id="rId23" /><Relationship Type="http://schemas.openxmlformats.org/officeDocument/2006/relationships/hyperlink" Target="https://kvys.giresun.edu.tr/dn/KYS-YNR-014" TargetMode="External" Id="rId24" /><Relationship Type="http://schemas.openxmlformats.org/officeDocument/2006/relationships/hyperlink" Target="https://kvys.giresun.edu.tr/dn/KYS-YNR-021" TargetMode="External" Id="rId25" /><Relationship Type="http://schemas.openxmlformats.org/officeDocument/2006/relationships/hyperlink" Target="https://kvys.giresun.edu.tr/dn/KYS-YNT-003" TargetMode="External" Id="rId26" /><Relationship Type="http://schemas.openxmlformats.org/officeDocument/2006/relationships/hyperlink" Target="https://kvys.giresun.edu.tr/dn/KYS-YNR-071" TargetMode="External" Id="rId27" /><Relationship Type="http://schemas.openxmlformats.org/officeDocument/2006/relationships/hyperlink" Target="https://kvys.giresun.edu.tr/dn/KYS-YNR-042" TargetMode="External" Id="rId28" /><Relationship Type="http://schemas.openxmlformats.org/officeDocument/2006/relationships/hyperlink" Target="https://kvys.giresun.edu.tr/dn/KYS-YNT-002" TargetMode="External" Id="rId29" /><Relationship Type="http://schemas.openxmlformats.org/officeDocument/2006/relationships/hyperlink" Target="https://kvys.giresun.edu.tr/dn/KYS-YNR-070" TargetMode="External" Id="rId30" /><Relationship Type="http://schemas.openxmlformats.org/officeDocument/2006/relationships/hyperlink" Target="https://kvys.giresun.edu.tr/dn/KYS-YNR-008" TargetMode="External" Id="rId31" /><Relationship Type="http://schemas.openxmlformats.org/officeDocument/2006/relationships/hyperlink" Target="https://kvys.giresun.edu.tr/dn/KYS-YNR-049" TargetMode="External" Id="rId32" /><Relationship Type="http://schemas.openxmlformats.org/officeDocument/2006/relationships/hyperlink" Target="https://kvys.giresun.edu.tr/dn/KYS-YNT-020" TargetMode="External" Id="rId33" /><Relationship Type="http://schemas.openxmlformats.org/officeDocument/2006/relationships/hyperlink" Target="https://kvys.giresun.edu.tr/dn/KYS-YNR-047" TargetMode="External" Id="rId34" /><Relationship Type="http://schemas.openxmlformats.org/officeDocument/2006/relationships/hyperlink" Target="https://kvys.giresun.edu.tr/dn/KYS-YNR-010" TargetMode="External" Id="rId35" /><Relationship Type="http://schemas.openxmlformats.org/officeDocument/2006/relationships/hyperlink" Target="https://kvys.giresun.edu.tr/dn/KYS-YNT-005" TargetMode="External" Id="rId36" /><Relationship Type="http://schemas.openxmlformats.org/officeDocument/2006/relationships/hyperlink" Target="https://kvys.giresun.edu.tr/dn/KYS-YNR-018" TargetMode="External" Id="rId37" /><Relationship Type="http://schemas.openxmlformats.org/officeDocument/2006/relationships/hyperlink" Target="https://kvys.giresun.edu.tr/dn/KYS-YNT-021" TargetMode="External" Id="rId38" /><Relationship Type="http://schemas.openxmlformats.org/officeDocument/2006/relationships/hyperlink" Target="https://kvys.giresun.edu.tr/dn/KYS-YNR-081" TargetMode="External" Id="rId39" /><Relationship Type="http://schemas.openxmlformats.org/officeDocument/2006/relationships/hyperlink" Target="https://kvys.giresun.edu.tr/dn/KYS-YNR-019" TargetMode="External" Id="rId40" /><Relationship Type="http://schemas.openxmlformats.org/officeDocument/2006/relationships/hyperlink" Target="https://kvys.giresun.edu.tr/dn/KYS-YNR-026" TargetMode="External" Id="rId41" /><Relationship Type="http://schemas.openxmlformats.org/officeDocument/2006/relationships/hyperlink" Target="https://kvys.giresun.edu.tr/dn/KYS-YNR-009" TargetMode="External" Id="rId42" /><Relationship Type="http://schemas.openxmlformats.org/officeDocument/2006/relationships/hyperlink" Target="https://kvys.giresun.edu.tr/dn/KYS-YNR-027" TargetMode="External" Id="rId43" /><Relationship Type="http://schemas.openxmlformats.org/officeDocument/2006/relationships/hyperlink" Target="https://kvys.giresun.edu.tr/dn/KYS-YNR-005" TargetMode="External" Id="rId44" /><Relationship Type="http://schemas.openxmlformats.org/officeDocument/2006/relationships/hyperlink" Target="https://kvys.giresun.edu.tr/dn/KYS-YNR-088" TargetMode="External" Id="rId45" /><Relationship Type="http://schemas.openxmlformats.org/officeDocument/2006/relationships/hyperlink" Target="https://kvys.giresun.edu.tr/dn/KYS-YNR-020" TargetMode="External" Id="rId46" /><Relationship Type="http://schemas.openxmlformats.org/officeDocument/2006/relationships/hyperlink" Target="https://kvys.giresun.edu.tr/dn/KYS-YNR-036" TargetMode="External" Id="rId47" /><Relationship Type="http://schemas.openxmlformats.org/officeDocument/2006/relationships/hyperlink" Target="https://kvys.giresun.edu.tr/dn/KYS-YNR-083" TargetMode="External" Id="rId48" /><Relationship Type="http://schemas.openxmlformats.org/officeDocument/2006/relationships/header" Target="/word/header1.xml" Id="Rcf62da5036f44f7d" /><Relationship Type="http://schemas.openxmlformats.org/officeDocument/2006/relationships/footer" Target="/word/footer1.xml" Id="R8be081fcaee6414b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f38ed4e498554594" /><Relationship Type="http://schemas.openxmlformats.org/officeDocument/2006/relationships/hyperlink" Target="https://kvys.giresun.edu.tr/sg/34" TargetMode="External" Id="R4f94dca1b4e54d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92d85059098c4e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4</cp:revision>
  <dcterms:created xsi:type="dcterms:W3CDTF">2013-12-23T23:15:00Z</dcterms:created>
  <dcterms:modified xsi:type="dcterms:W3CDTF">2026-06-10T19:47:00Z</dcterms:modified>
  <cp:category/>
</cp:coreProperties>
</file>