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440ECD" w14:paraId="7D879812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440ECD" w:rsidRDefault="00000000" w14:paraId="67BA9F8B" w14:textId="77777777">
            <w:pPr>
              <w:spacing w:before="40" w:after="40"/>
              <w:jc w:val="center"/>
            </w:pPr>
            <w:r>
              <w:rPr>
                <w:b/>
              </w:rPr>
              <w:t>PRS.02.04  ARAŞTIRMA ALTYAPISI VE LABORATUVAR YÖNETİMİ SÜRECİ</w:t>
            </w:r>
          </w:p>
        </w:tc>
      </w:tr>
      <w:tr w:rsidR="00440ECD" w14:paraId="73CE978A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40ECD" w:rsidRDefault="00000000" w14:paraId="55E1F60E" w14:textId="77777777">
            <w:pPr>
              <w:spacing w:before="40" w:after="40"/>
            </w:pPr>
            <w:r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440ECD" w:rsidRDefault="00000000" w14:paraId="58A9592A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440ECD" w14:paraId="475E25A5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40ECD" w:rsidRDefault="00000000" w14:paraId="57988FED" w14:textId="77777777">
            <w:pPr>
              <w:spacing w:before="40" w:after="40"/>
            </w:pPr>
            <w:r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440ECD" w:rsidRDefault="00492A7C" w14:paraId="12D66E9D" w14:textId="6ABC95A5">
            <w:pPr>
              <w:spacing w:before="40" w:after="40"/>
            </w:pPr>
            <w:r>
              <w:t>GRÜMLAB</w:t>
            </w:r>
            <w:r w:rsidR="00000000">
              <w:t xml:space="preserve">, Fakülte/Enstitü/YO/MYO, Yapı İşleri ve Teknik Daire Başkanlığı, Bilgi İşlem Daire Başkanlığı, Bilimsel Araştırma Projeleri (BAP) </w:t>
            </w:r>
            <w:proofErr w:type="spellStart"/>
            <w:r w:rsidR="00000000">
              <w:t>Koordinasyon</w:t>
            </w:r>
            <w:proofErr w:type="spellEnd"/>
            <w:r w:rsidR="00000000">
              <w:t xml:space="preserve"> </w:t>
            </w:r>
            <w:proofErr w:type="spellStart"/>
            <w:r w:rsidR="00000000">
              <w:t>Birimi</w:t>
            </w:r>
            <w:proofErr w:type="spellEnd"/>
            <w:r w:rsidR="00000000">
              <w:t xml:space="preserve">, </w:t>
            </w:r>
            <w:proofErr w:type="spellStart"/>
            <w:r w:rsidR="00000000">
              <w:t>İş</w:t>
            </w:r>
            <w:proofErr w:type="spellEnd"/>
            <w:r w:rsidR="00000000">
              <w:t xml:space="preserve"> </w:t>
            </w:r>
            <w:proofErr w:type="spellStart"/>
            <w:r w:rsidR="00000000">
              <w:t>Sağlığı</w:t>
            </w:r>
            <w:proofErr w:type="spellEnd"/>
            <w:r w:rsidR="00000000">
              <w:t xml:space="preserve"> </w:t>
            </w:r>
            <w:proofErr w:type="spellStart"/>
            <w:r w:rsidR="00000000">
              <w:t>ve</w:t>
            </w:r>
            <w:proofErr w:type="spellEnd"/>
            <w:r w:rsidR="00000000">
              <w:t xml:space="preserve"> </w:t>
            </w:r>
            <w:proofErr w:type="spellStart"/>
            <w:r w:rsidR="009B0CB7">
              <w:t>G</w:t>
            </w:r>
            <w:r>
              <w:t>ü</w:t>
            </w:r>
            <w:r w:rsidR="00000000">
              <w:t>venliği</w:t>
            </w:r>
            <w:proofErr w:type="spellEnd"/>
            <w:r w:rsidR="00000000">
              <w:t xml:space="preserve"> </w:t>
            </w:r>
            <w:proofErr w:type="spellStart"/>
            <w:r w:rsidR="00000000">
              <w:t>Koordinatörlüğü</w:t>
            </w:r>
            <w:proofErr w:type="spellEnd"/>
            <w:r w:rsidR="00000000">
              <w:t xml:space="preserve">, </w:t>
            </w:r>
            <w:proofErr w:type="spellStart"/>
            <w:r w:rsidR="00000000">
              <w:t>Akreditasyon</w:t>
            </w:r>
            <w:proofErr w:type="spellEnd"/>
            <w:r w:rsidR="00000000">
              <w:t xml:space="preserve">, Akademik </w:t>
            </w:r>
            <w:proofErr w:type="spellStart"/>
            <w:r w:rsidR="00000000">
              <w:t>Değerlendirme</w:t>
            </w:r>
            <w:proofErr w:type="spellEnd"/>
            <w:r w:rsidR="00000000">
              <w:t xml:space="preserve"> ve Kalite Koordinatörlüğü</w:t>
            </w:r>
          </w:p>
        </w:tc>
      </w:tr>
      <w:tr w:rsidR="00440ECD" w14:paraId="12AA18C3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40ECD" w:rsidRDefault="00000000" w14:paraId="01D71605" w14:textId="77777777">
            <w:pPr>
              <w:spacing w:before="40" w:after="40"/>
            </w:pPr>
            <w:r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440ECD" w:rsidRDefault="00000000" w14:paraId="33746096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440ECD" w14:paraId="4B2F5B13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40ECD" w:rsidRDefault="00000000" w14:paraId="2284B926" w14:textId="77777777">
            <w:pPr>
              <w:spacing w:before="40" w:after="40"/>
            </w:pPr>
            <w:r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440ECD" w:rsidRDefault="00000000" w14:paraId="58BFA525" w14:textId="38499250">
            <w:pPr>
              <w:spacing w:before="40" w:after="40"/>
            </w:pPr>
            <w:r>
              <w:t xml:space="preserve">Üniversitenin araştırma altyapısının (laboratuvar, ekipman, merkezi araştırma </w:t>
            </w:r>
            <w:proofErr w:type="spellStart"/>
            <w:r>
              <w:t>birimleri</w:t>
            </w:r>
            <w:proofErr w:type="spellEnd"/>
            <w:r>
              <w:t xml:space="preserve">) </w:t>
            </w:r>
            <w:proofErr w:type="spellStart"/>
            <w:r>
              <w:t>verimli</w:t>
            </w:r>
            <w:proofErr w:type="spellEnd"/>
            <w:r>
              <w:t xml:space="preserve"> </w:t>
            </w:r>
            <w:proofErr w:type="spellStart"/>
            <w:r>
              <w:t>kullanımını</w:t>
            </w:r>
            <w:proofErr w:type="spellEnd"/>
            <w:r>
              <w:t xml:space="preserve">, </w:t>
            </w:r>
            <w:proofErr w:type="spellStart"/>
            <w:r>
              <w:t>kalibrasyon-bakım</w:t>
            </w:r>
            <w:proofErr w:type="spellEnd"/>
            <w:r>
              <w:t xml:space="preserve"> </w:t>
            </w:r>
            <w:proofErr w:type="spellStart"/>
            <w:r>
              <w:t>süreçlerini</w:t>
            </w:r>
            <w:proofErr w:type="spellEnd"/>
            <w:r>
              <w:t xml:space="preserve">, </w:t>
            </w:r>
            <w:proofErr w:type="spellStart"/>
            <w:r>
              <w:t>iş</w:t>
            </w:r>
            <w:proofErr w:type="spellEnd"/>
            <w:r>
              <w:t xml:space="preserve"> </w:t>
            </w:r>
            <w:proofErr w:type="spellStart"/>
            <w:r w:rsidR="009B0CB7">
              <w:t>GRÜ</w:t>
            </w:r>
            <w:r>
              <w:t>venliği</w:t>
            </w:r>
            <w:proofErr w:type="spellEnd"/>
            <w:r>
              <w:t xml:space="preserve"> </w:t>
            </w:r>
            <w:proofErr w:type="spellStart"/>
            <w:r>
              <w:t>standartlarını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sürdürülebilirliğini</w:t>
            </w:r>
            <w:proofErr w:type="spellEnd"/>
            <w:r>
              <w:t xml:space="preserve"> </w:t>
            </w:r>
            <w:proofErr w:type="spellStart"/>
            <w:r>
              <w:t>sağlamak</w:t>
            </w:r>
            <w:proofErr w:type="spellEnd"/>
            <w:r>
              <w:t>.</w:t>
            </w:r>
          </w:p>
        </w:tc>
      </w:tr>
      <w:tr w:rsidR="00440ECD" w14:paraId="62E96EF7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440ECD" w:rsidRDefault="00000000" w14:paraId="72C5D18C" w14:textId="77777777">
            <w:pPr>
              <w:spacing w:before="40" w:after="40"/>
              <w:jc w:val="center"/>
            </w:pPr>
            <w:r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440ECD" w:rsidRDefault="00000000" w14:paraId="2A04EC69" w14:textId="77777777">
            <w:pPr>
              <w:spacing w:before="40" w:after="40"/>
              <w:jc w:val="center"/>
            </w:pPr>
            <w:r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440ECD" w:rsidRDefault="00000000" w14:paraId="19EE3810" w14:textId="77777777">
            <w:pPr>
              <w:spacing w:before="40" w:after="40"/>
              <w:jc w:val="center"/>
            </w:pPr>
            <w:r>
              <w:rPr>
                <w:b/>
              </w:rPr>
              <w:t>ÇIKTILAR</w:t>
            </w:r>
          </w:p>
        </w:tc>
      </w:tr>
      <w:tr w:rsidR="00440ECD" w14:paraId="3E447DC0" w14:textId="77777777">
        <w:trPr>
          <w:jc w:val="center"/>
        </w:trPr>
        <w:tc>
          <w:tcPr>
            <w:tcW w:w="3513" w:type="dxa"/>
          </w:tcPr>
          <w:p w:rsidR="00440ECD" w:rsidRDefault="009B0CB7" w14:paraId="3052D991" w14:textId="14DCE034">
            <w:pPr>
              <w:spacing w:before="40" w:after="40"/>
            </w:pPr>
            <w:r>
              <w:t xml:space="preserve">GRÜ </w:t>
            </w:r>
            <w:proofErr w:type="spellStart"/>
            <w:r>
              <w:t>Stratejik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</w:tc>
        <w:tc>
          <w:tcPr>
            <w:tcW w:w="3513" w:type="dxa"/>
          </w:tcPr>
          <w:p w:rsidR="00440ECD" w:rsidRDefault="00000000" w14:paraId="75714F5D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440ECD" w:rsidRDefault="00000000" w14:paraId="16FE8BC3" w14:textId="77777777">
            <w:pPr>
              <w:spacing w:before="40" w:after="40"/>
            </w:pPr>
            <w:r>
              <w:t>Araştırma altyapısı envanter raporu</w:t>
            </w:r>
          </w:p>
        </w:tc>
      </w:tr>
      <w:tr w:rsidR="00440ECD" w14:paraId="068C779A" w14:textId="77777777">
        <w:trPr>
          <w:jc w:val="center"/>
        </w:trPr>
        <w:tc>
          <w:tcPr>
            <w:tcW w:w="3513" w:type="dxa"/>
          </w:tcPr>
          <w:p w:rsidR="00440ECD" w:rsidRDefault="00000000" w14:paraId="6498F448" w14:textId="77777777">
            <w:pPr>
              <w:spacing w:before="40" w:after="40"/>
            </w:pPr>
            <w:r>
              <w:t>Birim altyapı ihtiyaç talepleri</w:t>
            </w:r>
          </w:p>
        </w:tc>
        <w:tc>
          <w:tcPr>
            <w:tcW w:w="3513" w:type="dxa"/>
          </w:tcPr>
          <w:p w:rsidR="00440ECD" w:rsidRDefault="00000000" w14:paraId="5AE05D93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440ECD" w:rsidRDefault="00000000" w14:paraId="6C72AE0F" w14:textId="77777777">
            <w:pPr>
              <w:spacing w:before="40" w:after="40"/>
            </w:pPr>
            <w:r>
              <w:t>Ekipman satın alma talep yazıları (→ PRS.06.01)</w:t>
            </w:r>
          </w:p>
        </w:tc>
      </w:tr>
      <w:tr w:rsidR="00440ECD" w14:paraId="5C58BCD5" w14:textId="77777777">
        <w:trPr>
          <w:jc w:val="center"/>
        </w:trPr>
        <w:tc>
          <w:tcPr>
            <w:tcW w:w="3513" w:type="dxa"/>
          </w:tcPr>
          <w:p w:rsidR="00440ECD" w:rsidRDefault="00000000" w14:paraId="55D5160D" w14:textId="77777777">
            <w:pPr>
              <w:spacing w:before="40" w:after="40"/>
            </w:pPr>
            <w:r>
              <w:t>Proje altyapı gereksinimleri (→ PRS.02.03)</w:t>
            </w:r>
          </w:p>
        </w:tc>
        <w:tc>
          <w:tcPr>
            <w:tcW w:w="3513" w:type="dxa"/>
          </w:tcPr>
          <w:p w:rsidR="00440ECD" w:rsidRDefault="00000000" w14:paraId="6ABBD905" w14:textId="77777777">
            <w:pPr>
              <w:spacing w:before="40" w:after="40"/>
            </w:pPr>
            <w:r>
              <w:t>BAP Otomasyon Sistemi</w:t>
            </w:r>
          </w:p>
        </w:tc>
        <w:tc>
          <w:tcPr>
            <w:tcW w:w="3513" w:type="dxa"/>
          </w:tcPr>
          <w:p w:rsidR="00440ECD" w:rsidRDefault="00000000" w14:paraId="43818F06" w14:textId="77777777">
            <w:pPr>
              <w:spacing w:before="40" w:after="40"/>
            </w:pPr>
            <w:r>
              <w:t>Yıllık bakım/kalibrasyon planları</w:t>
            </w:r>
          </w:p>
        </w:tc>
      </w:tr>
      <w:tr w:rsidR="00440ECD" w14:paraId="7433AE31" w14:textId="77777777">
        <w:trPr>
          <w:jc w:val="center"/>
        </w:trPr>
        <w:tc>
          <w:tcPr>
            <w:tcW w:w="3513" w:type="dxa"/>
          </w:tcPr>
          <w:p w:rsidR="00440ECD" w:rsidRDefault="00000000" w14:paraId="5351278C" w14:textId="77777777">
            <w:pPr>
              <w:spacing w:before="40" w:after="40"/>
            </w:pPr>
            <w:r>
              <w:t>Yıllık Yatırım Programı</w:t>
            </w:r>
          </w:p>
        </w:tc>
        <w:tc>
          <w:tcPr>
            <w:tcW w:w="3513" w:type="dxa"/>
          </w:tcPr>
          <w:p w:rsidR="00440ECD" w:rsidRDefault="00000000" w14:paraId="6B66FC79" w14:textId="77777777">
            <w:pPr>
              <w:spacing w:before="40" w:after="40"/>
            </w:pPr>
            <w:r>
              <w:t>EBYS, Taşınır Kayıt Sistemi</w:t>
            </w:r>
          </w:p>
        </w:tc>
        <w:tc>
          <w:tcPr>
            <w:tcW w:w="3513" w:type="dxa"/>
          </w:tcPr>
          <w:p w:rsidR="00440ECD" w:rsidRDefault="00000000" w14:paraId="68F0AD42" w14:textId="77777777">
            <w:pPr>
              <w:spacing w:before="40" w:after="40"/>
            </w:pPr>
            <w:r>
              <w:t>Altyapı performans göstergeleri</w:t>
            </w:r>
          </w:p>
        </w:tc>
      </w:tr>
      <w:tr w:rsidR="00440ECD" w14:paraId="2EC9E153" w14:textId="77777777">
        <w:trPr>
          <w:jc w:val="center"/>
        </w:trPr>
        <w:tc>
          <w:tcPr>
            <w:tcW w:w="3513" w:type="dxa"/>
          </w:tcPr>
          <w:p w:rsidR="00440ECD" w:rsidRDefault="00000000" w14:paraId="7DAE793F" w14:textId="103D401D">
            <w:pPr>
              <w:spacing w:before="40" w:after="40"/>
            </w:pP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 w:rsidR="009B0CB7">
              <w:t>GRÜ</w:t>
            </w:r>
            <w:r>
              <w:t>venliği</w:t>
            </w:r>
            <w:proofErr w:type="spellEnd"/>
            <w:r>
              <w:t xml:space="preserve"> </w:t>
            </w:r>
            <w:proofErr w:type="spellStart"/>
            <w:r>
              <w:t>mevzuatı</w:t>
            </w:r>
            <w:proofErr w:type="spellEnd"/>
          </w:p>
        </w:tc>
        <w:tc>
          <w:tcPr>
            <w:tcW w:w="3513" w:type="dxa"/>
          </w:tcPr>
          <w:p w:rsidR="00440ECD" w:rsidRDefault="00000000" w14:paraId="296E51DC" w14:textId="77777777">
            <w:pPr>
              <w:spacing w:before="40" w:after="40"/>
            </w:pPr>
            <w:r>
              <w:t>İSG yönetim sistemi</w:t>
            </w:r>
          </w:p>
        </w:tc>
        <w:tc>
          <w:tcPr>
            <w:tcW w:w="3513" w:type="dxa"/>
          </w:tcPr>
          <w:p w:rsidR="00440ECD" w:rsidRDefault="00000000" w14:paraId="08473506" w14:textId="554DB842">
            <w:pPr>
              <w:spacing w:before="40" w:after="40"/>
            </w:pP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 w:rsidR="009B0CB7">
              <w:t>G</w:t>
            </w:r>
            <w:r w:rsidR="00492A7C">
              <w:t>ü</w:t>
            </w:r>
            <w:r>
              <w:t>venliği</w:t>
            </w:r>
            <w:proofErr w:type="spellEnd"/>
            <w:r>
              <w:t xml:space="preserve"> </w:t>
            </w:r>
            <w:proofErr w:type="spellStart"/>
            <w:r>
              <w:t>raporları</w:t>
            </w:r>
            <w:proofErr w:type="spellEnd"/>
          </w:p>
        </w:tc>
      </w:tr>
      <w:tr w:rsidR="00440ECD" w14:paraId="410449B2" w14:textId="77777777">
        <w:trPr>
          <w:jc w:val="center"/>
        </w:trPr>
        <w:tc>
          <w:tcPr>
            <w:tcW w:w="3513" w:type="dxa"/>
          </w:tcPr>
          <w:p w:rsidR="00440ECD" w:rsidRDefault="00000000" w14:paraId="11D60532" w14:textId="17EF8E1D">
            <w:pPr>
              <w:spacing w:before="40" w:after="40"/>
            </w:pP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 w:rsidR="009B0CB7">
              <w:t>GRÜ</w:t>
            </w:r>
            <w:r>
              <w:t>venliği</w:t>
            </w:r>
            <w:proofErr w:type="spellEnd"/>
            <w:r>
              <w:t xml:space="preserve"> </w:t>
            </w:r>
            <w:proofErr w:type="spellStart"/>
            <w:r>
              <w:t>mevzuatı</w:t>
            </w:r>
            <w:proofErr w:type="spellEnd"/>
          </w:p>
        </w:tc>
        <w:tc>
          <w:tcPr>
            <w:tcW w:w="3513" w:type="dxa"/>
          </w:tcPr>
          <w:p w:rsidR="00440ECD" w:rsidRDefault="00000000" w14:paraId="5A92130C" w14:textId="77777777">
            <w:pPr>
              <w:spacing w:before="40" w:after="40"/>
            </w:pPr>
            <w:r>
              <w:t>İSG yönetim sistemi</w:t>
            </w:r>
          </w:p>
        </w:tc>
        <w:tc>
          <w:tcPr>
            <w:tcW w:w="3513" w:type="dxa"/>
          </w:tcPr>
          <w:p w:rsidR="00440ECD" w:rsidRDefault="00000000" w14:paraId="30F1A2EE" w14:textId="77777777">
            <w:pPr>
              <w:spacing w:before="40" w:after="40"/>
            </w:pPr>
            <w:r>
              <w:t>Atık yönetimi raporları</w:t>
            </w:r>
          </w:p>
        </w:tc>
      </w:tr>
      <w:tr w:rsidR="00440ECD" w14:paraId="002EEC18" w14:textId="77777777">
        <w:trPr>
          <w:jc w:val="center"/>
        </w:trPr>
        <w:tc>
          <w:tcPr>
            <w:tcW w:w="3513" w:type="dxa"/>
          </w:tcPr>
          <w:p w:rsidR="00440ECD" w:rsidRDefault="00000000" w14:paraId="5C8C0535" w14:textId="77777777">
            <w:pPr>
              <w:spacing w:before="40" w:after="40"/>
            </w:pPr>
            <w:r>
              <w:t>Akreditasyon kuruluşu altyapı kriterleri</w:t>
            </w:r>
          </w:p>
        </w:tc>
        <w:tc>
          <w:tcPr>
            <w:tcW w:w="3513" w:type="dxa"/>
          </w:tcPr>
          <w:p w:rsidR="00440ECD" w:rsidRDefault="00000000" w14:paraId="02B0B067" w14:textId="77777777">
            <w:pPr>
              <w:spacing w:before="40" w:after="40"/>
            </w:pPr>
            <w:r>
              <w:t>İlgili akreditasyon kuruluşu portalı</w:t>
            </w:r>
          </w:p>
        </w:tc>
        <w:tc>
          <w:tcPr>
            <w:tcW w:w="3513" w:type="dxa"/>
          </w:tcPr>
          <w:p w:rsidR="00440ECD" w:rsidRDefault="00000000" w14:paraId="4F6C1358" w14:textId="77777777">
            <w:pPr>
              <w:spacing w:before="40" w:after="40"/>
            </w:pPr>
            <w:r>
              <w:t>Laboratuvar hizmet talepleri ve faturalandırma (→ PRS.06.10)</w:t>
            </w:r>
          </w:p>
        </w:tc>
      </w:tr>
      <w:tr w:rsidR="00440ECD" w14:paraId="680145DD" w14:textId="77777777">
        <w:trPr>
          <w:jc w:val="center"/>
        </w:trPr>
        <w:tc>
          <w:tcPr>
            <w:tcW w:w="3513" w:type="dxa"/>
          </w:tcPr>
          <w:p w:rsidR="00440ECD" w:rsidRDefault="00000000" w14:paraId="23240606" w14:textId="77777777">
            <w:pPr>
              <w:spacing w:before="40" w:after="40"/>
            </w:pPr>
            <w:r>
              <w:t>Ekipman bakım/kalibrasyon takvimleri</w:t>
            </w:r>
          </w:p>
        </w:tc>
        <w:tc>
          <w:tcPr>
            <w:tcW w:w="3513" w:type="dxa"/>
          </w:tcPr>
          <w:p w:rsidR="00440ECD" w:rsidRDefault="00000000" w14:paraId="3807DB97" w14:textId="77777777">
            <w:pPr>
              <w:spacing w:before="40" w:after="40"/>
            </w:pPr>
            <w:r>
              <w:t>Bakım/Kalibrasyon firma sözleşmeleri</w:t>
            </w:r>
          </w:p>
        </w:tc>
        <w:tc>
          <w:tcPr>
            <w:tcW w:w="3513" w:type="dxa"/>
          </w:tcPr>
          <w:p w:rsidR="00440ECD" w:rsidRDefault="00000000" w14:paraId="207FF5B1" w14:textId="77777777">
            <w:pPr>
              <w:spacing w:before="40" w:after="40"/>
            </w:pPr>
            <w:r>
              <w:t>(faaliyet çıktıları faaliyet tablolarında)</w:t>
            </w:r>
          </w:p>
        </w:tc>
      </w:tr>
      <w:tr w:rsidR="00440ECD" w14:paraId="3CBD7A17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492A7C" w:rsidR="00440ECD" w:rsidRDefault="00000000" w14:paraId="13E222D4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t>Çapraz Referanslar (Diğer Süreçlerle Bağlantı):</w:t>
            </w:r>
          </w:p>
          <w:p w:rsidR="00440ECD" w:rsidRDefault="00000000" w14:paraId="655ED5F0" w14:textId="77777777">
            <w:pPr>
              <w:spacing w:before="40" w:after="40"/>
            </w:pPr>
            <w:r>
              <w:t>1. PRS.01.01 F1.1.7 Eğitim-Öğretim Altyapısı Planlama — Eğitim altyapı arakesit</w:t>
            </w:r>
          </w:p>
          <w:p w:rsidR="00440ECD" w:rsidRDefault="00000000" w14:paraId="02423780" w14:textId="77777777">
            <w:pPr>
              <w:spacing w:before="40" w:after="40"/>
            </w:pPr>
            <w:r>
              <w:t>2. PRS.02.03 Proje Yönetimi Süreci — Proje altyapı talepleri</w:t>
            </w:r>
          </w:p>
          <w:p w:rsidR="00440ECD" w:rsidRDefault="00000000" w14:paraId="4157DEC6" w14:textId="77777777">
            <w:pPr>
              <w:spacing w:before="40" w:after="40"/>
            </w:pPr>
            <w:r>
              <w:t>3. PRS.06.01 Satın Alma Süreci — Ekipman alımı</w:t>
            </w:r>
          </w:p>
          <w:p w:rsidR="00440ECD" w:rsidRDefault="00000000" w14:paraId="630A3164" w14:textId="77777777">
            <w:pPr>
              <w:spacing w:before="40" w:after="40"/>
            </w:pPr>
            <w:r>
              <w:t>4. PRS.06.02 Mali İşler Süreci — Bakım/kalibrasyon bütçesi</w:t>
            </w:r>
          </w:p>
          <w:p w:rsidR="00440ECD" w:rsidRDefault="00000000" w14:paraId="1915A38B" w14:textId="77777777">
            <w:pPr>
              <w:spacing w:before="40" w:after="40"/>
            </w:pPr>
            <w:r>
              <w:t>5. PRS.06.10 Döner Sermaye İşletme — Laboratuvar gelirleri</w:t>
            </w:r>
          </w:p>
          <w:p w:rsidR="00440ECD" w:rsidRDefault="00000000" w14:paraId="6E2FD9A5" w14:textId="77777777">
            <w:pPr>
              <w:spacing w:before="40" w:after="40"/>
            </w:pPr>
            <w:r>
              <w:t>6. PRS.05.07 Risk Yönetimi Süreci — İSG riskleri</w:t>
            </w:r>
          </w:p>
        </w:tc>
      </w:tr>
    </w:tbl>
    <w:p w:rsidR="00440ECD" w:rsidRDefault="00000000" w14:paraId="4C019474" w14:textId="77777777">
      <w:pPr>
        <w:spacing w:before="240" w:after="120"/>
        <w:jc w:val="center"/>
      </w:pPr>
      <w:r>
        <w:rPr>
          <w:b/>
          <w:sz w:val="24"/>
        </w:rPr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440ECD" w14:paraId="3670E659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40ECD" w:rsidRDefault="00000000" w14:paraId="73A906A5" w14:textId="77777777">
            <w:pPr>
              <w:spacing w:before="40" w:after="40"/>
              <w:jc w:val="center"/>
            </w:pPr>
            <w:r>
              <w:rPr>
                <w:b/>
              </w:rPr>
              <w:t>F2.4.1 Araştırma Altyapısı Envanterleme ve Planlama</w:t>
            </w:r>
          </w:p>
        </w:tc>
      </w:tr>
      <w:tr w:rsidR="00440ECD" w14:paraId="05E2156C" w14:textId="77777777">
        <w:trPr>
          <w:jc w:val="center"/>
        </w:trPr>
        <w:tc>
          <w:tcPr>
            <w:tcW w:w="10540" w:type="dxa"/>
            <w:gridSpan w:val="4"/>
          </w:tcPr>
          <w:p w:rsidR="00440ECD" w:rsidRDefault="00000000" w14:paraId="2441A84B" w14:textId="77777777">
            <w:pPr>
              <w:spacing w:before="40" w:after="40"/>
            </w:pPr>
            <w:r w:rsidRPr="00492A7C">
              <w:rPr>
                <w:b/>
                <w:bCs/>
              </w:rPr>
              <w:t>Faaliyetin Amacı:</w:t>
            </w:r>
            <w:r>
              <w:t xml:space="preserve"> Üniversite genelindeki araştırma altyapısının (laboratuvar, ekipman, merkezi birimler) envanterinin oluşturulması ve stratejik planlama.</w:t>
            </w:r>
          </w:p>
        </w:tc>
      </w:tr>
      <w:tr w:rsidR="00440ECD" w14:paraId="7340D740" w14:textId="77777777">
        <w:trPr>
          <w:jc w:val="center"/>
        </w:trPr>
        <w:tc>
          <w:tcPr>
            <w:tcW w:w="10540" w:type="dxa"/>
            <w:gridSpan w:val="4"/>
          </w:tcPr>
          <w:p w:rsidR="00440ECD" w:rsidRDefault="00000000" w14:paraId="4D5C9159" w14:textId="0BD37797">
            <w:pPr>
              <w:spacing w:before="40" w:after="40"/>
            </w:pPr>
            <w:proofErr w:type="spellStart"/>
            <w:r w:rsidRPr="00492A7C">
              <w:rPr>
                <w:b/>
                <w:bCs/>
              </w:rPr>
              <w:t>Faaliyetin</w:t>
            </w:r>
            <w:proofErr w:type="spellEnd"/>
            <w:r w:rsidRPr="00492A7C">
              <w:rPr>
                <w:b/>
                <w:bCs/>
              </w:rPr>
              <w:t xml:space="preserve"> </w:t>
            </w:r>
            <w:proofErr w:type="spellStart"/>
            <w:r w:rsidRPr="00492A7C">
              <w:rPr>
                <w:b/>
                <w:bCs/>
              </w:rPr>
              <w:t>Yürütüldüğü</w:t>
            </w:r>
            <w:proofErr w:type="spellEnd"/>
            <w:r w:rsidRPr="00492A7C">
              <w:rPr>
                <w:b/>
                <w:bCs/>
              </w:rPr>
              <w:t xml:space="preserve"> Birimler:</w:t>
            </w:r>
            <w:r>
              <w:t xml:space="preserve"> </w:t>
            </w:r>
            <w:r w:rsidR="00492A7C">
              <w:t>GRÜMLAB</w:t>
            </w:r>
            <w:r>
              <w:t xml:space="preserve">, </w:t>
            </w:r>
            <w:proofErr w:type="spellStart"/>
            <w:r>
              <w:t>Yapı</w:t>
            </w:r>
            <w:proofErr w:type="spellEnd"/>
            <w:r>
              <w:t xml:space="preserve"> </w:t>
            </w:r>
            <w:proofErr w:type="spellStart"/>
            <w:r>
              <w:t>İşleri</w:t>
            </w:r>
            <w:proofErr w:type="spellEnd"/>
            <w:r>
              <w:t xml:space="preserve"> DB, Bilgi İşlem DB, Strateji Geliştirme DB</w:t>
            </w:r>
          </w:p>
        </w:tc>
      </w:tr>
      <w:tr w:rsidR="00440ECD" w14:paraId="5E7AB155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40ECD" w:rsidRDefault="00000000" w14:paraId="198E9CE0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40ECD" w:rsidRDefault="00000000" w14:paraId="0F250323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40ECD" w:rsidRDefault="00000000" w14:paraId="19F60D50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40ECD" w:rsidRDefault="00000000" w14:paraId="0F69875D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440ECD" w:rsidTr="00492A7C" w14:paraId="79D33431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23F1ECB6" w14:textId="77777777">
            <w:pPr>
              <w:spacing w:before="40" w:after="40"/>
            </w:pPr>
            <w:r>
              <w:t>1. Birim laboratuvar ve ekipman envanterinin oluşturulması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1312CC00" w14:textId="77777777">
            <w:pPr>
              <w:spacing w:before="40" w:after="40"/>
            </w:pPr>
            <w:r>
              <w:t>Birim Sorumlusu, Taşınır Kayıt Yetkilisi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5328D339" w14:textId="77777777">
            <w:pPr>
              <w:spacing w:before="40" w:after="40"/>
            </w:pPr>
            <w:r>
              <w:t>Taşınır Mal Yönetmeliği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603C0686" w14:textId="77777777">
            <w:pPr>
              <w:spacing w:before="40" w:after="40"/>
            </w:pPr>
            <w:r>
              <w:t>Taşınır Kayıt Sistemi</w:t>
            </w:r>
          </w:p>
        </w:tc>
      </w:tr>
      <w:tr w:rsidR="00440ECD" w:rsidTr="00492A7C" w14:paraId="345F9EA5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3686431F" w14:textId="77777777">
            <w:pPr>
              <w:spacing w:before="40" w:after="40"/>
            </w:pPr>
            <w:r>
              <w:t xml:space="preserve">2. Merkezi Araştırma Laboratuvarı'nın hizmet </w:t>
            </w:r>
            <w:r>
              <w:lastRenderedPageBreak/>
              <w:t>portföyünün belirlenmesi</w:t>
            </w:r>
          </w:p>
        </w:tc>
        <w:tc>
          <w:tcPr>
            <w:tcW w:w="2635" w:type="dxa"/>
            <w:vAlign w:val="center"/>
          </w:tcPr>
          <w:p w:rsidR="00440ECD" w:rsidP="00492A7C" w:rsidRDefault="00492A7C" w14:paraId="57C9D7BF" w14:textId="7E8A8F0A">
            <w:pPr>
              <w:spacing w:before="40" w:after="40"/>
            </w:pPr>
            <w:r>
              <w:lastRenderedPageBreak/>
              <w:t>GRÜMLAB</w:t>
            </w:r>
          </w:p>
        </w:tc>
        <w:tc>
          <w:tcPr>
            <w:tcW w:w="2635" w:type="dxa"/>
            <w:vAlign w:val="center"/>
          </w:tcPr>
          <w:p w:rsidR="00440ECD" w:rsidP="00492A7C" w:rsidRDefault="009B0CB7" w14:paraId="7566B245" w14:textId="130406F8">
            <w:pPr>
              <w:spacing w:before="40" w:after="40"/>
            </w:pPr>
            <w:hyperlink r:id="rId31">
              <w:r>
                <w:rPr>
                  <w:color w:val="0563C1"/>
                  <w:u w:val="single"/>
                </w:rPr>
                <w:t xml:space="preserve">GRÜ </w:t>
              </w:r>
              <w:r>
                <w:rPr>
                  <w:color w:val="0563C1"/>
                  <w:u w:val="single"/>
                </w:rPr>
                <w:t>Merkezi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Araştırma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Laboratuvarı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t xml:space="preserve"> </w:t>
            </w:r>
            <w:r>
              <w:lastRenderedPageBreak/>
              <w:t>(varsa)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7FD1F2E1" w14:textId="77777777">
            <w:pPr>
              <w:spacing w:before="40" w:after="40"/>
            </w:pPr>
            <w:r>
              <w:lastRenderedPageBreak/>
              <w:t>Elektronik Ortam</w:t>
            </w:r>
          </w:p>
        </w:tc>
      </w:tr>
      <w:tr w:rsidR="00440ECD" w:rsidTr="00492A7C" w14:paraId="6CAD349A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5355F1FD" w14:textId="77777777">
            <w:pPr>
              <w:spacing w:before="40" w:after="40"/>
            </w:pPr>
            <w:r>
              <w:t>3. Birim ihtiyaç analizi ve önceliklendirme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23314CC8" w14:textId="77777777">
            <w:pPr>
              <w:spacing w:before="40" w:after="40"/>
            </w:pPr>
            <w:r>
              <w:t>Dekan/Müdür, Bölüm Başkanı</w:t>
            </w:r>
          </w:p>
        </w:tc>
        <w:tc>
          <w:tcPr>
            <w:tcW w:w="2635" w:type="dxa"/>
            <w:vAlign w:val="center"/>
          </w:tcPr>
          <w:p w:rsidR="00440ECD" w:rsidP="00492A7C" w:rsidRDefault="009B0CB7" w14:paraId="355B4E47" w14:textId="44EC62F8">
            <w:pPr>
              <w:spacing w:before="40" w:after="40"/>
            </w:pPr>
            <w:r>
              <w:t xml:space="preserve">GRÜ </w:t>
            </w:r>
            <w:proofErr w:type="spellStart"/>
            <w:r>
              <w:t>Stratejik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  <w:r>
              <w:t xml:space="preserve">; </w:t>
            </w:r>
            <w:proofErr w:type="spellStart"/>
            <w:r>
              <w:t>Yıllık</w:t>
            </w:r>
            <w:proofErr w:type="spellEnd"/>
            <w:r>
              <w:t xml:space="preserve"> </w:t>
            </w:r>
            <w:proofErr w:type="spellStart"/>
            <w:r>
              <w:t>Yatırım</w:t>
            </w:r>
            <w:proofErr w:type="spellEnd"/>
            <w:r>
              <w:t xml:space="preserve"> Programı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0AD6C76C" w14:textId="77777777">
            <w:pPr>
              <w:spacing w:before="40" w:after="40"/>
            </w:pPr>
            <w:r>
              <w:t>EBYS</w:t>
            </w:r>
          </w:p>
        </w:tc>
      </w:tr>
      <w:tr w:rsidR="00440ECD" w:rsidTr="00492A7C" w14:paraId="73B4F9E3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4BC7E4E4" w14:textId="77777777">
            <w:pPr>
              <w:spacing w:before="40" w:after="40"/>
            </w:pPr>
            <w:r>
              <w:t>4. Yıllık altyapı yatırım planının hazırlanması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4EA4DCB6" w14:textId="77777777">
            <w:pPr>
              <w:spacing w:before="40" w:after="40"/>
            </w:pPr>
            <w:r>
              <w:t>Strateji Geliştirme DB</w:t>
            </w:r>
          </w:p>
        </w:tc>
        <w:tc>
          <w:tcPr>
            <w:tcW w:w="2635" w:type="dxa"/>
            <w:vAlign w:val="center"/>
          </w:tcPr>
          <w:p w:rsidR="00440ECD" w:rsidP="00492A7C" w:rsidRDefault="009B0CB7" w14:paraId="25B422D0" w14:textId="27453C92">
            <w:pPr>
              <w:spacing w:before="40" w:after="40"/>
            </w:pPr>
            <w:r>
              <w:t xml:space="preserve">GRÜ </w:t>
            </w:r>
            <w:proofErr w:type="spellStart"/>
            <w:r>
              <w:t>Stratejik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</w:tc>
        <w:tc>
          <w:tcPr>
            <w:tcW w:w="2635" w:type="dxa"/>
            <w:vAlign w:val="center"/>
          </w:tcPr>
          <w:p w:rsidR="00440ECD" w:rsidP="00492A7C" w:rsidRDefault="00000000" w14:paraId="0AA8403C" w14:textId="77777777">
            <w:pPr>
              <w:spacing w:before="40" w:after="40"/>
            </w:pPr>
            <w:r>
              <w:t>EBYS</w:t>
            </w:r>
          </w:p>
        </w:tc>
      </w:tr>
      <w:tr w:rsidR="00440ECD" w14:paraId="2B98556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2A7C" w:rsidR="00440ECD" w:rsidRDefault="00000000" w14:paraId="00E36D3C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t>İzleme Kriterleri:</w:t>
            </w:r>
          </w:p>
          <w:p w:rsidR="00440ECD" w:rsidRDefault="00000000" w14:paraId="2FE23C56" w14:textId="3A279AEE">
            <w:pPr>
              <w:spacing w:before="40" w:after="40"/>
            </w:pPr>
            <w:r>
              <w:t xml:space="preserve">1. </w:t>
            </w:r>
            <w:proofErr w:type="spellStart"/>
            <w:r>
              <w:t>Envanteri</w:t>
            </w:r>
            <w:proofErr w:type="spellEnd"/>
            <w:r>
              <w:t xml:space="preserve"> </w:t>
            </w:r>
            <w:proofErr w:type="spellStart"/>
            <w:r w:rsidR="00492A7C">
              <w:t>gü</w:t>
            </w:r>
            <w:r>
              <w:t>ncel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oranı</w:t>
            </w:r>
            <w:proofErr w:type="spellEnd"/>
          </w:p>
          <w:p w:rsidR="00440ECD" w:rsidRDefault="00000000" w14:paraId="15318929" w14:textId="77777777">
            <w:pPr>
              <w:spacing w:before="40" w:after="40"/>
            </w:pPr>
            <w:r>
              <w:t>2. Atıl/aktif ekipman oranı</w:t>
            </w:r>
          </w:p>
          <w:p w:rsidR="00440ECD" w:rsidRDefault="00000000" w14:paraId="2867A7AD" w14:textId="77777777">
            <w:pPr>
              <w:spacing w:before="40" w:after="40"/>
            </w:pPr>
            <w:r>
              <w:t>3. Yıllık altyapı yatırım gerçekleşme oranı</w:t>
            </w:r>
          </w:p>
        </w:tc>
      </w:tr>
      <w:tr w:rsidR="00440ECD" w14:paraId="5FD03BB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2A7C" w:rsidR="00440ECD" w:rsidRDefault="00000000" w14:paraId="0E111F6F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t>Riskler:</w:t>
            </w:r>
          </w:p>
          <w:p w:rsidR="00440ECD" w:rsidRDefault="00000000" w14:paraId="41EF9A56" w14:textId="3D1B958F">
            <w:pPr>
              <w:spacing w:before="40" w:after="40"/>
            </w:pPr>
            <w:r>
              <w:t xml:space="preserve">1. </w:t>
            </w:r>
            <w:proofErr w:type="spellStart"/>
            <w:r>
              <w:t>Envanterin</w:t>
            </w:r>
            <w:proofErr w:type="spellEnd"/>
            <w:r>
              <w:t xml:space="preserve"> </w:t>
            </w:r>
            <w:proofErr w:type="spellStart"/>
            <w:r w:rsidR="00492A7C">
              <w:t>gü</w:t>
            </w:r>
            <w:r>
              <w:t>ncelliğini</w:t>
            </w:r>
            <w:proofErr w:type="spellEnd"/>
            <w:r>
              <w:t xml:space="preserve"> </w:t>
            </w:r>
            <w:proofErr w:type="spellStart"/>
            <w:r>
              <w:t>yitirmesi</w:t>
            </w:r>
            <w:proofErr w:type="spellEnd"/>
          </w:p>
          <w:p w:rsidR="00440ECD" w:rsidRDefault="00000000" w14:paraId="2000AF7F" w14:textId="77777777">
            <w:pPr>
              <w:spacing w:before="40" w:after="40"/>
            </w:pPr>
            <w:r>
              <w:t>2. Birim talepleri ile bütçe arasındaki uyumsuzluk</w:t>
            </w:r>
          </w:p>
          <w:p w:rsidR="00440ECD" w:rsidRDefault="00000000" w14:paraId="555959A0" w14:textId="77777777">
            <w:pPr>
              <w:spacing w:before="40" w:after="40"/>
            </w:pPr>
            <w:r>
              <w:t>3. Atıl ekipmanların kaynak israfına yol açması</w:t>
            </w:r>
          </w:p>
        </w:tc>
      </w:tr>
      <w:tr w:rsidR="00440ECD" w14:paraId="5533739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2A7C" w:rsidR="00440ECD" w:rsidRDefault="00000000" w14:paraId="528EFD12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t>Fırsatlar:</w:t>
            </w:r>
          </w:p>
          <w:p w:rsidR="00440ECD" w:rsidRDefault="00000000" w14:paraId="528F7A79" w14:textId="77777777">
            <w:pPr>
              <w:spacing w:before="40" w:after="40"/>
            </w:pPr>
            <w:r>
              <w:t>1. Ortak ekipman kullanımının teşviki</w:t>
            </w:r>
          </w:p>
          <w:p w:rsidR="00440ECD" w:rsidRDefault="00000000" w14:paraId="655A531D" w14:textId="77777777">
            <w:pPr>
              <w:spacing w:before="40" w:after="40"/>
            </w:pPr>
            <w:r>
              <w:t>2. Merkezi Araştırma Laboratuvarı'nın etkin kullanımı</w:t>
            </w:r>
          </w:p>
        </w:tc>
      </w:tr>
    </w:tbl>
    <w:p w:rsidR="00440ECD" w:rsidRDefault="00440ECD" w14:paraId="31E69C49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440ECD" w14:paraId="4A76A171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40ECD" w:rsidRDefault="00000000" w14:paraId="77065EFA" w14:textId="77777777">
            <w:pPr>
              <w:spacing w:before="40" w:after="40"/>
              <w:jc w:val="center"/>
            </w:pPr>
            <w:r>
              <w:rPr>
                <w:b/>
              </w:rPr>
              <w:t>F2.4.2 Laboratuvar İşletim, Kalibrasyon ve Bakım Yönetimi</w:t>
            </w:r>
          </w:p>
        </w:tc>
      </w:tr>
      <w:tr w:rsidR="00440ECD" w14:paraId="0E97AC23" w14:textId="77777777">
        <w:trPr>
          <w:jc w:val="center"/>
        </w:trPr>
        <w:tc>
          <w:tcPr>
            <w:tcW w:w="10540" w:type="dxa"/>
            <w:gridSpan w:val="4"/>
          </w:tcPr>
          <w:p w:rsidR="00440ECD" w:rsidRDefault="00000000" w14:paraId="441C5939" w14:textId="77777777">
            <w:pPr>
              <w:spacing w:before="40" w:after="40"/>
            </w:pPr>
            <w:r w:rsidRPr="00492A7C">
              <w:rPr>
                <w:b/>
                <w:bCs/>
              </w:rPr>
              <w:t>Faaliyetin Amacı:</w:t>
            </w:r>
            <w:r>
              <w:t xml:space="preserve"> Laboratuvar ekipmanlarının düzenli kalibrasyonu, bakımı ve verimli işletim koşullarının sağlanması.</w:t>
            </w:r>
          </w:p>
        </w:tc>
      </w:tr>
      <w:tr w:rsidR="00440ECD" w14:paraId="5F298D5E" w14:textId="77777777">
        <w:trPr>
          <w:jc w:val="center"/>
        </w:trPr>
        <w:tc>
          <w:tcPr>
            <w:tcW w:w="10540" w:type="dxa"/>
            <w:gridSpan w:val="4"/>
          </w:tcPr>
          <w:p w:rsidR="00440ECD" w:rsidRDefault="00000000" w14:paraId="6BB378AE" w14:textId="2624EC8B">
            <w:pPr>
              <w:spacing w:before="40" w:after="40"/>
            </w:pPr>
            <w:proofErr w:type="spellStart"/>
            <w:r w:rsidRPr="00492A7C">
              <w:rPr>
                <w:b/>
                <w:bCs/>
              </w:rPr>
              <w:t>Faaliyetin</w:t>
            </w:r>
            <w:proofErr w:type="spellEnd"/>
            <w:r w:rsidRPr="00492A7C">
              <w:rPr>
                <w:b/>
                <w:bCs/>
              </w:rPr>
              <w:t xml:space="preserve"> </w:t>
            </w:r>
            <w:proofErr w:type="spellStart"/>
            <w:r w:rsidRPr="00492A7C">
              <w:rPr>
                <w:b/>
                <w:bCs/>
              </w:rPr>
              <w:t>Yürütüldüğü</w:t>
            </w:r>
            <w:proofErr w:type="spellEnd"/>
            <w:r w:rsidRPr="00492A7C">
              <w:rPr>
                <w:b/>
                <w:bCs/>
              </w:rPr>
              <w:t xml:space="preserve"> Birimler:</w:t>
            </w:r>
            <w:r>
              <w:t xml:space="preserve"> </w:t>
            </w:r>
            <w:r w:rsidR="00492A7C">
              <w:t>GRÜMLAB</w:t>
            </w:r>
            <w:r>
              <w:t xml:space="preserve">, </w:t>
            </w:r>
            <w:proofErr w:type="spellStart"/>
            <w:r>
              <w:t>Fakülte</w:t>
            </w:r>
            <w:proofErr w:type="spellEnd"/>
            <w:r>
              <w:t>/</w:t>
            </w:r>
            <w:proofErr w:type="spellStart"/>
            <w:r>
              <w:t>Enstitü</w:t>
            </w:r>
            <w:proofErr w:type="spellEnd"/>
            <w:r>
              <w:t xml:space="preserve">/YO/MYO </w:t>
            </w:r>
            <w:proofErr w:type="spellStart"/>
            <w:r>
              <w:t>Laboratuvar</w:t>
            </w:r>
            <w:proofErr w:type="spellEnd"/>
            <w:r>
              <w:t xml:space="preserve"> </w:t>
            </w:r>
            <w:proofErr w:type="spellStart"/>
            <w:r>
              <w:t>Sorumlusu</w:t>
            </w:r>
            <w:proofErr w:type="spellEnd"/>
            <w:r>
              <w:t>, Bakım Hizmet Firmaları</w:t>
            </w:r>
          </w:p>
        </w:tc>
      </w:tr>
      <w:tr w:rsidR="00440ECD" w14:paraId="14AEB0A8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40ECD" w:rsidRDefault="00000000" w14:paraId="5821270A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40ECD" w:rsidRDefault="00000000" w14:paraId="0AE386F3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40ECD" w:rsidRDefault="00000000" w14:paraId="55BCC35C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40ECD" w:rsidRDefault="00000000" w14:paraId="459F8B45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440ECD" w:rsidTr="00492A7C" w14:paraId="17F1CBDA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0CBBE7AA" w14:textId="77777777">
            <w:pPr>
              <w:spacing w:before="40" w:after="40"/>
            </w:pPr>
            <w:r>
              <w:t>1. Ekipman bazında yıllık bakım/kalibrasyon takvimi hazırlanması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1FB314F0" w14:textId="77777777">
            <w:pPr>
              <w:spacing w:before="40" w:after="40"/>
            </w:pPr>
            <w:r>
              <w:t>Laboratuvar Sorumlusu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34370D29" w14:textId="77777777">
            <w:pPr>
              <w:spacing w:before="40" w:after="40"/>
            </w:pPr>
            <w:r>
              <w:t>Ekipman üretici kılavuzları; TS EN ISO 17025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3F00ACCB" w14:textId="77777777">
            <w:pPr>
              <w:spacing w:before="40" w:after="40"/>
            </w:pPr>
            <w:r>
              <w:t>Elektronik Ortam</w:t>
            </w:r>
          </w:p>
        </w:tc>
      </w:tr>
      <w:tr w:rsidR="00440ECD" w:rsidTr="00492A7C" w14:paraId="7B0702EC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32263773" w14:textId="77777777">
            <w:pPr>
              <w:spacing w:before="40" w:after="40"/>
            </w:pPr>
            <w:r>
              <w:t>2. Bakım/kalibrasyon hizmetlerinin satın alınması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7F29F4AA" w14:textId="77777777">
            <w:pPr>
              <w:spacing w:before="40" w:after="40"/>
            </w:pPr>
            <w:r>
              <w:t>Laboratuvar Sorumlusu, İhale Birimi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079C1F50" w14:textId="77777777">
            <w:pPr>
              <w:spacing w:before="40" w:after="40"/>
            </w:pPr>
            <w:r>
              <w:t>4734 sayılı Kamu İhale Kanunu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0B69F5CA" w14:textId="77777777">
            <w:pPr>
              <w:spacing w:before="40" w:after="40"/>
            </w:pPr>
            <w:r>
              <w:t>EBYS, Mali Yönetim Sistemi</w:t>
            </w:r>
          </w:p>
        </w:tc>
      </w:tr>
      <w:tr w:rsidR="00440ECD" w:rsidTr="00492A7C" w14:paraId="4D78C5A2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57080EF2" w14:textId="77777777">
            <w:pPr>
              <w:spacing w:before="40" w:after="40"/>
            </w:pPr>
            <w:r>
              <w:t>3. Kalibrasyon ve bakım işlemlerinin gerçekleştirilmesi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6B323373" w14:textId="77777777">
            <w:pPr>
              <w:spacing w:before="40" w:after="40"/>
            </w:pPr>
            <w:r>
              <w:t>Bakım Firması, Laboratuvar Sorumlusu</w:t>
            </w:r>
          </w:p>
        </w:tc>
        <w:tc>
          <w:tcPr>
            <w:tcW w:w="2635" w:type="dxa"/>
            <w:vAlign w:val="center"/>
          </w:tcPr>
          <w:p w:rsidRPr="00492A7C" w:rsidR="00440ECD" w:rsidP="00492A7C" w:rsidRDefault="00492A7C" w14:paraId="7FECC54D" w14:textId="71034E2F">
            <w:pPr>
              <w:spacing w:before="40" w:after="40"/>
              <w:rPr>
                <w:color w:val="000000" w:themeColor="text1"/>
              </w:rPr>
            </w:pPr>
            <w:r w:rsidRPr="00492A7C">
              <w:rPr>
                <w:color w:val="000000" w:themeColor="text1"/>
              </w:rPr>
              <w:t>-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395A04D9" w14:textId="77777777">
            <w:pPr>
              <w:spacing w:before="40" w:after="40"/>
            </w:pPr>
            <w:r>
              <w:t>Fiziksel Ortam, Elektronik Ortam</w:t>
            </w:r>
          </w:p>
        </w:tc>
      </w:tr>
      <w:tr w:rsidR="00440ECD" w:rsidTr="00492A7C" w14:paraId="7853D484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2D42B8A9" w14:textId="77777777">
            <w:pPr>
              <w:spacing w:before="40" w:after="40"/>
            </w:pPr>
            <w:r>
              <w:t>4. Arıza, eksiklik ve aksaklıkların kayıt altına alınması ve raporlanması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73B2F8F1" w14:textId="77777777">
            <w:pPr>
              <w:spacing w:before="40" w:after="40"/>
            </w:pPr>
            <w:r>
              <w:t>Laboratuvar Sorumlusu</w:t>
            </w:r>
          </w:p>
        </w:tc>
        <w:tc>
          <w:tcPr>
            <w:tcW w:w="2635" w:type="dxa"/>
            <w:vAlign w:val="center"/>
          </w:tcPr>
          <w:p w:rsidRPr="00492A7C" w:rsidR="00440ECD" w:rsidP="00492A7C" w:rsidRDefault="00492A7C" w14:paraId="340535AE" w14:textId="46C5AE45">
            <w:pPr>
              <w:spacing w:before="40" w:after="40"/>
              <w:rPr>
                <w:color w:val="000000" w:themeColor="text1"/>
              </w:rPr>
            </w:pPr>
            <w:r w:rsidRPr="00492A7C">
              <w:rPr>
                <w:color w:val="000000" w:themeColor="text1"/>
              </w:rPr>
              <w:t>-</w:t>
            </w:r>
            <w:r w:rsidRPr="00492A7C" w:rsidR="00000000">
              <w:rPr>
                <w:color w:val="000000" w:themeColor="text1"/>
              </w:rPr>
              <w:t xml:space="preserve"> 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46E91EEA" w14:textId="77777777">
            <w:pPr>
              <w:spacing w:before="40" w:after="40"/>
            </w:pPr>
            <w:r>
              <w:t>Elektronik Ortam</w:t>
            </w:r>
          </w:p>
        </w:tc>
      </w:tr>
      <w:tr w:rsidR="00440ECD" w14:paraId="3BB0C88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2A7C" w:rsidR="00440ECD" w:rsidRDefault="00000000" w14:paraId="430CC02B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t>İzleme Kriterleri:</w:t>
            </w:r>
          </w:p>
          <w:p w:rsidR="00440ECD" w:rsidRDefault="00000000" w14:paraId="5B3500F8" w14:textId="77777777">
            <w:pPr>
              <w:spacing w:before="40" w:after="40"/>
            </w:pPr>
            <w:r>
              <w:t>1. Planlanan/gerçekleşen bakım oranı</w:t>
            </w:r>
          </w:p>
          <w:p w:rsidR="00440ECD" w:rsidRDefault="00000000" w14:paraId="1B7311A6" w14:textId="77777777">
            <w:pPr>
              <w:spacing w:before="40" w:after="40"/>
            </w:pPr>
            <w:r>
              <w:t>2. Kalibrasyon süresi geçen ekipman sayısı</w:t>
            </w:r>
          </w:p>
          <w:p w:rsidR="00440ECD" w:rsidRDefault="00000000" w14:paraId="2878C1D5" w14:textId="77777777">
            <w:pPr>
              <w:spacing w:before="40" w:after="40"/>
            </w:pPr>
            <w:r>
              <w:t>3. Arıza nedeniyle hizmet dışı kalan ekipman süresi</w:t>
            </w:r>
          </w:p>
        </w:tc>
      </w:tr>
      <w:tr w:rsidR="00440ECD" w14:paraId="7F4ADDF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2A7C" w:rsidR="00440ECD" w:rsidRDefault="00000000" w14:paraId="08095C61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t>Riskler:</w:t>
            </w:r>
          </w:p>
          <w:p w:rsidR="00440ECD" w:rsidRDefault="00000000" w14:paraId="6A29A258" w14:textId="77777777">
            <w:pPr>
              <w:spacing w:before="40" w:after="40"/>
            </w:pPr>
            <w:r>
              <w:t>1. Kalibrasyon eksikliği nedeniyle ölçüm hataları</w:t>
            </w:r>
          </w:p>
          <w:p w:rsidR="00440ECD" w:rsidRDefault="00000000" w14:paraId="5A45F125" w14:textId="77777777">
            <w:pPr>
              <w:spacing w:before="40" w:after="40"/>
            </w:pPr>
            <w:r>
              <w:t>2. Bakım gecikmeleri</w:t>
            </w:r>
          </w:p>
          <w:p w:rsidR="00440ECD" w:rsidRDefault="00000000" w14:paraId="4840F6DA" w14:textId="77777777">
            <w:pPr>
              <w:spacing w:before="40" w:after="40"/>
            </w:pPr>
            <w:r>
              <w:t>3. Bakım firmalarıyla sözleşme sorunları</w:t>
            </w:r>
          </w:p>
        </w:tc>
      </w:tr>
      <w:tr w:rsidR="00440ECD" w14:paraId="28B9F2D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2A7C" w:rsidR="00440ECD" w:rsidRDefault="00000000" w14:paraId="76312ABC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t>Fırsatlar:</w:t>
            </w:r>
          </w:p>
          <w:p w:rsidR="00440ECD" w:rsidRDefault="00000000" w14:paraId="57415360" w14:textId="0E19F71A">
            <w:pPr>
              <w:spacing w:before="40" w:after="40"/>
            </w:pPr>
            <w:r>
              <w:t xml:space="preserve">1. Akreditasyon (TS EN ISO 17025)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laboratuvar</w:t>
            </w:r>
            <w:proofErr w:type="spellEnd"/>
            <w:r>
              <w:t xml:space="preserve"> </w:t>
            </w:r>
            <w:proofErr w:type="spellStart"/>
            <w:r w:rsidR="009B0CB7">
              <w:t>G</w:t>
            </w:r>
            <w:r w:rsidR="00492A7C">
              <w:t>ü</w:t>
            </w:r>
            <w:r>
              <w:t>venirliği</w:t>
            </w:r>
            <w:proofErr w:type="spellEnd"/>
          </w:p>
          <w:p w:rsidR="00440ECD" w:rsidRDefault="00000000" w14:paraId="00286511" w14:textId="77777777">
            <w:pPr>
              <w:spacing w:before="40" w:after="40"/>
            </w:pPr>
            <w:r>
              <w:lastRenderedPageBreak/>
              <w:t>2. Düzenli bakım ile ekipman ömrünün uzaması</w:t>
            </w:r>
          </w:p>
        </w:tc>
      </w:tr>
    </w:tbl>
    <w:p w:rsidR="00440ECD" w:rsidRDefault="00440ECD" w14:paraId="00A56498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440ECD" w14:paraId="754363E9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40ECD" w:rsidRDefault="00000000" w14:paraId="6410D835" w14:textId="77777777">
            <w:pPr>
              <w:spacing w:before="40" w:after="40"/>
              <w:jc w:val="center"/>
            </w:pPr>
            <w:r>
              <w:rPr>
                <w:b/>
              </w:rPr>
              <w:t>F2.4.3 Merkezi Araştırma Laboratuvarı Hizmet Yönetimi</w:t>
            </w:r>
          </w:p>
        </w:tc>
      </w:tr>
      <w:tr w:rsidR="00440ECD" w14:paraId="4545EB1E" w14:textId="77777777">
        <w:trPr>
          <w:jc w:val="center"/>
        </w:trPr>
        <w:tc>
          <w:tcPr>
            <w:tcW w:w="10540" w:type="dxa"/>
            <w:gridSpan w:val="4"/>
          </w:tcPr>
          <w:p w:rsidR="00440ECD" w:rsidRDefault="00000000" w14:paraId="355CD436" w14:textId="77777777">
            <w:pPr>
              <w:spacing w:before="40" w:after="40"/>
            </w:pPr>
            <w:r w:rsidRPr="00492A7C">
              <w:rPr>
                <w:b/>
                <w:bCs/>
              </w:rPr>
              <w:t>Faaliyetin Amacı:</w:t>
            </w:r>
            <w:r>
              <w:t xml:space="preserve"> Merkezi Araştırma Laboratuvarı'nın iç (akademisyen, öğrenci) ve dış (sektör) kullanıcılara analiz/test/danışmanlık hizmetleri sunması.</w:t>
            </w:r>
          </w:p>
        </w:tc>
      </w:tr>
      <w:tr w:rsidR="00440ECD" w14:paraId="594F91D3" w14:textId="77777777">
        <w:trPr>
          <w:jc w:val="center"/>
        </w:trPr>
        <w:tc>
          <w:tcPr>
            <w:tcW w:w="10540" w:type="dxa"/>
            <w:gridSpan w:val="4"/>
          </w:tcPr>
          <w:p w:rsidR="00440ECD" w:rsidRDefault="00000000" w14:paraId="2659AD06" w14:textId="21BC6357">
            <w:pPr>
              <w:spacing w:before="40" w:after="40"/>
            </w:pPr>
            <w:proofErr w:type="spellStart"/>
            <w:r w:rsidRPr="00492A7C">
              <w:rPr>
                <w:b/>
                <w:bCs/>
              </w:rPr>
              <w:t>Faaliyetin</w:t>
            </w:r>
            <w:proofErr w:type="spellEnd"/>
            <w:r w:rsidRPr="00492A7C">
              <w:rPr>
                <w:b/>
                <w:bCs/>
              </w:rPr>
              <w:t xml:space="preserve"> </w:t>
            </w:r>
            <w:proofErr w:type="spellStart"/>
            <w:r w:rsidRPr="00492A7C">
              <w:rPr>
                <w:b/>
                <w:bCs/>
              </w:rPr>
              <w:t>Yürütüldüğü</w:t>
            </w:r>
            <w:proofErr w:type="spellEnd"/>
            <w:r w:rsidRPr="00492A7C">
              <w:rPr>
                <w:b/>
                <w:bCs/>
              </w:rPr>
              <w:t xml:space="preserve"> Birimler:</w:t>
            </w:r>
            <w:r>
              <w:t xml:space="preserve"> </w:t>
            </w:r>
            <w:r w:rsidR="00492A7C">
              <w:t>GRÜMLAB</w:t>
            </w:r>
            <w:r>
              <w:t xml:space="preserve">, </w:t>
            </w:r>
            <w:proofErr w:type="spellStart"/>
            <w:r>
              <w:t>İdari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Mali </w:t>
            </w:r>
            <w:proofErr w:type="spellStart"/>
            <w:r>
              <w:t>İşler</w:t>
            </w:r>
            <w:proofErr w:type="spellEnd"/>
            <w:r>
              <w:t xml:space="preserve"> DB, TT</w:t>
            </w:r>
            <w:r w:rsidR="00492A7C">
              <w:t>M</w:t>
            </w:r>
          </w:p>
        </w:tc>
      </w:tr>
      <w:tr w:rsidR="00440ECD" w14:paraId="2079339E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40ECD" w:rsidRDefault="00000000" w14:paraId="5C9A32E7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40ECD" w:rsidRDefault="00000000" w14:paraId="229FAD4C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40ECD" w:rsidRDefault="00000000" w14:paraId="62C80D3B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40ECD" w:rsidRDefault="00000000" w14:paraId="2FB07B5C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440ECD" w:rsidTr="00492A7C" w14:paraId="473F6C4C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64BDFAE7" w14:textId="77777777">
            <w:pPr>
              <w:spacing w:before="40" w:after="40"/>
            </w:pPr>
            <w:r>
              <w:t>1. Hizmet talep alımı ve rezervasyon yönetimi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674F6D32" w14:textId="77777777">
            <w:pPr>
              <w:spacing w:before="40" w:after="40"/>
            </w:pPr>
            <w:r>
              <w:t>Merkezi Araştırma Lab. Sekreterliği</w:t>
            </w:r>
          </w:p>
        </w:tc>
        <w:tc>
          <w:tcPr>
            <w:tcW w:w="2635" w:type="dxa"/>
            <w:vAlign w:val="center"/>
          </w:tcPr>
          <w:p w:rsidR="00440ECD" w:rsidP="00492A7C" w:rsidRDefault="009B0CB7" w14:paraId="6D1D0BFA" w14:textId="57C327BB">
            <w:pPr>
              <w:spacing w:before="40" w:after="40"/>
            </w:pPr>
            <w:hyperlink r:id="rId31">
              <w:r>
                <w:rPr>
                  <w:color w:val="0563C1"/>
                  <w:u w:val="single"/>
                </w:rPr>
                <w:t xml:space="preserve">GRÜ </w:t>
              </w:r>
              <w:r>
                <w:rPr>
                  <w:color w:val="0563C1"/>
                  <w:u w:val="single"/>
                </w:rPr>
                <w:t>Merkezi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Araştırma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Laboratuvarı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  <w:tc>
          <w:tcPr>
            <w:tcW w:w="2635" w:type="dxa"/>
            <w:vAlign w:val="center"/>
          </w:tcPr>
          <w:p w:rsidR="00440ECD" w:rsidP="00492A7C" w:rsidRDefault="00000000" w14:paraId="0E61567B" w14:textId="77777777">
            <w:pPr>
              <w:spacing w:before="40" w:after="40"/>
            </w:pPr>
            <w:r>
              <w:t>Rezervasyon sistemi</w:t>
            </w:r>
          </w:p>
        </w:tc>
      </w:tr>
      <w:tr w:rsidR="00440ECD" w:rsidTr="00492A7C" w14:paraId="733A6DCE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672A819D" w14:textId="77777777">
            <w:pPr>
              <w:spacing w:before="40" w:after="40"/>
            </w:pPr>
            <w:r>
              <w:t>2. Analiz/test/danışmanlık hizmetlerinin yürütülmesi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64BB545A" w14:textId="77777777">
            <w:pPr>
              <w:spacing w:before="40" w:after="40"/>
            </w:pPr>
            <w:r>
              <w:t>Merkezi Araştırma Laboratuvarı Uzmanı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019FE541" w14:textId="77777777">
            <w:pPr>
              <w:spacing w:before="40" w:after="40"/>
            </w:pPr>
            <w:r>
              <w:t>İlgili analiz standartları (TS EN ISO 17025 vb.)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6E2A98F2" w14:textId="77777777">
            <w:pPr>
              <w:spacing w:before="40" w:after="40"/>
            </w:pPr>
            <w:r>
              <w:t>Fiziksel Ortam, Elektronik Ortam</w:t>
            </w:r>
          </w:p>
        </w:tc>
      </w:tr>
      <w:tr w:rsidR="00440ECD" w:rsidTr="00492A7C" w14:paraId="73CCD8AC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239360D0" w14:textId="77777777">
            <w:pPr>
              <w:spacing w:before="40" w:after="40"/>
            </w:pPr>
            <w:r>
              <w:t>3. Hizmet sonuç raporunun hazırlanması ve müşteriye teslimi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67F5D178" w14:textId="77777777">
            <w:pPr>
              <w:spacing w:before="40" w:after="40"/>
            </w:pPr>
            <w:r>
              <w:t>Merkezi Araştırma Laboratuvarı Uzmanı</w:t>
            </w:r>
          </w:p>
        </w:tc>
        <w:tc>
          <w:tcPr>
            <w:tcW w:w="2635" w:type="dxa"/>
            <w:vAlign w:val="center"/>
          </w:tcPr>
          <w:p w:rsidRPr="00492A7C" w:rsidR="00440ECD" w:rsidP="00492A7C" w:rsidRDefault="00000000" w14:paraId="5C71D47D" w14:textId="77777777">
            <w:pPr>
              <w:spacing w:before="40" w:after="40"/>
              <w:rPr>
                <w:color w:val="000000" w:themeColor="text1"/>
              </w:rPr>
            </w:pPr>
            <w:r w:rsidRPr="00492A7C">
              <w:rPr>
                <w:color w:val="000000" w:themeColor="text1"/>
              </w:rPr>
              <w:t>Analiz Raporu Şablonu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15F1AED5" w14:textId="77777777">
            <w:pPr>
              <w:spacing w:before="40" w:after="40"/>
            </w:pPr>
            <w:r>
              <w:t>Elektronik Ortam</w:t>
            </w:r>
          </w:p>
        </w:tc>
      </w:tr>
      <w:tr w:rsidR="00440ECD" w:rsidTr="00492A7C" w14:paraId="35D37C42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14A140A3" w14:textId="77777777">
            <w:pPr>
              <w:spacing w:before="40" w:after="40"/>
            </w:pPr>
            <w:r>
              <w:t>4. Hizmet bedelinin tahsili ve döner sermayeye gelir kaydı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09397453" w14:textId="77777777">
            <w:pPr>
              <w:spacing w:before="40" w:after="40"/>
            </w:pPr>
            <w:r>
              <w:t>İdari ve Mali İşler DB, Döner Sermaye İşletmesi</w:t>
            </w:r>
          </w:p>
        </w:tc>
        <w:tc>
          <w:tcPr>
            <w:tcW w:w="2635" w:type="dxa"/>
            <w:vAlign w:val="center"/>
          </w:tcPr>
          <w:p w:rsidR="00440ECD" w:rsidP="00492A7C" w:rsidRDefault="009B0CB7" w14:paraId="7C305616" w14:textId="212A6832">
            <w:pPr>
              <w:spacing w:before="40" w:after="40"/>
            </w:pPr>
            <w:hyperlink r:id="rId34">
              <w:r>
                <w:rPr>
                  <w:color w:val="0563C1"/>
                  <w:u w:val="single"/>
                </w:rPr>
                <w:t xml:space="preserve">GRÜ Döner </w:t>
              </w:r>
              <w:r>
                <w:rPr>
                  <w:color w:val="0563C1"/>
                  <w:u w:val="single"/>
                </w:rPr>
                <w:t>Sermaye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İşletme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t xml:space="preserve"> (→ PRS.06.10)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65638433" w14:textId="77777777">
            <w:pPr>
              <w:spacing w:before="40" w:after="40"/>
            </w:pPr>
            <w:r>
              <w:t>Mali Yönetim Sistemi</w:t>
            </w:r>
          </w:p>
        </w:tc>
      </w:tr>
      <w:tr w:rsidR="00440ECD" w14:paraId="03F187B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2A7C" w:rsidR="00440ECD" w:rsidRDefault="00000000" w14:paraId="0D52C0C1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t>İzleme Kriterleri:</w:t>
            </w:r>
          </w:p>
          <w:p w:rsidR="00440ECD" w:rsidRDefault="00000000" w14:paraId="3AB9583F" w14:textId="77777777">
            <w:pPr>
              <w:spacing w:before="40" w:after="40"/>
            </w:pPr>
            <w:r>
              <w:t>1. Yıllık hizmet sayısı</w:t>
            </w:r>
          </w:p>
          <w:p w:rsidR="00440ECD" w:rsidRDefault="00000000" w14:paraId="737B4233" w14:textId="77777777">
            <w:pPr>
              <w:spacing w:before="40" w:after="40"/>
            </w:pPr>
            <w:r>
              <w:t>2. İç/dış müşteri oranı</w:t>
            </w:r>
          </w:p>
          <w:p w:rsidR="00440ECD" w:rsidRDefault="00000000" w14:paraId="5AA78C25" w14:textId="77777777">
            <w:pPr>
              <w:spacing w:before="40" w:after="40"/>
            </w:pPr>
            <w:r>
              <w:t>3. Hizmet gelir miktarı</w:t>
            </w:r>
          </w:p>
          <w:p w:rsidR="00440ECD" w:rsidRDefault="00000000" w14:paraId="68B85DC0" w14:textId="77777777">
            <w:pPr>
              <w:spacing w:before="40" w:after="40"/>
            </w:pPr>
            <w:r>
              <w:t>4. Müşteri memnuniyet oranı</w:t>
            </w:r>
          </w:p>
        </w:tc>
      </w:tr>
      <w:tr w:rsidR="00440ECD" w14:paraId="181122F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2A7C" w:rsidR="00440ECD" w:rsidRDefault="00000000" w14:paraId="63EF24DB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t>Riskler:</w:t>
            </w:r>
          </w:p>
          <w:p w:rsidR="00440ECD" w:rsidRDefault="00000000" w14:paraId="6865CF0E" w14:textId="77777777">
            <w:pPr>
              <w:spacing w:before="40" w:after="40"/>
            </w:pPr>
            <w:r>
              <w:t>1. Analiz kapasite yetersizliği</w:t>
            </w:r>
          </w:p>
          <w:p w:rsidR="00440ECD" w:rsidRDefault="00000000" w14:paraId="24C542B3" w14:textId="77777777">
            <w:pPr>
              <w:spacing w:before="40" w:after="40"/>
            </w:pPr>
            <w:r>
              <w:t>2. Müşteri memnuniyetinin düşmesi</w:t>
            </w:r>
          </w:p>
          <w:p w:rsidR="00440ECD" w:rsidRDefault="00000000" w14:paraId="3E9C951C" w14:textId="77777777">
            <w:pPr>
              <w:spacing w:before="40" w:after="40"/>
            </w:pPr>
            <w:r>
              <w:t>3. Hizmet kalitesi standartlarına uyulamama</w:t>
            </w:r>
          </w:p>
        </w:tc>
      </w:tr>
      <w:tr w:rsidR="00440ECD" w14:paraId="212587B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2A7C" w:rsidR="00440ECD" w:rsidRDefault="00000000" w14:paraId="64776F17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t>Fırsatlar:</w:t>
            </w:r>
          </w:p>
          <w:p w:rsidR="00440ECD" w:rsidRDefault="00000000" w14:paraId="54EDADE1" w14:textId="77777777">
            <w:pPr>
              <w:spacing w:before="40" w:after="40"/>
            </w:pPr>
            <w:r>
              <w:t>1. Döner sermaye gelir artışı</w:t>
            </w:r>
          </w:p>
          <w:p w:rsidR="00440ECD" w:rsidRDefault="00000000" w14:paraId="3D34797D" w14:textId="77777777">
            <w:pPr>
              <w:spacing w:before="40" w:after="40"/>
            </w:pPr>
            <w:r>
              <w:t>2. Bölgesel/ulusal Ar-Ge hizmet merkezi konumu</w:t>
            </w:r>
          </w:p>
        </w:tc>
      </w:tr>
    </w:tbl>
    <w:p w:rsidR="00440ECD" w:rsidRDefault="00440ECD" w14:paraId="37D3CF52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440ECD" w14:paraId="528847F5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40ECD" w:rsidRDefault="00000000" w14:paraId="53C548D7" w14:textId="77777777">
            <w:pPr>
              <w:spacing w:before="40" w:after="40"/>
              <w:jc w:val="center"/>
            </w:pPr>
            <w:r>
              <w:rPr>
                <w:b/>
              </w:rPr>
              <w:t>F2.4.4 Ekipman Satın Alma ve Modernizasyon</w:t>
            </w:r>
          </w:p>
        </w:tc>
      </w:tr>
      <w:tr w:rsidR="00440ECD" w14:paraId="388F0F70" w14:textId="77777777">
        <w:trPr>
          <w:jc w:val="center"/>
        </w:trPr>
        <w:tc>
          <w:tcPr>
            <w:tcW w:w="10540" w:type="dxa"/>
            <w:gridSpan w:val="4"/>
          </w:tcPr>
          <w:p w:rsidR="00440ECD" w:rsidRDefault="00000000" w14:paraId="513D5267" w14:textId="77777777">
            <w:pPr>
              <w:spacing w:before="40" w:after="40"/>
            </w:pPr>
            <w:r w:rsidRPr="00492A7C">
              <w:rPr>
                <w:b/>
                <w:bCs/>
              </w:rPr>
              <w:t>Faaliyetin Amacı:</w:t>
            </w:r>
            <w:r>
              <w:t xml:space="preserve"> Araştırma altyapısı eksikliklerinin satın alma yoluyla giderilmesi ve mevcut altyapının modernizasyonu.</w:t>
            </w:r>
          </w:p>
        </w:tc>
      </w:tr>
      <w:tr w:rsidR="00440ECD" w14:paraId="0F994D46" w14:textId="77777777">
        <w:trPr>
          <w:jc w:val="center"/>
        </w:trPr>
        <w:tc>
          <w:tcPr>
            <w:tcW w:w="10540" w:type="dxa"/>
            <w:gridSpan w:val="4"/>
          </w:tcPr>
          <w:p w:rsidR="00440ECD" w:rsidRDefault="00000000" w14:paraId="6350033E" w14:textId="77777777">
            <w:pPr>
              <w:spacing w:before="40" w:after="40"/>
            </w:pPr>
            <w:r w:rsidRPr="00492A7C">
              <w:rPr>
                <w:b/>
                <w:bCs/>
              </w:rPr>
              <w:t>Faaliyetin Yürütüldüğü Birimler:</w:t>
            </w:r>
            <w:r>
              <w:t xml:space="preserve"> Birim Sorumlusu, BAP Koord., İhale/Satın Alma Birimi, İdari ve Mali İşler DB</w:t>
            </w:r>
          </w:p>
        </w:tc>
      </w:tr>
      <w:tr w:rsidR="00440ECD" w14:paraId="637EACBD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40ECD" w:rsidRDefault="00000000" w14:paraId="0736318D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40ECD" w:rsidRDefault="00000000" w14:paraId="4517ADC3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40ECD" w:rsidRDefault="00000000" w14:paraId="3871ECE1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40ECD" w:rsidRDefault="00000000" w14:paraId="059941D1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440ECD" w:rsidTr="00492A7C" w14:paraId="08FE0374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0DB5C93F" w14:textId="77777777">
            <w:pPr>
              <w:spacing w:before="40" w:after="40"/>
            </w:pPr>
            <w:r>
              <w:t>1. Ekipman ihtiyacının teknik şartname ile birlikte talep edilmesi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11F62FA9" w14:textId="77777777">
            <w:pPr>
              <w:spacing w:before="40" w:after="40"/>
            </w:pPr>
            <w:r>
              <w:t>Birim Sorumlusu, Bölüm Başkanı</w:t>
            </w:r>
          </w:p>
        </w:tc>
        <w:tc>
          <w:tcPr>
            <w:tcW w:w="2635" w:type="dxa"/>
            <w:vAlign w:val="center"/>
          </w:tcPr>
          <w:p w:rsidRPr="00492A7C" w:rsidR="00440ECD" w:rsidP="00492A7C" w:rsidRDefault="00000000" w14:paraId="2C8F1B98" w14:textId="77777777">
            <w:pPr>
              <w:spacing w:before="40" w:after="40"/>
              <w:rPr>
                <w:color w:val="000000" w:themeColor="text1"/>
              </w:rPr>
            </w:pPr>
            <w:r w:rsidRPr="00492A7C">
              <w:rPr>
                <w:color w:val="000000" w:themeColor="text1"/>
              </w:rPr>
              <w:t>Teknik şartname şablonu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09226EB6" w14:textId="77777777">
            <w:pPr>
              <w:spacing w:before="40" w:after="40"/>
            </w:pPr>
            <w:r>
              <w:t>EBYS</w:t>
            </w:r>
          </w:p>
        </w:tc>
      </w:tr>
      <w:tr w:rsidR="00440ECD" w:rsidTr="00492A7C" w14:paraId="0F91A6EF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13D7299F" w14:textId="77777777">
            <w:pPr>
              <w:spacing w:before="40" w:after="40"/>
            </w:pPr>
            <w:r>
              <w:t>2. Bütçe kaynağının belirlenmesi (BAP / Proje / Yatırım)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4064803E" w14:textId="77777777">
            <w:pPr>
              <w:spacing w:before="40" w:after="40"/>
            </w:pPr>
            <w:r>
              <w:t>BAP Koord., Strateji Geliştirme DB</w:t>
            </w:r>
          </w:p>
        </w:tc>
        <w:tc>
          <w:tcPr>
            <w:tcW w:w="2635" w:type="dxa"/>
            <w:vAlign w:val="center"/>
          </w:tcPr>
          <w:p w:rsidR="00440ECD" w:rsidP="00492A7C" w:rsidRDefault="009B0CB7" w14:paraId="6A98AF4D" w14:textId="64F9B609">
            <w:pPr>
              <w:spacing w:before="40" w:after="40"/>
            </w:pPr>
            <w:hyperlink r:id="rId45">
              <w:r>
                <w:rPr>
                  <w:color w:val="0563C1"/>
                  <w:u w:val="single"/>
                </w:rPr>
                <w:t xml:space="preserve">GRÜ BAP </w:t>
              </w:r>
              <w:r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  <w:r>
              <w:t xml:space="preserve">; </w:t>
            </w:r>
            <w:proofErr w:type="spellStart"/>
            <w:r>
              <w:t>Yıllık</w:t>
            </w:r>
            <w:proofErr w:type="spellEnd"/>
            <w:r>
              <w:t xml:space="preserve"> </w:t>
            </w:r>
            <w:proofErr w:type="spellStart"/>
            <w:r>
              <w:t>Yatırım</w:t>
            </w:r>
            <w:proofErr w:type="spellEnd"/>
            <w:r>
              <w:t xml:space="preserve"> </w:t>
            </w:r>
            <w:proofErr w:type="spellStart"/>
            <w:r>
              <w:t>Programı</w:t>
            </w:r>
            <w:proofErr w:type="spellEnd"/>
          </w:p>
        </w:tc>
        <w:tc>
          <w:tcPr>
            <w:tcW w:w="2635" w:type="dxa"/>
            <w:vAlign w:val="center"/>
          </w:tcPr>
          <w:p w:rsidR="00440ECD" w:rsidP="00492A7C" w:rsidRDefault="00000000" w14:paraId="7E8A0292" w14:textId="77777777">
            <w:pPr>
              <w:spacing w:before="40" w:after="40"/>
            </w:pPr>
            <w:r>
              <w:t>EBYS, BAP Otomasyon Sistemi</w:t>
            </w:r>
          </w:p>
        </w:tc>
      </w:tr>
      <w:tr w:rsidR="00440ECD" w:rsidTr="00492A7C" w14:paraId="1C3FD22E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61BDD718" w14:textId="77777777">
            <w:pPr>
              <w:spacing w:before="40" w:after="40"/>
            </w:pPr>
            <w:r>
              <w:t>3. İhale/satın alma sürecinin yürütülmesi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4AF19D5E" w14:textId="77777777">
            <w:pPr>
              <w:spacing w:before="40" w:after="40"/>
            </w:pPr>
            <w:r>
              <w:t>İhale/Satın Alma Birimi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322EFD56" w14:textId="77777777">
            <w:pPr>
              <w:spacing w:before="40" w:after="40"/>
            </w:pPr>
            <w:r>
              <w:t>4734 sayılı Kamu İhale Kanunu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4FB98C15" w14:textId="77777777">
            <w:pPr>
              <w:spacing w:before="40" w:after="40"/>
            </w:pPr>
            <w:r>
              <w:t>Mali Yönetim Sistemi</w:t>
            </w:r>
          </w:p>
        </w:tc>
      </w:tr>
      <w:tr w:rsidR="00440ECD" w:rsidTr="00492A7C" w14:paraId="7BADDAB2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576EEC4D" w14:textId="77777777">
            <w:pPr>
              <w:spacing w:before="40" w:after="40"/>
            </w:pPr>
            <w:r>
              <w:t xml:space="preserve">4. Ekipmanın teslim alınması, </w:t>
            </w:r>
            <w:r>
              <w:lastRenderedPageBreak/>
              <w:t>montaj ve eğitim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556C2BA6" w14:textId="77777777">
            <w:pPr>
              <w:spacing w:before="40" w:after="40"/>
            </w:pPr>
            <w:r>
              <w:lastRenderedPageBreak/>
              <w:t xml:space="preserve">Birim Sorumlusu, Taşınır </w:t>
            </w:r>
            <w:r>
              <w:lastRenderedPageBreak/>
              <w:t>Kayıt Yetkilisi, Tedarikçi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31D36BCD" w14:textId="77777777">
            <w:pPr>
              <w:spacing w:before="40" w:after="40"/>
            </w:pPr>
            <w:r>
              <w:lastRenderedPageBreak/>
              <w:t>Taşınır Mal Yönetmeliği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16DB71EA" w14:textId="77777777">
            <w:pPr>
              <w:spacing w:before="40" w:after="40"/>
            </w:pPr>
            <w:r>
              <w:t xml:space="preserve">Taşınır Kayıt Sistemi, </w:t>
            </w:r>
            <w:r>
              <w:lastRenderedPageBreak/>
              <w:t>Fiziksel Ortam</w:t>
            </w:r>
          </w:p>
        </w:tc>
      </w:tr>
      <w:tr w:rsidR="00440ECD" w14:paraId="2DD46A7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2A7C" w:rsidR="00440ECD" w:rsidRDefault="00000000" w14:paraId="57ABE3CF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lastRenderedPageBreak/>
              <w:t>İzleme Kriterleri:</w:t>
            </w:r>
          </w:p>
          <w:p w:rsidR="00440ECD" w:rsidRDefault="00000000" w14:paraId="784F73DB" w14:textId="77777777">
            <w:pPr>
              <w:spacing w:before="40" w:after="40"/>
            </w:pPr>
            <w:r>
              <w:t>1. Yıllık yeni ekipman alım sayısı</w:t>
            </w:r>
          </w:p>
          <w:p w:rsidR="00440ECD" w:rsidRDefault="00000000" w14:paraId="1B1C9BD6" w14:textId="77777777">
            <w:pPr>
              <w:spacing w:before="40" w:after="40"/>
            </w:pPr>
            <w:r>
              <w:t>2. Talep-alım gerçekleşme oranı</w:t>
            </w:r>
          </w:p>
          <w:p w:rsidR="00440ECD" w:rsidRDefault="00000000" w14:paraId="33931D36" w14:textId="77777777">
            <w:pPr>
              <w:spacing w:before="40" w:after="40"/>
            </w:pPr>
            <w:r>
              <w:t>3. Ekipman ortalama yaşı</w:t>
            </w:r>
          </w:p>
        </w:tc>
      </w:tr>
      <w:tr w:rsidR="00440ECD" w14:paraId="086F944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2A7C" w:rsidR="00440ECD" w:rsidRDefault="00000000" w14:paraId="490667B9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t>Riskler:</w:t>
            </w:r>
          </w:p>
          <w:p w:rsidR="00440ECD" w:rsidRDefault="00000000" w14:paraId="15C5F907" w14:textId="77777777">
            <w:pPr>
              <w:spacing w:before="40" w:after="40"/>
            </w:pPr>
            <w:r>
              <w:t>1. İhale süreçlerinin uzaması</w:t>
            </w:r>
          </w:p>
          <w:p w:rsidR="00440ECD" w:rsidRDefault="00000000" w14:paraId="66EF4CB2" w14:textId="77777777">
            <w:pPr>
              <w:spacing w:before="40" w:after="40"/>
            </w:pPr>
            <w:r>
              <w:t>2. Tedarikçi/teknoloji eski kalması</w:t>
            </w:r>
          </w:p>
          <w:p w:rsidR="00440ECD" w:rsidRDefault="00000000" w14:paraId="055E29A0" w14:textId="77777777">
            <w:pPr>
              <w:spacing w:before="40" w:after="40"/>
            </w:pPr>
            <w:r>
              <w:t>3. Bütçe yetersizliği</w:t>
            </w:r>
          </w:p>
        </w:tc>
      </w:tr>
      <w:tr w:rsidR="00440ECD" w14:paraId="0979768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2A7C" w:rsidR="00440ECD" w:rsidRDefault="00000000" w14:paraId="3B972CC6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t>Fırsatlar:</w:t>
            </w:r>
          </w:p>
          <w:p w:rsidR="00440ECD" w:rsidRDefault="00000000" w14:paraId="319D7362" w14:textId="77777777">
            <w:pPr>
              <w:spacing w:before="40" w:after="40"/>
            </w:pPr>
            <w:r>
              <w:t>1. Modern ekipmanla araştırma kalitesinin artması</w:t>
            </w:r>
          </w:p>
          <w:p w:rsidR="00440ECD" w:rsidRDefault="00000000" w14:paraId="00604D13" w14:textId="77777777">
            <w:pPr>
              <w:spacing w:before="40" w:after="40"/>
            </w:pPr>
            <w:r>
              <w:t>2. BAP/TÜBİTAK destekli ekipman alımları</w:t>
            </w:r>
          </w:p>
        </w:tc>
      </w:tr>
    </w:tbl>
    <w:p w:rsidR="00440ECD" w:rsidRDefault="00440ECD" w14:paraId="13C58585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8"/>
        <w:gridCol w:w="2635"/>
        <w:gridCol w:w="2635"/>
        <w:gridCol w:w="2635"/>
      </w:tblGrid>
      <w:tr w:rsidR="00440ECD" w14:paraId="65D5218A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440ECD" w:rsidRDefault="00000000" w14:paraId="1BA00B10" w14:textId="2C64001B">
            <w:pPr>
              <w:spacing w:before="40" w:after="40"/>
              <w:jc w:val="center"/>
            </w:pPr>
            <w:r>
              <w:rPr>
                <w:b/>
              </w:rPr>
              <w:t xml:space="preserve">F2.4.5 </w:t>
            </w:r>
            <w:proofErr w:type="spellStart"/>
            <w:r>
              <w:rPr>
                <w:b/>
              </w:rPr>
              <w:t>Laboratuvar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İş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9B0CB7">
              <w:rPr>
                <w:b/>
              </w:rPr>
              <w:t>G</w:t>
            </w:r>
            <w:r w:rsidR="00492A7C">
              <w:rPr>
                <w:b/>
              </w:rPr>
              <w:t>ü</w:t>
            </w:r>
            <w:r>
              <w:rPr>
                <w:b/>
              </w:rPr>
              <w:t>venliği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Atık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Yönetimi</w:t>
            </w:r>
            <w:proofErr w:type="spellEnd"/>
          </w:p>
        </w:tc>
      </w:tr>
      <w:tr w:rsidR="00440ECD" w14:paraId="61415682" w14:textId="77777777">
        <w:trPr>
          <w:jc w:val="center"/>
        </w:trPr>
        <w:tc>
          <w:tcPr>
            <w:tcW w:w="10540" w:type="dxa"/>
            <w:gridSpan w:val="4"/>
          </w:tcPr>
          <w:p w:rsidR="00440ECD" w:rsidRDefault="00000000" w14:paraId="3C74A095" w14:textId="2C59EF72">
            <w:pPr>
              <w:spacing w:before="40" w:after="40"/>
            </w:pPr>
            <w:r w:rsidRPr="00492A7C">
              <w:rPr>
                <w:b/>
                <w:bCs/>
              </w:rPr>
              <w:t xml:space="preserve">Faaliyetin </w:t>
            </w:r>
            <w:proofErr w:type="spellStart"/>
            <w:r w:rsidRPr="00492A7C">
              <w:rPr>
                <w:b/>
                <w:bCs/>
              </w:rPr>
              <w:t>Amacı</w:t>
            </w:r>
            <w:proofErr w:type="spellEnd"/>
            <w:r w:rsidRPr="00492A7C"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>
              <w:t>Laboratuvar</w:t>
            </w:r>
            <w:proofErr w:type="spellEnd"/>
            <w:r>
              <w:t xml:space="preserve"> </w:t>
            </w:r>
            <w:proofErr w:type="spellStart"/>
            <w:r>
              <w:t>çalışmalarında</w:t>
            </w:r>
            <w:proofErr w:type="spellEnd"/>
            <w:r>
              <w:t xml:space="preserve"> </w:t>
            </w:r>
            <w:proofErr w:type="spellStart"/>
            <w:r>
              <w:t>iş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 w:rsidR="009B0CB7">
              <w:t>Gü</w:t>
            </w:r>
            <w:r>
              <w:t>venliğinin</w:t>
            </w:r>
            <w:proofErr w:type="spellEnd"/>
            <w:r>
              <w:t xml:space="preserve"> </w:t>
            </w:r>
            <w:proofErr w:type="spellStart"/>
            <w:r>
              <w:t>sağlanması</w:t>
            </w:r>
            <w:proofErr w:type="spellEnd"/>
            <w:r>
              <w:t xml:space="preserve">, </w:t>
            </w:r>
            <w:proofErr w:type="spellStart"/>
            <w:r>
              <w:t>kimyasal</w:t>
            </w:r>
            <w:proofErr w:type="spellEnd"/>
            <w:r>
              <w:t>/</w:t>
            </w:r>
            <w:proofErr w:type="spellStart"/>
            <w:r>
              <w:t>biyolojik</w:t>
            </w:r>
            <w:proofErr w:type="spellEnd"/>
            <w:r>
              <w:t>/</w:t>
            </w:r>
            <w:proofErr w:type="spellStart"/>
            <w:r>
              <w:t>radyolojik</w:t>
            </w:r>
            <w:proofErr w:type="spellEnd"/>
            <w:r>
              <w:t xml:space="preserve"> </w:t>
            </w:r>
            <w:proofErr w:type="spellStart"/>
            <w:r>
              <w:t>atıkların</w:t>
            </w:r>
            <w:proofErr w:type="spellEnd"/>
            <w:r>
              <w:t xml:space="preserve"> </w:t>
            </w:r>
            <w:proofErr w:type="spellStart"/>
            <w:r>
              <w:t>mevzuata</w:t>
            </w:r>
            <w:proofErr w:type="spellEnd"/>
            <w:r>
              <w:t xml:space="preserve"> uygun yönetilmesi.</w:t>
            </w:r>
          </w:p>
        </w:tc>
      </w:tr>
      <w:tr w:rsidR="00440ECD" w14:paraId="080E0422" w14:textId="77777777">
        <w:trPr>
          <w:jc w:val="center"/>
        </w:trPr>
        <w:tc>
          <w:tcPr>
            <w:tcW w:w="10540" w:type="dxa"/>
            <w:gridSpan w:val="4"/>
          </w:tcPr>
          <w:p w:rsidR="00440ECD" w:rsidRDefault="00000000" w14:paraId="22A0A606" w14:textId="6582883B">
            <w:pPr>
              <w:spacing w:before="40" w:after="40"/>
            </w:pPr>
            <w:proofErr w:type="spellStart"/>
            <w:r w:rsidRPr="00492A7C">
              <w:rPr>
                <w:b/>
                <w:bCs/>
              </w:rPr>
              <w:t>Faaliyetin</w:t>
            </w:r>
            <w:proofErr w:type="spellEnd"/>
            <w:r w:rsidRPr="00492A7C">
              <w:rPr>
                <w:b/>
                <w:bCs/>
              </w:rPr>
              <w:t xml:space="preserve"> </w:t>
            </w:r>
            <w:proofErr w:type="spellStart"/>
            <w:r w:rsidRPr="00492A7C">
              <w:rPr>
                <w:b/>
                <w:bCs/>
              </w:rPr>
              <w:t>Yürütüldüğü</w:t>
            </w:r>
            <w:proofErr w:type="spellEnd"/>
            <w:r w:rsidRPr="00492A7C">
              <w:rPr>
                <w:b/>
                <w:bCs/>
              </w:rPr>
              <w:t xml:space="preserve"> Birimler:</w:t>
            </w:r>
            <w:r>
              <w:t xml:space="preserve"> </w:t>
            </w: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 w:rsidR="009B0CB7">
              <w:t>Gü</w:t>
            </w:r>
            <w:r>
              <w:t>venliği</w:t>
            </w:r>
            <w:proofErr w:type="spellEnd"/>
            <w:r>
              <w:t xml:space="preserve"> </w:t>
            </w:r>
            <w:proofErr w:type="spellStart"/>
            <w:r>
              <w:t>Koordinatörlüğü</w:t>
            </w:r>
            <w:proofErr w:type="spellEnd"/>
            <w:r>
              <w:t xml:space="preserve">, </w:t>
            </w:r>
            <w:proofErr w:type="spellStart"/>
            <w:r>
              <w:t>Laboratuvar</w:t>
            </w:r>
            <w:proofErr w:type="spellEnd"/>
            <w:r>
              <w:t xml:space="preserve"> </w:t>
            </w:r>
            <w:proofErr w:type="spellStart"/>
            <w:r>
              <w:t>Sorumlusu</w:t>
            </w:r>
            <w:proofErr w:type="spellEnd"/>
            <w:r>
              <w:t xml:space="preserve">,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Müşavirliği</w:t>
            </w:r>
            <w:proofErr w:type="spellEnd"/>
          </w:p>
        </w:tc>
      </w:tr>
      <w:tr w:rsidR="00440ECD" w14:paraId="1C561BFC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440ECD" w:rsidRDefault="00000000" w14:paraId="1CC13890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440ECD" w:rsidRDefault="00000000" w14:paraId="3BA3A63C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440ECD" w:rsidRDefault="00000000" w14:paraId="102D0EF0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440ECD" w:rsidRDefault="00000000" w14:paraId="2BA2B713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440ECD" w:rsidTr="00492A7C" w14:paraId="3136C4F3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2E7C6259" w14:textId="77777777">
            <w:pPr>
              <w:spacing w:before="40" w:after="40"/>
            </w:pPr>
            <w:r>
              <w:t>1. Laboratuvar risk değerlendirmesi ve İSG planı hazırlanması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74D5B4F7" w14:textId="1021A77A">
            <w:pPr>
              <w:spacing w:before="40" w:after="40"/>
            </w:pP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 w:rsidR="009B0CB7">
              <w:t>Gü</w:t>
            </w:r>
            <w:r>
              <w:t>venliği</w:t>
            </w:r>
            <w:proofErr w:type="spellEnd"/>
            <w:r>
              <w:t xml:space="preserve"> </w:t>
            </w:r>
            <w:proofErr w:type="spellStart"/>
            <w:r>
              <w:t>Koordinatörlüğü</w:t>
            </w:r>
            <w:proofErr w:type="spellEnd"/>
            <w:r>
              <w:t xml:space="preserve">, </w:t>
            </w:r>
            <w:proofErr w:type="spellStart"/>
            <w:r>
              <w:t>Laboratuvar</w:t>
            </w:r>
            <w:proofErr w:type="spellEnd"/>
            <w:r>
              <w:t xml:space="preserve"> </w:t>
            </w:r>
            <w:proofErr w:type="spellStart"/>
            <w:r>
              <w:t>Sorumlusu</w:t>
            </w:r>
            <w:proofErr w:type="spellEnd"/>
          </w:p>
        </w:tc>
        <w:tc>
          <w:tcPr>
            <w:tcW w:w="2635" w:type="dxa"/>
            <w:vAlign w:val="center"/>
          </w:tcPr>
          <w:p w:rsidR="00440ECD" w:rsidP="00492A7C" w:rsidRDefault="00000000" w14:paraId="458C5041" w14:textId="16374EFB">
            <w:pPr>
              <w:spacing w:before="40" w:after="40"/>
            </w:pPr>
            <w:r>
              <w:t xml:space="preserve">6331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 w:rsidR="009B0CB7">
              <w:t>Gü</w:t>
            </w:r>
            <w:r>
              <w:t>venliği</w:t>
            </w:r>
            <w:proofErr w:type="spellEnd"/>
            <w:r>
              <w:t xml:space="preserve"> Kanunu; TS EN ISO 45001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32EFB670" w14:textId="77777777">
            <w:pPr>
              <w:spacing w:before="40" w:after="40"/>
            </w:pPr>
            <w:r>
              <w:t>Elektronik Ortam</w:t>
            </w:r>
          </w:p>
        </w:tc>
      </w:tr>
      <w:tr w:rsidR="00440ECD" w:rsidTr="00492A7C" w14:paraId="74C2C176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1D2E6516" w14:textId="77777777">
            <w:pPr>
              <w:spacing w:before="40" w:after="40"/>
            </w:pPr>
            <w:r>
              <w:t>2. Personel ve öğrencilere İSG eğitimi verilmesi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17E8C96C" w14:textId="1CF56FFC">
            <w:pPr>
              <w:spacing w:before="40" w:after="40"/>
            </w:pP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 w:rsidR="009B0CB7">
              <w:t>Gü</w:t>
            </w:r>
            <w:r>
              <w:t>venliği</w:t>
            </w:r>
            <w:proofErr w:type="spellEnd"/>
            <w:r>
              <w:t xml:space="preserve"> </w:t>
            </w:r>
            <w:proofErr w:type="spellStart"/>
            <w:r>
              <w:t>Koordinatörlüğü</w:t>
            </w:r>
            <w:proofErr w:type="spellEnd"/>
          </w:p>
        </w:tc>
        <w:tc>
          <w:tcPr>
            <w:tcW w:w="2635" w:type="dxa"/>
            <w:vAlign w:val="center"/>
          </w:tcPr>
          <w:p w:rsidRPr="00492A7C" w:rsidR="00440ECD" w:rsidP="00492A7C" w:rsidRDefault="00000000" w14:paraId="5883F233" w14:textId="77777777">
            <w:pPr>
              <w:spacing w:before="40" w:after="40"/>
              <w:rPr>
                <w:color w:val="000000" w:themeColor="text1"/>
              </w:rPr>
            </w:pPr>
            <w:r w:rsidRPr="00492A7C">
              <w:rPr>
                <w:color w:val="000000" w:themeColor="text1"/>
              </w:rPr>
              <w:t>İSG Eğitim Programı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58EF70AF" w14:textId="77777777">
            <w:pPr>
              <w:spacing w:before="40" w:after="40"/>
            </w:pPr>
            <w:r>
              <w:t>Elektronik Ortam, Fiziksel Ortam</w:t>
            </w:r>
          </w:p>
        </w:tc>
      </w:tr>
      <w:tr w:rsidR="00440ECD" w:rsidTr="00492A7C" w14:paraId="4D1F3468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6E84CE8A" w14:textId="77777777">
            <w:pPr>
              <w:spacing w:before="40" w:after="40"/>
            </w:pPr>
            <w:r>
              <w:t>3. Kimyasal/biyolojik/radyolojik atıkların ayrıştırılması ve depolanması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77F47BF1" w14:textId="77777777">
            <w:pPr>
              <w:spacing w:before="40" w:after="40"/>
            </w:pPr>
            <w:r>
              <w:t>Laboratuvar Sorumlusu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7943B778" w14:textId="77777777">
            <w:pPr>
              <w:spacing w:before="40" w:after="40"/>
            </w:pPr>
            <w:r>
              <w:t>Atık Yönetimi Yönetmeliği; Tehlikeli Atıkların Kontrolü Yönetmeliği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35E27E97" w14:textId="77777777">
            <w:pPr>
              <w:spacing w:before="40" w:after="40"/>
            </w:pPr>
            <w:r>
              <w:t>Fiziksel Ortam</w:t>
            </w:r>
          </w:p>
        </w:tc>
      </w:tr>
      <w:tr w:rsidR="00440ECD" w:rsidTr="00492A7C" w14:paraId="0046B524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412A538C" w14:textId="77777777">
            <w:pPr>
              <w:spacing w:before="40" w:after="40"/>
            </w:pPr>
            <w:r>
              <w:t>4. Atıkların yetkili firmaya teslimi ve bertaraf takibi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0FD3EC91" w14:textId="77777777">
            <w:pPr>
              <w:spacing w:before="40" w:after="40"/>
            </w:pPr>
            <w:r>
              <w:t>Çevre Yönetimi Birimi, İdari ve Mali İşler DB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50272DD3" w14:textId="77777777">
            <w:pPr>
              <w:spacing w:before="40" w:after="40"/>
            </w:pPr>
            <w:r>
              <w:t>Atık Yönetimi Yönetmeliği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0A15C582" w14:textId="77777777">
            <w:pPr>
              <w:spacing w:before="40" w:after="40"/>
            </w:pPr>
            <w:r>
              <w:t>Mali Yönetim Sistemi, Fiziksel Ortam</w:t>
            </w:r>
          </w:p>
        </w:tc>
      </w:tr>
      <w:tr w:rsidR="00440ECD" w:rsidTr="00492A7C" w14:paraId="68782FD8" w14:textId="77777777">
        <w:trPr>
          <w:jc w:val="center"/>
        </w:trPr>
        <w:tc>
          <w:tcPr>
            <w:tcW w:w="2635" w:type="dxa"/>
            <w:vAlign w:val="center"/>
          </w:tcPr>
          <w:p w:rsidR="00440ECD" w:rsidP="00492A7C" w:rsidRDefault="00000000" w14:paraId="339FE04C" w14:textId="77777777">
            <w:pPr>
              <w:spacing w:before="40" w:after="40"/>
            </w:pPr>
            <w:r>
              <w:t>5. Yıllık İSG ve atık yönetimi raporunun hazırlanması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176CA29F" w14:textId="4F8E4353">
            <w:pPr>
              <w:spacing w:before="40" w:after="40"/>
            </w:pP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 w:rsidR="009B0CB7">
              <w:t>Gü</w:t>
            </w:r>
            <w:r>
              <w:t>venliği</w:t>
            </w:r>
            <w:proofErr w:type="spellEnd"/>
            <w:r>
              <w:t xml:space="preserve"> </w:t>
            </w:r>
            <w:proofErr w:type="spellStart"/>
            <w:r>
              <w:t>Koordinatörlüğü</w:t>
            </w:r>
            <w:proofErr w:type="spellEnd"/>
          </w:p>
        </w:tc>
        <w:tc>
          <w:tcPr>
            <w:tcW w:w="2635" w:type="dxa"/>
            <w:vAlign w:val="center"/>
          </w:tcPr>
          <w:p w:rsidR="00440ECD" w:rsidP="00492A7C" w:rsidRDefault="00000000" w14:paraId="3DA77BEA" w14:textId="77777777">
            <w:pPr>
              <w:spacing w:before="40" w:after="40"/>
            </w:pPr>
            <w:r>
              <w:t>6331 sayılı İSG Kanunu</w:t>
            </w:r>
          </w:p>
        </w:tc>
        <w:tc>
          <w:tcPr>
            <w:tcW w:w="2635" w:type="dxa"/>
            <w:vAlign w:val="center"/>
          </w:tcPr>
          <w:p w:rsidR="00440ECD" w:rsidP="00492A7C" w:rsidRDefault="00000000" w14:paraId="5D4984CA" w14:textId="77777777">
            <w:pPr>
              <w:spacing w:before="40" w:after="40"/>
            </w:pPr>
            <w:r>
              <w:t>EBYS</w:t>
            </w:r>
          </w:p>
        </w:tc>
      </w:tr>
      <w:tr w:rsidR="00440ECD" w14:paraId="54F9730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2A7C" w:rsidR="00440ECD" w:rsidRDefault="00000000" w14:paraId="65D051F9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t>İzleme Kriterleri:</w:t>
            </w:r>
          </w:p>
          <w:p w:rsidR="00440ECD" w:rsidRDefault="00000000" w14:paraId="03E5BBDD" w14:textId="77777777">
            <w:pPr>
              <w:spacing w:before="40" w:after="40"/>
            </w:pPr>
            <w:r>
              <w:t>1. Yıllık İSG eğitimi alan personel/öğrenci oranı</w:t>
            </w:r>
          </w:p>
          <w:p w:rsidR="00440ECD" w:rsidRDefault="00000000" w14:paraId="1F64D12C" w14:textId="77777777">
            <w:pPr>
              <w:spacing w:before="40" w:after="40"/>
            </w:pPr>
            <w:r>
              <w:t>2. İş kazası ve yaralanma sayısı</w:t>
            </w:r>
          </w:p>
          <w:p w:rsidR="00440ECD" w:rsidRDefault="00000000" w14:paraId="79B94E30" w14:textId="77777777">
            <w:pPr>
              <w:spacing w:before="40" w:after="40"/>
            </w:pPr>
            <w:r>
              <w:t>3. Mevzuata uygun bertaraf edilen atık oranı</w:t>
            </w:r>
          </w:p>
        </w:tc>
      </w:tr>
      <w:tr w:rsidR="00440ECD" w14:paraId="5950E4C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2A7C" w:rsidR="00440ECD" w:rsidRDefault="00000000" w14:paraId="00BEF3D2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t>Riskler:</w:t>
            </w:r>
          </w:p>
          <w:p w:rsidR="00440ECD" w:rsidRDefault="00000000" w14:paraId="389C60B5" w14:textId="77777777">
            <w:pPr>
              <w:spacing w:before="40" w:after="40"/>
            </w:pPr>
            <w:r>
              <w:t>1. İSG ihlali nedeniyle iş kazası</w:t>
            </w:r>
          </w:p>
          <w:p w:rsidR="00440ECD" w:rsidRDefault="00000000" w14:paraId="6236DA0B" w14:textId="77777777">
            <w:pPr>
              <w:spacing w:before="40" w:after="40"/>
            </w:pPr>
            <w:r>
              <w:t>2. Atıkların yanlış bertarafı sonucu çevre/sağlık riski</w:t>
            </w:r>
          </w:p>
          <w:p w:rsidR="00440ECD" w:rsidRDefault="00000000" w14:paraId="6D57B894" w14:textId="77777777">
            <w:pPr>
              <w:spacing w:before="40" w:after="40"/>
            </w:pPr>
            <w:r>
              <w:t>3. Mevzuat değişikliklerine uyum gecikmesi</w:t>
            </w:r>
          </w:p>
        </w:tc>
      </w:tr>
      <w:tr w:rsidR="00440ECD" w14:paraId="278C45B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492A7C" w:rsidR="00440ECD" w:rsidRDefault="00000000" w14:paraId="0F65660F" w14:textId="77777777">
            <w:pPr>
              <w:spacing w:before="40" w:after="40"/>
              <w:rPr>
                <w:b/>
                <w:bCs/>
              </w:rPr>
            </w:pPr>
            <w:r w:rsidRPr="00492A7C">
              <w:rPr>
                <w:b/>
                <w:bCs/>
              </w:rPr>
              <w:t>Fırsatlar:</w:t>
            </w:r>
          </w:p>
          <w:p w:rsidR="00440ECD" w:rsidRDefault="00000000" w14:paraId="40091707" w14:textId="77777777">
            <w:pPr>
              <w:spacing w:before="40" w:after="40"/>
            </w:pPr>
            <w:r>
              <w:t>1. TS EN ISO 45001 İSG sertifikasyonu</w:t>
            </w:r>
          </w:p>
          <w:p w:rsidR="00440ECD" w:rsidRDefault="00000000" w14:paraId="37C54F9F" w14:textId="77777777">
            <w:pPr>
              <w:spacing w:before="40" w:after="40"/>
            </w:pPr>
            <w:r>
              <w:t>2. Yeşil kampüs ve sürdürülebilirlik vizyonu</w:t>
            </w:r>
          </w:p>
        </w:tc>
      </w:tr>
    </w:tbl>
    <w:p w:rsidR="00440ECD" w:rsidRDefault="00440ECD" w14:paraId="4B5AD40B" w14:textId="77777777">
      <w:pPr>
        <w:spacing w:after="120"/>
      </w:pPr>
    </w:p>
    <w:sectPr w:rsidR="00440ECD" w:rsidSect="00034616">
      <w:headerReference w:type="default" r:id="R13d0cb8dbbc24c69"/>
      <w:pgSz w:w="12240" w:h="15840"/>
      <w:pgMar w:top="1134" w:right="850" w:bottom="1134" w:left="850" w:header="720" w:footer="720" w:gutter="0"/>
      <w:cols w:space="720"/>
      <w:docGrid w:linePitch="360"/>
      <w:footerReference w:type="default" r:id="Re82bcb3fbc8749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KYS-PRS.02.04,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870ab46bca024ac7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kvys.giresun.edu.tr/sg/36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e58bdfa2c13b4d1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edb880c292249c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Araştırma Altyapısı ve Laboratuvar Yönetimi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KYS-PRS.02.04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4208871">
    <w:abstractNumId w:val="8"/>
  </w:num>
  <w:num w:numId="2" w16cid:durableId="1520042083">
    <w:abstractNumId w:val="6"/>
  </w:num>
  <w:num w:numId="3" w16cid:durableId="1298219305">
    <w:abstractNumId w:val="5"/>
  </w:num>
  <w:num w:numId="4" w16cid:durableId="1203252393">
    <w:abstractNumId w:val="4"/>
  </w:num>
  <w:num w:numId="5" w16cid:durableId="1092898955">
    <w:abstractNumId w:val="7"/>
  </w:num>
  <w:num w:numId="6" w16cid:durableId="252931210">
    <w:abstractNumId w:val="3"/>
  </w:num>
  <w:num w:numId="7" w16cid:durableId="1615404436">
    <w:abstractNumId w:val="2"/>
  </w:num>
  <w:num w:numId="8" w16cid:durableId="1464736930">
    <w:abstractNumId w:val="1"/>
  </w:num>
  <w:num w:numId="9" w16cid:durableId="773090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0907"/>
    <w:rsid w:val="00326F90"/>
    <w:rsid w:val="00440ECD"/>
    <w:rsid w:val="00492A7C"/>
    <w:rsid w:val="00697248"/>
    <w:rsid w:val="009B0CB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89881C"/>
  <w14:defaultImageDpi w14:val="300"/>
  <w15:docId w15:val="{69D82612-A026-6447-9B99-2398DA02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35" TargetMode="External" Id="rId8" /><Relationship Type="http://schemas.openxmlformats.org/officeDocument/2006/relationships/hyperlink" Target="https://kvys.giresun.edu.tr/dn/KYS-YNR-066" TargetMode="External" Id="rId9" /><Relationship Type="http://schemas.openxmlformats.org/officeDocument/2006/relationships/hyperlink" Target="https://kvys.giresun.edu.tr/dn/KYS-YNR-067" TargetMode="External" Id="rId10" /><Relationship Type="http://schemas.openxmlformats.org/officeDocument/2006/relationships/hyperlink" Target="https://kvys.giresun.edu.tr/dn/KYS-YNT-012" TargetMode="External" Id="rId11" /><Relationship Type="http://schemas.openxmlformats.org/officeDocument/2006/relationships/hyperlink" Target="https://kvys.giresun.edu.tr/dn/KYS-YNR-074" TargetMode="External" Id="rId12" /><Relationship Type="http://schemas.openxmlformats.org/officeDocument/2006/relationships/hyperlink" Target="https://kvys.giresun.edu.tr/dn/KYS-YNT-013" TargetMode="External" Id="rId13" /><Relationship Type="http://schemas.openxmlformats.org/officeDocument/2006/relationships/hyperlink" Target="https://kvys.giresun.edu.tr/dn/KYS-YNT-015" TargetMode="External" Id="rId14" /><Relationship Type="http://schemas.openxmlformats.org/officeDocument/2006/relationships/hyperlink" Target="https://kvys.giresun.edu.tr/dn/KYS-YNT-009" TargetMode="External" Id="rId15" /><Relationship Type="http://schemas.openxmlformats.org/officeDocument/2006/relationships/hyperlink" Target="https://kvys.giresun.edu.tr/dn/KYS-YNT-004" TargetMode="External" Id="rId16" /><Relationship Type="http://schemas.openxmlformats.org/officeDocument/2006/relationships/hyperlink" Target="https://kvys.giresun.edu.tr/dn/KYS-YNR-089" TargetMode="External" Id="rId17" /><Relationship Type="http://schemas.openxmlformats.org/officeDocument/2006/relationships/hyperlink" Target="https://kvys.giresun.edu.tr/dn/KYS-YNR-078" TargetMode="External" Id="rId18" /><Relationship Type="http://schemas.openxmlformats.org/officeDocument/2006/relationships/hyperlink" Target="https://kvys.giresun.edu.tr/dn/KYS-YNT-022" TargetMode="External" Id="rId19" /><Relationship Type="http://schemas.openxmlformats.org/officeDocument/2006/relationships/hyperlink" Target="https://kvys.giresun.edu.tr/dn/KYS-YNT-001" TargetMode="External" Id="rId20" /><Relationship Type="http://schemas.openxmlformats.org/officeDocument/2006/relationships/hyperlink" Target="https://kvys.giresun.edu.tr/dn/KYS-YNR-082" TargetMode="External" Id="rId21" /><Relationship Type="http://schemas.openxmlformats.org/officeDocument/2006/relationships/hyperlink" Target="https://kvys.giresun.edu.tr/dn/KYS-YNR-014" TargetMode="External" Id="rId22" /><Relationship Type="http://schemas.openxmlformats.org/officeDocument/2006/relationships/hyperlink" Target="https://kvys.giresun.edu.tr/dn/KYS-YNR-021" TargetMode="External" Id="rId23" /><Relationship Type="http://schemas.openxmlformats.org/officeDocument/2006/relationships/hyperlink" Target="https://kvys.giresun.edu.tr/dn/KYS-YNT-003" TargetMode="External" Id="rId24" /><Relationship Type="http://schemas.openxmlformats.org/officeDocument/2006/relationships/hyperlink" Target="https://kvys.giresun.edu.tr/dn/KYS-YNR-071" TargetMode="External" Id="rId25" /><Relationship Type="http://schemas.openxmlformats.org/officeDocument/2006/relationships/hyperlink" Target="https://kvys.giresun.edu.tr/dn/KYS-YNR-042" TargetMode="External" Id="rId26" /><Relationship Type="http://schemas.openxmlformats.org/officeDocument/2006/relationships/hyperlink" Target="https://kvys.giresun.edu.tr/dn/KYS-YNT-002" TargetMode="External" Id="rId27" /><Relationship Type="http://schemas.openxmlformats.org/officeDocument/2006/relationships/hyperlink" Target="https://kvys.giresun.edu.tr/dn/KYS-YNR-070" TargetMode="External" Id="rId28" /><Relationship Type="http://schemas.openxmlformats.org/officeDocument/2006/relationships/hyperlink" Target="https://kvys.giresun.edu.tr/dn/KYS-YNR-008" TargetMode="External" Id="rId29" /><Relationship Type="http://schemas.openxmlformats.org/officeDocument/2006/relationships/hyperlink" Target="https://kvys.giresun.edu.tr/dn/KYS-YNR-049" TargetMode="External" Id="rId30" /><Relationship Type="http://schemas.openxmlformats.org/officeDocument/2006/relationships/hyperlink" Target="https://kvys.giresun.edu.tr/dn/KYS-YNT-020" TargetMode="External" Id="rId31" /><Relationship Type="http://schemas.openxmlformats.org/officeDocument/2006/relationships/hyperlink" Target="https://kvys.giresun.edu.tr/dn/KYS-YNR-047" TargetMode="External" Id="rId32" /><Relationship Type="http://schemas.openxmlformats.org/officeDocument/2006/relationships/hyperlink" Target="https://kvys.giresun.edu.tr/dn/KYS-YNR-010" TargetMode="External" Id="rId33" /><Relationship Type="http://schemas.openxmlformats.org/officeDocument/2006/relationships/hyperlink" Target="https://kvys.giresun.edu.tr/dn/KYS-YNT-005" TargetMode="External" Id="rId34" /><Relationship Type="http://schemas.openxmlformats.org/officeDocument/2006/relationships/hyperlink" Target="https://kvys.giresun.edu.tr/dn/KYS-YNR-018" TargetMode="External" Id="rId35" /><Relationship Type="http://schemas.openxmlformats.org/officeDocument/2006/relationships/hyperlink" Target="https://kvys.giresun.edu.tr/dn/KYS-YNT-021" TargetMode="External" Id="rId36" /><Relationship Type="http://schemas.openxmlformats.org/officeDocument/2006/relationships/hyperlink" Target="https://kvys.giresun.edu.tr/dn/KYS-YNR-081" TargetMode="External" Id="rId37" /><Relationship Type="http://schemas.openxmlformats.org/officeDocument/2006/relationships/hyperlink" Target="https://kvys.giresun.edu.tr/dn/KYS-YNR-019" TargetMode="External" Id="rId38" /><Relationship Type="http://schemas.openxmlformats.org/officeDocument/2006/relationships/hyperlink" Target="https://kvys.giresun.edu.tr/dn/KYS-YNR-026" TargetMode="External" Id="rId39" /><Relationship Type="http://schemas.openxmlformats.org/officeDocument/2006/relationships/hyperlink" Target="https://kvys.giresun.edu.tr/dn/KYS-YNR-009" TargetMode="External" Id="rId40" /><Relationship Type="http://schemas.openxmlformats.org/officeDocument/2006/relationships/hyperlink" Target="https://kvys.giresun.edu.tr/dn/KYS-YNR-027" TargetMode="External" Id="rId41" /><Relationship Type="http://schemas.openxmlformats.org/officeDocument/2006/relationships/hyperlink" Target="https://kvys.giresun.edu.tr/dn/KYS-YNR-005" TargetMode="External" Id="rId42" /><Relationship Type="http://schemas.openxmlformats.org/officeDocument/2006/relationships/hyperlink" Target="https://kvys.giresun.edu.tr/dn/KYS-YNR-088" TargetMode="External" Id="rId43" /><Relationship Type="http://schemas.openxmlformats.org/officeDocument/2006/relationships/hyperlink" Target="https://kvys.giresun.edu.tr/dn/KYS-YNR-020" TargetMode="External" Id="rId44" /><Relationship Type="http://schemas.openxmlformats.org/officeDocument/2006/relationships/hyperlink" Target="https://kvys.giresun.edu.tr/dn/KYS-YNR-036" TargetMode="External" Id="rId45" /><Relationship Type="http://schemas.openxmlformats.org/officeDocument/2006/relationships/hyperlink" Target="https://kvys.giresun.edu.tr/dn/KYS-YNR-083" TargetMode="External" Id="rId46" /><Relationship Type="http://schemas.openxmlformats.org/officeDocument/2006/relationships/header" Target="/word/header1.xml" Id="R13d0cb8dbbc24c69" /><Relationship Type="http://schemas.openxmlformats.org/officeDocument/2006/relationships/footer" Target="/word/footer1.xml" Id="Re82bcb3fbc874995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e58bdfa2c13b4d11" /><Relationship Type="http://schemas.openxmlformats.org/officeDocument/2006/relationships/hyperlink" Target="https://kvys.giresun.edu.tr/sg/36" TargetMode="External" Id="R870ab46bca024a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4edb880c292249c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3</cp:revision>
  <dcterms:created xsi:type="dcterms:W3CDTF">2013-12-23T23:15:00Z</dcterms:created>
  <dcterms:modified xsi:type="dcterms:W3CDTF">2026-06-10T19:52:00Z</dcterms:modified>
  <cp:category/>
</cp:coreProperties>
</file>