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513"/>
        <w:gridCol w:w="3513"/>
        <w:gridCol w:w="3513"/>
      </w:tblGrid>
      <w:tr w:rsidR="00852598" w14:paraId="5CB274B2" w14:textId="77777777">
        <w:trPr>
          <w:jc w:val="center"/>
        </w:trPr>
        <w:tc>
          <w:tcPr>
            <w:tcW w:w="10539" w:type="dxa"/>
            <w:gridSpan w:val="3"/>
            <w:shd w:val="clear" w:color="auto" w:fill="BFBFBF"/>
          </w:tcPr>
          <w:p w:rsidR="00852598" w:rsidRDefault="00000000" w14:paraId="62C28D45" w14:textId="77777777">
            <w:pPr>
              <w:spacing w:before="40" w:after="40"/>
              <w:jc w:val="center"/>
            </w:pPr>
            <w:r>
              <w:rPr>
                <w:b/>
              </w:rPr>
              <w:t>PRS.03.01  TOPLUMSAL KATKI PLANLAMA VE İZLEME SÜRECİ</w:t>
            </w:r>
          </w:p>
        </w:tc>
      </w:tr>
      <w:tr w:rsidR="00852598" w14:paraId="0D8BAA5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852598" w:rsidRDefault="00000000" w14:paraId="4533A855" w14:textId="77777777">
            <w:pPr>
              <w:spacing w:before="40" w:after="40"/>
            </w:pPr>
            <w:r>
              <w:rPr>
                <w:b/>
              </w:rPr>
              <w:t>SÜREÇ KOORDİNATÖRÜ</w:t>
            </w:r>
          </w:p>
        </w:tc>
        <w:tc>
          <w:tcPr>
            <w:tcW w:w="7026" w:type="dxa"/>
            <w:gridSpan w:val="2"/>
          </w:tcPr>
          <w:p w:rsidR="00852598" w:rsidRDefault="00000000" w14:paraId="69CD8C49" w14:textId="77777777">
            <w:pPr>
              <w:spacing w:before="40" w:after="40"/>
            </w:pPr>
            <w:r>
              <w:t>Akreditasyon, Akademik Değerlendirme ve Kalite Koordinatörü (kalite@giresun.edu.tr)</w:t>
            </w:r>
          </w:p>
        </w:tc>
      </w:tr>
      <w:tr w:rsidR="00852598" w14:paraId="507FF625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852598" w:rsidRDefault="00000000" w14:paraId="4212423D" w14:textId="77777777">
            <w:pPr>
              <w:spacing w:before="40" w:after="40"/>
            </w:pPr>
            <w:r>
              <w:rPr>
                <w:b/>
              </w:rPr>
              <w:t>SÜREÇTEN SORUMLU BİRİMLER</w:t>
            </w:r>
          </w:p>
        </w:tc>
        <w:tc>
          <w:tcPr>
            <w:tcW w:w="7026" w:type="dxa"/>
            <w:gridSpan w:val="2"/>
          </w:tcPr>
          <w:p w:rsidR="00852598" w:rsidRDefault="00000000" w14:paraId="51840350" w14:textId="77777777">
            <w:pPr>
              <w:spacing w:before="40" w:after="40"/>
            </w:pPr>
            <w:r>
              <w:t>Rektörlük, Sağlık, Kültür ve Spor Daire Başkanlığı (SKSDB), Strateji Geliştirme Daire Başkanlığı, Sürekli Eğitim Araştırma ve Uygulama Merkezi (GUSEM), Fakülte/Enstitü/YO/MYO, Akreditasyon, Akademik Değerlendirme ve Kalite Koordinatörlüğü</w:t>
            </w:r>
          </w:p>
        </w:tc>
      </w:tr>
      <w:tr w:rsidR="00852598" w14:paraId="2EB8CF6B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852598" w:rsidRDefault="00000000" w14:paraId="5812BA5D" w14:textId="77777777">
            <w:pPr>
              <w:spacing w:before="40" w:after="40"/>
            </w:pPr>
            <w:r>
              <w:rPr>
                <w:b/>
              </w:rPr>
              <w:t>YETKİ VE SORUMLULUKLAR</w:t>
            </w:r>
          </w:p>
        </w:tc>
        <w:tc>
          <w:tcPr>
            <w:tcW w:w="7026" w:type="dxa"/>
            <w:gridSpan w:val="2"/>
          </w:tcPr>
          <w:p w:rsidR="00852598" w:rsidRDefault="00000000" w14:paraId="61846237" w14:textId="77777777">
            <w:pPr>
              <w:spacing w:before="40" w:after="40"/>
            </w:pPr>
            <w:r>
              <w:t>Görev tanımlarında belirlenmiştir.</w:t>
            </w:r>
          </w:p>
        </w:tc>
      </w:tr>
      <w:tr w:rsidR="00852598" w14:paraId="098A84CD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852598" w:rsidRDefault="00000000" w14:paraId="02FA03E2" w14:textId="77777777">
            <w:pPr>
              <w:spacing w:before="40" w:after="40"/>
            </w:pPr>
            <w:r>
              <w:rPr>
                <w:b/>
              </w:rPr>
              <w:t>SÜRECİN AMACI</w:t>
            </w:r>
          </w:p>
        </w:tc>
        <w:tc>
          <w:tcPr>
            <w:tcW w:w="7026" w:type="dxa"/>
            <w:gridSpan w:val="2"/>
          </w:tcPr>
          <w:p w:rsidR="00852598" w:rsidRDefault="00000000" w14:paraId="4C739791" w14:textId="77777777">
            <w:pPr>
              <w:spacing w:before="40" w:after="40"/>
            </w:pPr>
            <w:r>
              <w:t>Üniversitenin toplumsal katkı faaliyetlerini YÖKAK D ölçütüne uygun olarak stratejik biçimde planlamak, yürütmek, izlemek ve sürekli iyileştirmek.</w:t>
            </w:r>
          </w:p>
        </w:tc>
      </w:tr>
      <w:tr w:rsidR="00852598" w14:paraId="7EAA9081" w14:textId="77777777">
        <w:trPr>
          <w:jc w:val="center"/>
        </w:trPr>
        <w:tc>
          <w:tcPr>
            <w:tcW w:w="3513" w:type="dxa"/>
            <w:shd w:val="clear" w:color="auto" w:fill="E7E6E6"/>
          </w:tcPr>
          <w:p w:rsidR="00852598" w:rsidRDefault="00000000" w14:paraId="22155EE7" w14:textId="77777777">
            <w:pPr>
              <w:spacing w:before="40" w:after="40"/>
              <w:jc w:val="center"/>
            </w:pPr>
            <w:r>
              <w:rPr>
                <w:b/>
              </w:rPr>
              <w:t>GİRDİLER</w:t>
            </w:r>
          </w:p>
        </w:tc>
        <w:tc>
          <w:tcPr>
            <w:tcW w:w="3513" w:type="dxa"/>
            <w:shd w:val="clear" w:color="auto" w:fill="E7E6E6"/>
          </w:tcPr>
          <w:p w:rsidR="00852598" w:rsidRDefault="00000000" w14:paraId="28E680C3" w14:textId="77777777">
            <w:pPr>
              <w:spacing w:before="40" w:after="40"/>
              <w:jc w:val="center"/>
            </w:pPr>
            <w:r>
              <w:rPr>
                <w:b/>
              </w:rPr>
              <w:t>KAYNAKLAR</w:t>
            </w:r>
          </w:p>
        </w:tc>
        <w:tc>
          <w:tcPr>
            <w:tcW w:w="3513" w:type="dxa"/>
            <w:shd w:val="clear" w:color="auto" w:fill="E7E6E6"/>
          </w:tcPr>
          <w:p w:rsidR="00852598" w:rsidRDefault="00000000" w14:paraId="2DE67F33" w14:textId="77777777">
            <w:pPr>
              <w:spacing w:before="40" w:after="40"/>
              <w:jc w:val="center"/>
            </w:pPr>
            <w:r>
              <w:rPr>
                <w:b/>
              </w:rPr>
              <w:t>ÇIKTILAR</w:t>
            </w:r>
          </w:p>
        </w:tc>
      </w:tr>
      <w:tr w:rsidR="00852598" w14:paraId="763ADE2D" w14:textId="77777777">
        <w:trPr>
          <w:jc w:val="center"/>
        </w:trPr>
        <w:tc>
          <w:tcPr>
            <w:tcW w:w="3513" w:type="dxa"/>
          </w:tcPr>
          <w:p w:rsidR="00852598" w:rsidRDefault="00000000" w14:paraId="7076A1EA" w14:textId="6A8CEA19">
            <w:pPr>
              <w:spacing w:before="40" w:after="40"/>
            </w:pPr>
            <w:r>
              <w:t>G</w:t>
            </w:r>
            <w:r w:rsidR="0025247B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3513" w:type="dxa"/>
          </w:tcPr>
          <w:p w:rsidR="00852598" w:rsidRDefault="00000000" w14:paraId="122E945B" w14:textId="77777777">
            <w:pPr>
              <w:spacing w:before="40" w:after="40"/>
            </w:pPr>
            <w:r>
              <w:t>EBYS</w:t>
            </w:r>
          </w:p>
        </w:tc>
        <w:tc>
          <w:tcPr>
            <w:tcW w:w="3513" w:type="dxa"/>
          </w:tcPr>
          <w:p w:rsidR="00852598" w:rsidRDefault="00000000" w14:paraId="1FFE34C3" w14:textId="77777777">
            <w:pPr>
              <w:spacing w:before="40" w:after="40"/>
            </w:pPr>
            <w:r>
              <w:t>Yıllık Toplumsal Katkı Stratejisi</w:t>
            </w:r>
          </w:p>
        </w:tc>
      </w:tr>
      <w:tr w:rsidR="00852598" w14:paraId="534B04FB" w14:textId="77777777">
        <w:trPr>
          <w:jc w:val="center"/>
        </w:trPr>
        <w:tc>
          <w:tcPr>
            <w:tcW w:w="3513" w:type="dxa"/>
          </w:tcPr>
          <w:p w:rsidR="00852598" w:rsidRDefault="00000000" w14:paraId="4B6A4D2C" w14:textId="77777777">
            <w:pPr>
              <w:spacing w:before="40" w:after="40"/>
            </w:pPr>
            <w:r>
              <w:t>YÖKAK Toplumsal Katkı ölçütleri</w:t>
            </w:r>
          </w:p>
        </w:tc>
        <w:tc>
          <w:tcPr>
            <w:tcW w:w="3513" w:type="dxa"/>
          </w:tcPr>
          <w:p w:rsidR="00852598" w:rsidRDefault="00000000" w14:paraId="481F6F52" w14:textId="77777777">
            <w:pPr>
              <w:spacing w:before="40" w:after="40"/>
            </w:pPr>
            <w:r>
              <w:t>YÖKAK Bilgi Yönetim Sistemi</w:t>
            </w:r>
          </w:p>
        </w:tc>
        <w:tc>
          <w:tcPr>
            <w:tcW w:w="3513" w:type="dxa"/>
          </w:tcPr>
          <w:p w:rsidR="00852598" w:rsidRDefault="00000000" w14:paraId="78FE6A90" w14:textId="77777777">
            <w:pPr>
              <w:spacing w:before="40" w:after="40"/>
            </w:pPr>
            <w:r>
              <w:t>YÖKAK Kurumsal Raporu Toplumsal Katkı Bölümü</w:t>
            </w:r>
          </w:p>
        </w:tc>
      </w:tr>
      <w:tr w:rsidR="00852598" w14:paraId="3D784DF5" w14:textId="77777777">
        <w:trPr>
          <w:jc w:val="center"/>
        </w:trPr>
        <w:tc>
          <w:tcPr>
            <w:tcW w:w="3513" w:type="dxa"/>
          </w:tcPr>
          <w:p w:rsidR="00852598" w:rsidRDefault="00000000" w14:paraId="000AF5F7" w14:textId="77777777">
            <w:pPr>
              <w:spacing w:before="40" w:after="40"/>
            </w:pPr>
            <w:r>
              <w:t>Birim toplumsal katkı eylem planları</w:t>
            </w:r>
          </w:p>
        </w:tc>
        <w:tc>
          <w:tcPr>
            <w:tcW w:w="3513" w:type="dxa"/>
          </w:tcPr>
          <w:p w:rsidR="00852598" w:rsidRDefault="00000000" w14:paraId="3F8AC3F8" w14:textId="39A9420D">
            <w:pPr>
              <w:spacing w:before="40" w:after="40"/>
            </w:pPr>
            <w:r>
              <w:t xml:space="preserve">SKSDB </w:t>
            </w:r>
            <w:proofErr w:type="spellStart"/>
            <w:r>
              <w:t>faaliyet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r w:rsidR="0025247B">
              <w:t>i</w:t>
            </w:r>
            <w:proofErr w:type="spellEnd"/>
          </w:p>
        </w:tc>
        <w:tc>
          <w:tcPr>
            <w:tcW w:w="3513" w:type="dxa"/>
          </w:tcPr>
          <w:p w:rsidR="00852598" w:rsidRDefault="00000000" w14:paraId="498CE69F" w14:textId="77777777">
            <w:pPr>
              <w:spacing w:before="40" w:after="40"/>
            </w:pPr>
            <w:r>
              <w:t>Birim Toplumsal Katkı Eylem Planları</w:t>
            </w:r>
          </w:p>
        </w:tc>
      </w:tr>
      <w:tr w:rsidR="00852598" w14:paraId="37A60AD4" w14:textId="77777777">
        <w:trPr>
          <w:jc w:val="center"/>
        </w:trPr>
        <w:tc>
          <w:tcPr>
            <w:tcW w:w="3513" w:type="dxa"/>
          </w:tcPr>
          <w:p w:rsidR="00852598" w:rsidRDefault="00000000" w14:paraId="4B5394EF" w14:textId="77777777">
            <w:pPr>
              <w:spacing w:before="40" w:after="40"/>
            </w:pPr>
            <w:r>
              <w:t>Paydaş geri bildirimleri (yerel yönetim, STK, halk)</w:t>
            </w:r>
          </w:p>
        </w:tc>
        <w:tc>
          <w:tcPr>
            <w:tcW w:w="3513" w:type="dxa"/>
          </w:tcPr>
          <w:p w:rsidR="00852598" w:rsidRDefault="00000000" w14:paraId="60856200" w14:textId="77777777">
            <w:pPr>
              <w:spacing w:before="40" w:after="40"/>
            </w:pPr>
            <w:r>
              <w:t>Anket platformu</w:t>
            </w:r>
          </w:p>
        </w:tc>
        <w:tc>
          <w:tcPr>
            <w:tcW w:w="3513" w:type="dxa"/>
          </w:tcPr>
          <w:p w:rsidR="00852598" w:rsidRDefault="00000000" w14:paraId="780D7748" w14:textId="77777777">
            <w:pPr>
              <w:spacing w:before="40" w:after="40"/>
            </w:pPr>
            <w:r>
              <w:t>Yıllık Toplumsal Katkı Performans Raporu</w:t>
            </w:r>
          </w:p>
        </w:tc>
      </w:tr>
      <w:tr w:rsidR="00852598" w14:paraId="38641CBF" w14:textId="77777777">
        <w:trPr>
          <w:jc w:val="center"/>
        </w:trPr>
        <w:tc>
          <w:tcPr>
            <w:tcW w:w="3513" w:type="dxa"/>
          </w:tcPr>
          <w:p w:rsidR="00852598" w:rsidRDefault="00000000" w14:paraId="77FA42A6" w14:textId="77777777">
            <w:pPr>
              <w:spacing w:before="40" w:after="40"/>
            </w:pPr>
            <w:r>
              <w:t>Yıllık etkinlik planları</w:t>
            </w:r>
          </w:p>
        </w:tc>
        <w:tc>
          <w:tcPr>
            <w:tcW w:w="3513" w:type="dxa"/>
          </w:tcPr>
          <w:p w:rsidR="00852598" w:rsidRDefault="0025247B" w14:paraId="56DBE020" w14:textId="579C2E22">
            <w:pPr>
              <w:spacing w:before="40" w:after="40"/>
            </w:pPr>
            <w:r>
              <w:t xml:space="preserve">SKSDB </w:t>
            </w:r>
            <w:proofErr w:type="spellStart"/>
            <w:r>
              <w:t>faaliyet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</w:p>
        </w:tc>
        <w:tc>
          <w:tcPr>
            <w:tcW w:w="3513" w:type="dxa"/>
          </w:tcPr>
          <w:p w:rsidR="00852598" w:rsidRDefault="00000000" w14:paraId="4C321533" w14:textId="77777777">
            <w:pPr>
              <w:spacing w:before="40" w:after="40"/>
            </w:pPr>
            <w:r>
              <w:t>Stratejik plan toplumsal katkı bölümü güncellemesi</w:t>
            </w:r>
          </w:p>
        </w:tc>
      </w:tr>
      <w:tr w:rsidR="00852598" w14:paraId="75734A86" w14:textId="77777777">
        <w:trPr>
          <w:jc w:val="center"/>
        </w:trPr>
        <w:tc>
          <w:tcPr>
            <w:tcW w:w="3513" w:type="dxa"/>
          </w:tcPr>
          <w:p w:rsidR="00852598" w:rsidRDefault="00000000" w14:paraId="73AF8F58" w14:textId="77777777">
            <w:pPr>
              <w:spacing w:before="40" w:after="40"/>
            </w:pPr>
            <w:r>
              <w:t>Sosyal sorumluluk proje önerileri</w:t>
            </w:r>
          </w:p>
        </w:tc>
        <w:tc>
          <w:tcPr>
            <w:tcW w:w="3513" w:type="dxa"/>
          </w:tcPr>
          <w:p w:rsidR="00852598" w:rsidRDefault="0025247B" w14:paraId="311B1982" w14:textId="056002DD">
            <w:pPr>
              <w:spacing w:before="40" w:after="40"/>
            </w:pPr>
            <w:r>
              <w:t xml:space="preserve">SKSDB </w:t>
            </w:r>
            <w:proofErr w:type="spellStart"/>
            <w:r>
              <w:t>faaliyet</w:t>
            </w:r>
            <w:proofErr w:type="spellEnd"/>
            <w:r>
              <w:t xml:space="preserve"> </w:t>
            </w:r>
            <w:proofErr w:type="spellStart"/>
            <w:r>
              <w:t>yönetimi</w:t>
            </w:r>
            <w:proofErr w:type="spellEnd"/>
          </w:p>
        </w:tc>
        <w:tc>
          <w:tcPr>
            <w:tcW w:w="3513" w:type="dxa"/>
          </w:tcPr>
          <w:p w:rsidR="00852598" w:rsidRDefault="00000000" w14:paraId="77AE5156" w14:textId="77777777">
            <w:pPr>
              <w:spacing w:before="40" w:after="40"/>
            </w:pPr>
            <w:r>
              <w:t>(→ PRS.03.02 Üniversite-Sanayi İşbirliği)</w:t>
            </w:r>
          </w:p>
        </w:tc>
      </w:tr>
      <w:tr w:rsidR="00852598" w14:paraId="2BC8DABD" w14:textId="77777777">
        <w:trPr>
          <w:jc w:val="center"/>
        </w:trPr>
        <w:tc>
          <w:tcPr>
            <w:tcW w:w="10539" w:type="dxa"/>
            <w:gridSpan w:val="3"/>
            <w:shd w:val="clear" w:color="auto" w:fill="F2F2F2"/>
          </w:tcPr>
          <w:p w:rsidRPr="002D7904" w:rsidR="00852598" w:rsidRDefault="00000000" w14:paraId="62FEE14D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Çapraz Referanslar (Diğer Süreçlerle Bağlantı):</w:t>
            </w:r>
          </w:p>
          <w:p w:rsidR="00852598" w:rsidRDefault="00000000" w14:paraId="67163318" w14:textId="77777777">
            <w:pPr>
              <w:spacing w:before="40" w:after="40"/>
            </w:pPr>
            <w:r>
              <w:t>1. PRS.03.02 Üniversite-Sanayi İşbirliği Süreci</w:t>
            </w:r>
          </w:p>
          <w:p w:rsidR="00852598" w:rsidRDefault="00000000" w14:paraId="59B2FDAD" w14:textId="77777777">
            <w:pPr>
              <w:spacing w:before="40" w:after="40"/>
            </w:pPr>
            <w:r>
              <w:t>2. PRS.03.03 Sürekli Eğitim ve Yaşam Boyu Öğrenme Süreci</w:t>
            </w:r>
          </w:p>
          <w:p w:rsidR="00852598" w:rsidRDefault="00000000" w14:paraId="42BACD82" w14:textId="77777777">
            <w:pPr>
              <w:spacing w:before="40" w:after="40"/>
            </w:pPr>
            <w:r>
              <w:t>3. PRS.03.04 Topluma Yönelik Danışmanlık ve Hizmet Süreci</w:t>
            </w:r>
          </w:p>
          <w:p w:rsidR="00852598" w:rsidRDefault="00000000" w14:paraId="136AD124" w14:textId="77777777">
            <w:pPr>
              <w:spacing w:before="40" w:after="40"/>
            </w:pPr>
            <w:r>
              <w:t>4. PRS.05.06 Stratejik Planlama ve Performans İzleme — Stratejik bütünleşme</w:t>
            </w:r>
          </w:p>
          <w:p w:rsidR="00852598" w:rsidRDefault="00000000" w14:paraId="03E60E8D" w14:textId="77777777">
            <w:pPr>
              <w:spacing w:before="40" w:after="40"/>
            </w:pPr>
            <w:r>
              <w:t>5. PRS.02.02 Bilgi Transferi Süreci — Akademik bilgi-toplum aktarımı</w:t>
            </w:r>
          </w:p>
        </w:tc>
      </w:tr>
    </w:tbl>
    <w:p w:rsidR="00852598" w:rsidRDefault="00000000" w14:paraId="537C623F" w14:textId="77777777">
      <w:pPr>
        <w:spacing w:before="240" w:after="120"/>
        <w:jc w:val="center"/>
      </w:pPr>
      <w:r>
        <w:rPr>
          <w:b/>
          <w:sz w:val="24"/>
        </w:rPr>
        <w:t>FAALİYETLER</w:t>
      </w: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852598" w14:paraId="3F7FEDE8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852598" w:rsidRDefault="00000000" w14:paraId="65D1DFB4" w14:textId="77777777">
            <w:pPr>
              <w:spacing w:before="40" w:after="40"/>
              <w:jc w:val="center"/>
            </w:pPr>
            <w:r>
              <w:rPr>
                <w:b/>
              </w:rPr>
              <w:t>F3.1.1 Yıllık Toplumsal Katkı Strateji ve Hedef Belirleme</w:t>
            </w:r>
          </w:p>
        </w:tc>
      </w:tr>
      <w:tr w:rsidR="00852598" w14:paraId="2E4D05A6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29D6BE3D" w14:textId="77777777">
            <w:pPr>
              <w:spacing w:before="40" w:after="40"/>
            </w:pPr>
            <w:r w:rsidRPr="002D7904">
              <w:rPr>
                <w:b/>
                <w:bCs/>
              </w:rPr>
              <w:t>Faaliyetin Amacı:</w:t>
            </w:r>
            <w:r>
              <w:t xml:space="preserve"> Üniversitenin yıllık toplumsal katkı strateji ve hedeflerinin stratejik plana ve YÖKAK ölçütlerine uygun olarak belirlenmesi.</w:t>
            </w:r>
          </w:p>
        </w:tc>
      </w:tr>
      <w:tr w:rsidR="00852598" w14:paraId="024DCA79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5BDE82D3" w14:textId="77E72ECB">
            <w:pPr>
              <w:spacing w:before="40" w:after="40"/>
            </w:pPr>
            <w:r w:rsidRPr="002D7904">
              <w:rPr>
                <w:b/>
                <w:bCs/>
              </w:rPr>
              <w:t>Faaliyetin Yürütüldüğü Birimler:</w:t>
            </w:r>
            <w:r>
              <w:t xml:space="preserve"> </w:t>
            </w:r>
            <w:proofErr w:type="spellStart"/>
            <w:r>
              <w:t>Rektörlük</w:t>
            </w:r>
            <w:proofErr w:type="spellEnd"/>
            <w:r>
              <w:t xml:space="preserve">, SKSDB, </w:t>
            </w:r>
            <w:proofErr w:type="spellStart"/>
            <w:r>
              <w:t>Strateji</w:t>
            </w:r>
            <w:proofErr w:type="spellEnd"/>
            <w:r>
              <w:t xml:space="preserve"> </w:t>
            </w:r>
            <w:proofErr w:type="spellStart"/>
            <w:r>
              <w:t>Geliştirme</w:t>
            </w:r>
            <w:proofErr w:type="spellEnd"/>
            <w:r>
              <w:t xml:space="preserve"> DB, </w:t>
            </w:r>
            <w:proofErr w:type="spellStart"/>
            <w:r w:rsidR="0025247B">
              <w:t>Akreditasyon</w:t>
            </w:r>
            <w:proofErr w:type="spellEnd"/>
            <w:r w:rsidR="0025247B">
              <w:t xml:space="preserve">, Akademik </w:t>
            </w:r>
            <w:proofErr w:type="spellStart"/>
            <w:r w:rsidR="0025247B">
              <w:t>Değerlendirme</w:t>
            </w:r>
            <w:proofErr w:type="spellEnd"/>
            <w:r w:rsidR="0025247B">
              <w:t xml:space="preserve"> </w:t>
            </w:r>
            <w:proofErr w:type="spellStart"/>
            <w:r w:rsidR="0025247B">
              <w:t>ve</w:t>
            </w:r>
            <w:proofErr w:type="spellEnd"/>
            <w:r w:rsidR="0025247B">
              <w:t xml:space="preserve"> Kalite </w:t>
            </w:r>
            <w:proofErr w:type="spellStart"/>
            <w:r w:rsidR="0025247B">
              <w:t>Koordinatörlüğü</w:t>
            </w:r>
            <w:proofErr w:type="spellEnd"/>
          </w:p>
        </w:tc>
      </w:tr>
      <w:tr w:rsidR="00852598" w14:paraId="1C4A3A05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852598" w:rsidRDefault="00000000" w14:paraId="7D5D340F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7BA314D1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3A627FF3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6FD36803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852598" w:rsidTr="0025247B" w14:paraId="1ACF7C08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66A0A01D" w14:textId="77777777">
            <w:pPr>
              <w:spacing w:before="40" w:after="40"/>
            </w:pPr>
            <w:r>
              <w:t>1. YÖKAK toplumsal katkı ölçütleri ve stratejik plan analizi</w:t>
            </w:r>
          </w:p>
        </w:tc>
        <w:tc>
          <w:tcPr>
            <w:tcW w:w="2635" w:type="dxa"/>
            <w:vAlign w:val="center"/>
          </w:tcPr>
          <w:p w:rsidR="00852598" w:rsidP="0025247B" w:rsidRDefault="0025247B" w14:paraId="3B2B719F" w14:textId="0D9A6CBD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  <w:r>
              <w:t xml:space="preserve">, </w:t>
            </w:r>
            <w:proofErr w:type="spellStart"/>
            <w:r>
              <w:t>Strateji</w:t>
            </w:r>
            <w:proofErr w:type="spellEnd"/>
            <w:r>
              <w:t xml:space="preserve"> </w:t>
            </w:r>
            <w:proofErr w:type="spellStart"/>
            <w:r>
              <w:t>Geliştirme</w:t>
            </w:r>
            <w:proofErr w:type="spellEnd"/>
            <w:r>
              <w:t xml:space="preserve"> DB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0CB2A89F" w14:textId="7D2F3487">
            <w:pPr>
              <w:spacing w:before="40" w:after="40"/>
            </w:pPr>
            <w:r>
              <w:t>G</w:t>
            </w:r>
            <w:r w:rsidR="0025247B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  <w:r>
              <w:t xml:space="preserve">; YÖKAK </w:t>
            </w:r>
            <w:r w:rsidR="0025247B">
              <w:t>KİDR</w:t>
            </w:r>
            <w:r>
              <w:t xml:space="preserve"> </w:t>
            </w:r>
            <w:proofErr w:type="spellStart"/>
            <w:r>
              <w:t>Kılavuzu</w:t>
            </w:r>
            <w:proofErr w:type="spellEnd"/>
          </w:p>
        </w:tc>
        <w:tc>
          <w:tcPr>
            <w:tcW w:w="2635" w:type="dxa"/>
            <w:vAlign w:val="center"/>
          </w:tcPr>
          <w:p w:rsidR="00852598" w:rsidP="0025247B" w:rsidRDefault="00000000" w14:paraId="3CFB96A8" w14:textId="77777777">
            <w:pPr>
              <w:spacing w:before="40" w:after="40"/>
            </w:pPr>
            <w:r>
              <w:t>Elektronik Ortam</w:t>
            </w:r>
          </w:p>
        </w:tc>
      </w:tr>
      <w:tr w:rsidR="00852598" w:rsidTr="0025247B" w14:paraId="247CE492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24D5FFF2" w14:textId="77777777">
            <w:pPr>
              <w:spacing w:before="40" w:after="40"/>
            </w:pPr>
            <w:r>
              <w:t>2. Birim ve paydaş ihtiyaç analizi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40C8B3DE" w14:textId="77777777">
            <w:pPr>
              <w:spacing w:before="40" w:after="40"/>
            </w:pPr>
            <w:r>
              <w:t>SKSDB, Birim Sorumlusu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6EA91407" w14:textId="77777777">
            <w:pPr>
              <w:spacing w:before="40" w:after="40"/>
            </w:pPr>
            <w:r>
              <w:t>Paydaş analiz raporları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67723C36" w14:textId="77777777">
            <w:pPr>
              <w:spacing w:before="40" w:after="40"/>
            </w:pPr>
            <w:r>
              <w:t>Elektronik Ortam</w:t>
            </w:r>
          </w:p>
        </w:tc>
      </w:tr>
      <w:tr w:rsidR="00852598" w:rsidTr="0025247B" w14:paraId="5B03B37B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66597FAA" w14:textId="77777777">
            <w:pPr>
              <w:spacing w:before="40" w:after="40"/>
            </w:pPr>
            <w:r>
              <w:t xml:space="preserve">3. Yıllık toplumsal katkı strateji ve hedeflerinin </w:t>
            </w:r>
            <w:r>
              <w:lastRenderedPageBreak/>
              <w:t>hazırlanması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128399AB" w14:textId="77777777">
            <w:pPr>
              <w:spacing w:before="40" w:after="40"/>
            </w:pPr>
            <w:r>
              <w:lastRenderedPageBreak/>
              <w:t>Rektörlük, SKSDB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5DAAE0BA" w14:textId="47928768">
            <w:pPr>
              <w:spacing w:before="40" w:after="40"/>
            </w:pPr>
            <w:r>
              <w:t>G</w:t>
            </w:r>
            <w:r w:rsidR="0025247B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2635" w:type="dxa"/>
            <w:vAlign w:val="center"/>
          </w:tcPr>
          <w:p w:rsidR="00852598" w:rsidP="0025247B" w:rsidRDefault="00000000" w14:paraId="7F7C34D4" w14:textId="77777777">
            <w:pPr>
              <w:spacing w:before="40" w:after="40"/>
            </w:pPr>
            <w:r>
              <w:t>EBYS</w:t>
            </w:r>
          </w:p>
        </w:tc>
      </w:tr>
      <w:tr w:rsidR="00852598" w:rsidTr="0025247B" w14:paraId="4ACE8C08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3809694C" w14:textId="77777777">
            <w:pPr>
              <w:spacing w:before="40" w:after="40"/>
            </w:pPr>
            <w:r>
              <w:t>4. Strateji ve hedeflerin Senato'da onaylanması ve duyurulması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5C196CDD" w14:textId="77777777">
            <w:pPr>
              <w:spacing w:before="40" w:after="40"/>
            </w:pPr>
            <w:r>
              <w:t>Senato, Rektör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56723579" w14:textId="77777777">
            <w:pPr>
              <w:spacing w:before="40" w:after="40"/>
            </w:pPr>
            <w:r>
              <w:t>2547 sayılı Yükseköğretim Kanunu, Md. 14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767A3EF7" w14:textId="77777777">
            <w:pPr>
              <w:spacing w:before="40" w:after="40"/>
            </w:pPr>
            <w:r>
              <w:t>EBYS</w:t>
            </w:r>
          </w:p>
        </w:tc>
      </w:tr>
      <w:tr w:rsidR="00852598" w14:paraId="26B5F25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70DEE3F2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İzleme Kriterleri:</w:t>
            </w:r>
          </w:p>
          <w:p w:rsidR="00852598" w:rsidRDefault="00000000" w14:paraId="31DBC156" w14:textId="77777777">
            <w:pPr>
              <w:spacing w:before="40" w:after="40"/>
            </w:pPr>
            <w:r>
              <w:t>1. Hedeflerin SMART kriterleriyle uyum oranı</w:t>
            </w:r>
          </w:p>
          <w:p w:rsidR="00852598" w:rsidRDefault="00000000" w14:paraId="5694D4D6" w14:textId="77777777">
            <w:pPr>
              <w:spacing w:before="40" w:after="40"/>
            </w:pPr>
            <w:r>
              <w:t>2. Birim katılım oranı</w:t>
            </w:r>
          </w:p>
        </w:tc>
      </w:tr>
      <w:tr w:rsidR="00852598" w14:paraId="18A0FAFF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2D1F5404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Riskler:</w:t>
            </w:r>
          </w:p>
          <w:p w:rsidR="00852598" w:rsidRDefault="00000000" w14:paraId="25E6F7D2" w14:textId="77777777">
            <w:pPr>
              <w:spacing w:before="40" w:after="40"/>
            </w:pPr>
            <w:r>
              <w:t>1. Hedeflerin ölçülebilir olmaması</w:t>
            </w:r>
          </w:p>
          <w:p w:rsidR="00852598" w:rsidRDefault="00000000" w14:paraId="28BDE904" w14:textId="77777777">
            <w:pPr>
              <w:spacing w:before="40" w:after="40"/>
            </w:pPr>
            <w:r>
              <w:t>2. Birim destek eksikliği</w:t>
            </w:r>
          </w:p>
        </w:tc>
      </w:tr>
      <w:tr w:rsidR="00852598" w14:paraId="23D65FA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72C9D97B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Fırsatlar:</w:t>
            </w:r>
          </w:p>
          <w:p w:rsidR="00852598" w:rsidRDefault="00000000" w14:paraId="44A94383" w14:textId="77777777">
            <w:pPr>
              <w:spacing w:before="40" w:after="40"/>
            </w:pPr>
            <w:r>
              <w:t>1. YÖKAK kurumsal akreditasyon avantajı</w:t>
            </w:r>
          </w:p>
          <w:p w:rsidR="00852598" w:rsidRDefault="00000000" w14:paraId="2C8FCDC9" w14:textId="77777777">
            <w:pPr>
              <w:spacing w:before="40" w:after="40"/>
            </w:pPr>
            <w:r>
              <w:t>2. Bölgesel kalkınmaya katkı</w:t>
            </w:r>
          </w:p>
        </w:tc>
      </w:tr>
    </w:tbl>
    <w:p w:rsidR="00852598" w:rsidRDefault="00852598" w14:paraId="72205604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852598" w14:paraId="193533A1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852598" w:rsidRDefault="00000000" w14:paraId="5D90DB2D" w14:textId="77777777">
            <w:pPr>
              <w:spacing w:before="40" w:after="40"/>
              <w:jc w:val="center"/>
            </w:pPr>
            <w:r>
              <w:rPr>
                <w:b/>
              </w:rPr>
              <w:t>F3.1.2 Birim Toplumsal Katkı Eylem Planlarının Oluşturulması</w:t>
            </w:r>
          </w:p>
        </w:tc>
      </w:tr>
      <w:tr w:rsidR="00852598" w14:paraId="0CF76B6A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290A58A5" w14:textId="77777777">
            <w:pPr>
              <w:spacing w:before="40" w:after="40"/>
            </w:pPr>
            <w:r w:rsidRPr="002D7904">
              <w:rPr>
                <w:b/>
                <w:bCs/>
              </w:rPr>
              <w:t>Faaliyetin Amacı:</w:t>
            </w:r>
            <w:r>
              <w:t xml:space="preserve"> Her akademik ve idari birimin kendi toplumsal katkı eylem planını hazırlaması ve onaylatması.</w:t>
            </w:r>
          </w:p>
        </w:tc>
      </w:tr>
      <w:tr w:rsidR="00852598" w14:paraId="61C94423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0AE08133" w14:textId="77777777">
            <w:pPr>
              <w:spacing w:before="40" w:after="40"/>
            </w:pPr>
            <w:r w:rsidRPr="002D7904">
              <w:rPr>
                <w:b/>
                <w:bCs/>
              </w:rPr>
              <w:t>Faaliyetin Yürütüldüğü Birimler:</w:t>
            </w:r>
            <w:r>
              <w:t xml:space="preserve"> Fakülte/Enstitü/YO/MYO, Daire Başkanlıkları, SKSDB</w:t>
            </w:r>
          </w:p>
        </w:tc>
      </w:tr>
      <w:tr w:rsidR="00852598" w14:paraId="11A55A3F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852598" w:rsidRDefault="00000000" w14:paraId="0147DEEA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3D3F7593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468E5594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5D75F784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852598" w:rsidTr="0025247B" w14:paraId="22FD0E32" w14:textId="77777777">
        <w:trPr>
          <w:jc w:val="center"/>
        </w:trPr>
        <w:tc>
          <w:tcPr>
            <w:tcW w:w="2635" w:type="dxa"/>
          </w:tcPr>
          <w:p w:rsidR="00852598" w:rsidRDefault="00000000" w14:paraId="0F83EDD1" w14:textId="77777777">
            <w:pPr>
              <w:spacing w:before="40" w:after="40"/>
            </w:pPr>
            <w:r>
              <w:t>1. Birim toplumsal katkı koordinatörünün belirlenmesi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534736FA" w14:textId="77777777">
            <w:pPr>
              <w:spacing w:before="40" w:after="40"/>
            </w:pPr>
            <w:r>
              <w:t>Dekan/Müdür/Daire Bk.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6E14FCAB" w14:textId="5B616F88">
            <w:pPr>
              <w:spacing w:before="40" w:after="40"/>
            </w:pPr>
            <w:r>
              <w:t>G</w:t>
            </w:r>
            <w:r w:rsidR="0025247B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2635" w:type="dxa"/>
            <w:vAlign w:val="center"/>
          </w:tcPr>
          <w:p w:rsidR="00852598" w:rsidP="0025247B" w:rsidRDefault="00000000" w14:paraId="362E22E2" w14:textId="77777777">
            <w:pPr>
              <w:spacing w:before="40" w:after="40"/>
            </w:pPr>
            <w:r>
              <w:t>EBYS</w:t>
            </w:r>
          </w:p>
        </w:tc>
      </w:tr>
      <w:tr w:rsidR="00852598" w:rsidTr="0025247B" w14:paraId="59A77BCB" w14:textId="77777777">
        <w:trPr>
          <w:jc w:val="center"/>
        </w:trPr>
        <w:tc>
          <w:tcPr>
            <w:tcW w:w="2635" w:type="dxa"/>
          </w:tcPr>
          <w:p w:rsidR="00852598" w:rsidRDefault="00000000" w14:paraId="611662B0" w14:textId="77777777">
            <w:pPr>
              <w:spacing w:before="40" w:after="40"/>
            </w:pPr>
            <w:r>
              <w:t>2. Birim eylem planının hazırlanması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32D4E191" w14:textId="77777777">
            <w:pPr>
              <w:spacing w:before="40" w:after="40"/>
            </w:pPr>
            <w:r>
              <w:t>Birim Koordinatörü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2BDE332C" w14:textId="77777777">
            <w:pPr>
              <w:spacing w:before="40" w:after="40"/>
            </w:pPr>
            <w:r>
              <w:t>Yıllık Toplumsal Katkı Stratejisi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065DDB01" w14:textId="77777777">
            <w:pPr>
              <w:spacing w:before="40" w:after="40"/>
            </w:pPr>
            <w:r>
              <w:t>EBYS, Elektronik Ortam</w:t>
            </w:r>
          </w:p>
        </w:tc>
      </w:tr>
      <w:tr w:rsidR="00852598" w:rsidTr="0025247B" w14:paraId="34880761" w14:textId="77777777">
        <w:trPr>
          <w:jc w:val="center"/>
        </w:trPr>
        <w:tc>
          <w:tcPr>
            <w:tcW w:w="2635" w:type="dxa"/>
          </w:tcPr>
          <w:p w:rsidR="00852598" w:rsidRDefault="00000000" w14:paraId="09451110" w14:textId="77777777">
            <w:pPr>
              <w:spacing w:before="40" w:after="40"/>
            </w:pPr>
            <w:r>
              <w:t>3. Eylem planının SKSDB'ye iletilmesi ve onaylanması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39AC3F05" w14:textId="77777777">
            <w:pPr>
              <w:spacing w:before="40" w:after="40"/>
            </w:pPr>
            <w:r>
              <w:t>Birim Koordinatörü, SKSDB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1FFA831A" w14:textId="77777777">
            <w:pPr>
              <w:spacing w:before="40" w:after="40"/>
            </w:pPr>
            <w:r>
              <w:t>—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68843F94" w14:textId="77777777">
            <w:pPr>
              <w:spacing w:before="40" w:after="40"/>
            </w:pPr>
            <w:r>
              <w:t>EBYS</w:t>
            </w:r>
          </w:p>
        </w:tc>
      </w:tr>
      <w:tr w:rsidR="00852598" w:rsidTr="0025247B" w14:paraId="39385693" w14:textId="77777777">
        <w:trPr>
          <w:jc w:val="center"/>
        </w:trPr>
        <w:tc>
          <w:tcPr>
            <w:tcW w:w="2635" w:type="dxa"/>
          </w:tcPr>
          <w:p w:rsidR="00852598" w:rsidRDefault="00000000" w14:paraId="618FDC51" w14:textId="77777777">
            <w:pPr>
              <w:spacing w:before="40" w:after="40"/>
            </w:pPr>
            <w:r>
              <w:t>4. Eylem planının yürürlüğe konulması ve birim içi duyurulması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67040596" w14:textId="77777777">
            <w:pPr>
              <w:spacing w:before="40" w:after="40"/>
            </w:pPr>
            <w:r>
              <w:t>Dekan/Müdür/Daire Bk.</w:t>
            </w:r>
          </w:p>
        </w:tc>
        <w:tc>
          <w:tcPr>
            <w:tcW w:w="2635" w:type="dxa"/>
            <w:vAlign w:val="center"/>
          </w:tcPr>
          <w:p w:rsidR="00852598" w:rsidP="0025247B" w:rsidRDefault="0025247B" w14:paraId="2057367E" w14:textId="0C951AEB">
            <w:pPr>
              <w:spacing w:before="40" w:after="40"/>
            </w:pPr>
            <w:r>
              <w:t>EBYS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4CD241EF" w14:textId="77777777">
            <w:pPr>
              <w:spacing w:before="40" w:after="40"/>
            </w:pPr>
            <w:r>
              <w:t>Birim Web Sayfası</w:t>
            </w:r>
          </w:p>
        </w:tc>
      </w:tr>
      <w:tr w:rsidR="00852598" w14:paraId="5D63A0E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415E1CB2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İzleme Kriterleri:</w:t>
            </w:r>
          </w:p>
          <w:p w:rsidR="00852598" w:rsidRDefault="00000000" w14:paraId="527FA397" w14:textId="77777777">
            <w:pPr>
              <w:spacing w:before="40" w:after="40"/>
            </w:pPr>
            <w:r>
              <w:t>1. Eylem planı hazırlayan birim oranı</w:t>
            </w:r>
          </w:p>
          <w:p w:rsidR="00852598" w:rsidRDefault="00000000" w14:paraId="05B3CA46" w14:textId="77777777">
            <w:pPr>
              <w:spacing w:before="40" w:after="40"/>
            </w:pPr>
            <w:r>
              <w:t>2. Eylem planında öngörülen / gerçekleşen faaliyet oranı</w:t>
            </w:r>
          </w:p>
        </w:tc>
      </w:tr>
      <w:tr w:rsidR="00852598" w14:paraId="5737E81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522127C5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Riskler:</w:t>
            </w:r>
          </w:p>
          <w:p w:rsidR="00852598" w:rsidRDefault="00000000" w14:paraId="5CFF8695" w14:textId="77777777">
            <w:pPr>
              <w:spacing w:before="40" w:after="40"/>
            </w:pPr>
            <w:r>
              <w:t>1. Birimlerin eylem planını formalite olarak görmesi</w:t>
            </w:r>
          </w:p>
          <w:p w:rsidR="00852598" w:rsidRDefault="00000000" w14:paraId="51DAF00C" w14:textId="77777777">
            <w:pPr>
              <w:spacing w:before="40" w:after="40"/>
            </w:pPr>
            <w:r>
              <w:t>2. Yıl içinde plan dışı faaliyet artışı</w:t>
            </w:r>
          </w:p>
        </w:tc>
      </w:tr>
      <w:tr w:rsidR="00852598" w14:paraId="2421C487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16D0354B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Fırsatlar:</w:t>
            </w:r>
          </w:p>
          <w:p w:rsidR="00852598" w:rsidRDefault="00000000" w14:paraId="4C993DC9" w14:textId="77777777">
            <w:pPr>
              <w:spacing w:before="40" w:after="40"/>
            </w:pPr>
            <w:r>
              <w:t>1. Birim düzeyinde sahiplenme</w:t>
            </w:r>
          </w:p>
          <w:p w:rsidR="00852598" w:rsidRDefault="00000000" w14:paraId="2DE4230F" w14:textId="77777777">
            <w:pPr>
              <w:spacing w:before="40" w:after="40"/>
            </w:pPr>
            <w:r>
              <w:t>2. Yenilikçi proje fikirlerinin ortaya çıkması</w:t>
            </w:r>
          </w:p>
        </w:tc>
      </w:tr>
    </w:tbl>
    <w:p w:rsidR="00852598" w:rsidRDefault="00852598" w14:paraId="3E7D2CDC" w14:textId="77777777">
      <w:pPr>
        <w:spacing w:after="120"/>
      </w:pPr>
    </w:p>
    <w:p w:rsidR="0025247B" w:rsidRDefault="0025247B" w14:paraId="51732742" w14:textId="77777777">
      <w:pPr>
        <w:spacing w:after="120"/>
      </w:pPr>
    </w:p>
    <w:p w:rsidR="0025247B" w:rsidRDefault="0025247B" w14:paraId="63440500" w14:textId="77777777">
      <w:pPr>
        <w:spacing w:after="120"/>
      </w:pPr>
    </w:p>
    <w:p w:rsidR="0025247B" w:rsidRDefault="0025247B" w14:paraId="3D150A06" w14:textId="77777777">
      <w:pPr>
        <w:spacing w:after="120"/>
      </w:pPr>
    </w:p>
    <w:p w:rsidR="0025247B" w:rsidRDefault="0025247B" w14:paraId="6D2B4EB8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852598" w14:paraId="14C0ED3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852598" w:rsidRDefault="00000000" w14:paraId="632EC824" w14:textId="77777777">
            <w:pPr>
              <w:spacing w:before="40" w:after="40"/>
              <w:jc w:val="center"/>
            </w:pPr>
            <w:r>
              <w:rPr>
                <w:b/>
              </w:rPr>
              <w:lastRenderedPageBreak/>
              <w:t>F3.1.3 Toplumsal Katkı Performans Göstergelerinin İzlenmesi</w:t>
            </w:r>
          </w:p>
        </w:tc>
      </w:tr>
      <w:tr w:rsidR="00852598" w14:paraId="1B351934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48590C2E" w14:textId="77777777">
            <w:pPr>
              <w:spacing w:before="40" w:after="40"/>
            </w:pPr>
            <w:r w:rsidRPr="002D7904">
              <w:rPr>
                <w:b/>
                <w:bCs/>
              </w:rPr>
              <w:t>Faaliyetin Amacı:</w:t>
            </w:r>
            <w:r>
              <w:t xml:space="preserve"> Toplumsal katkı faaliyetlerinin yıllık performansının niceliksel ve niteliksel olarak izlenmesi.</w:t>
            </w:r>
          </w:p>
        </w:tc>
      </w:tr>
      <w:tr w:rsidR="00852598" w14:paraId="36600C8D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5F14A739" w14:textId="407E0E72">
            <w:pPr>
              <w:spacing w:before="40" w:after="40"/>
            </w:pPr>
            <w:proofErr w:type="spellStart"/>
            <w:r w:rsidRPr="002D7904">
              <w:rPr>
                <w:b/>
                <w:bCs/>
              </w:rPr>
              <w:t>Faaliyetin</w:t>
            </w:r>
            <w:proofErr w:type="spellEnd"/>
            <w:r w:rsidRPr="002D7904">
              <w:rPr>
                <w:b/>
                <w:bCs/>
              </w:rPr>
              <w:t xml:space="preserve"> </w:t>
            </w:r>
            <w:proofErr w:type="spellStart"/>
            <w:r w:rsidRPr="002D7904">
              <w:rPr>
                <w:b/>
                <w:bCs/>
              </w:rPr>
              <w:t>Yürütüldüğü</w:t>
            </w:r>
            <w:proofErr w:type="spellEnd"/>
            <w:r w:rsidRPr="002D7904">
              <w:rPr>
                <w:b/>
                <w:bCs/>
              </w:rPr>
              <w:t xml:space="preserve"> Birimler:</w:t>
            </w:r>
            <w:r>
              <w:t xml:space="preserve"> SKSDB, </w:t>
            </w:r>
            <w:proofErr w:type="spellStart"/>
            <w:r w:rsidR="0025247B">
              <w:t>Akreditasyon</w:t>
            </w:r>
            <w:proofErr w:type="spellEnd"/>
            <w:r w:rsidR="0025247B">
              <w:t xml:space="preserve">, Akademik </w:t>
            </w:r>
            <w:proofErr w:type="spellStart"/>
            <w:r w:rsidR="0025247B">
              <w:t>Değerlendirme</w:t>
            </w:r>
            <w:proofErr w:type="spellEnd"/>
            <w:r w:rsidR="0025247B">
              <w:t xml:space="preserve"> </w:t>
            </w:r>
            <w:proofErr w:type="spellStart"/>
            <w:r w:rsidR="0025247B">
              <w:t>ve</w:t>
            </w:r>
            <w:proofErr w:type="spellEnd"/>
            <w:r w:rsidR="0025247B">
              <w:t xml:space="preserve"> Kalite </w:t>
            </w:r>
            <w:proofErr w:type="spellStart"/>
            <w:r w:rsidR="0025247B">
              <w:t>Koordinatörlüğü</w:t>
            </w:r>
            <w:proofErr w:type="spellEnd"/>
            <w:r>
              <w:t xml:space="preserve">, </w:t>
            </w:r>
            <w:proofErr w:type="spellStart"/>
            <w:r>
              <w:t>Strateji</w:t>
            </w:r>
            <w:proofErr w:type="spellEnd"/>
            <w:r>
              <w:t xml:space="preserve"> </w:t>
            </w:r>
            <w:proofErr w:type="spellStart"/>
            <w:r>
              <w:t>Geliştirme</w:t>
            </w:r>
            <w:proofErr w:type="spellEnd"/>
            <w:r>
              <w:t xml:space="preserve"> DB</w:t>
            </w:r>
          </w:p>
        </w:tc>
      </w:tr>
      <w:tr w:rsidR="00852598" w14:paraId="0CE2B55C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852598" w:rsidRDefault="00000000" w14:paraId="1DCE44B5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0D2E922C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4EAA6139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7960AD3B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852598" w:rsidTr="0025247B" w14:paraId="07E886E3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705446BD" w14:textId="77777777">
            <w:pPr>
              <w:spacing w:before="40" w:after="40"/>
            </w:pPr>
            <w:r>
              <w:t>1. Yıllık toplumsal katkı verilerinin birimlerden toplanması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6C2AA2F7" w14:textId="77777777">
            <w:pPr>
              <w:spacing w:before="40" w:after="40"/>
            </w:pPr>
            <w:r>
              <w:t>SKSDB, Birim Koordinatörü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3ABAC38F" w14:textId="77777777">
            <w:pPr>
              <w:spacing w:before="40" w:after="40"/>
            </w:pPr>
            <w:r>
              <w:t>Veri Toplama Şablonu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29ED1918" w14:textId="77777777">
            <w:pPr>
              <w:spacing w:before="40" w:after="40"/>
            </w:pPr>
            <w:r>
              <w:t>Elektronik Ortam, EBYS</w:t>
            </w:r>
          </w:p>
        </w:tc>
      </w:tr>
      <w:tr w:rsidR="00852598" w:rsidTr="0025247B" w14:paraId="59C81E3B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7E8B6BC8" w14:textId="77777777">
            <w:pPr>
              <w:spacing w:before="40" w:after="40"/>
            </w:pPr>
            <w:r>
              <w:t>2. Performans göstergelerinin hesaplanması ve analizi</w:t>
            </w:r>
          </w:p>
        </w:tc>
        <w:tc>
          <w:tcPr>
            <w:tcW w:w="2635" w:type="dxa"/>
            <w:vAlign w:val="center"/>
          </w:tcPr>
          <w:p w:rsidR="00852598" w:rsidP="0025247B" w:rsidRDefault="0025247B" w14:paraId="45B2D623" w14:textId="0A1033B0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="00852598" w:rsidP="0025247B" w:rsidRDefault="00000000" w14:paraId="78CDC791" w14:textId="77777777">
            <w:pPr>
              <w:spacing w:before="40" w:after="40"/>
            </w:pPr>
            <w:r>
              <w:t>YÖKAK Kurumsal Akreditasyon Kılavuzu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096DF120" w14:textId="77777777">
            <w:pPr>
              <w:spacing w:before="40" w:after="40"/>
            </w:pPr>
            <w:r>
              <w:t>EBYS</w:t>
            </w:r>
          </w:p>
        </w:tc>
      </w:tr>
      <w:tr w:rsidR="00852598" w:rsidTr="0025247B" w14:paraId="170FEA54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6D3CB3D1" w14:textId="77777777">
            <w:pPr>
              <w:spacing w:before="40" w:after="40"/>
            </w:pPr>
            <w:r>
              <w:t>3. Yıllık toplumsal katkı performans raporunun hazırlanması</w:t>
            </w:r>
          </w:p>
        </w:tc>
        <w:tc>
          <w:tcPr>
            <w:tcW w:w="2635" w:type="dxa"/>
            <w:vAlign w:val="center"/>
          </w:tcPr>
          <w:p w:rsidR="00852598" w:rsidP="0025247B" w:rsidRDefault="0025247B" w14:paraId="4CCB58D4" w14:textId="24B85A37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  <w:r>
              <w:t>, SKSDB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301B9941" w14:textId="4E569951">
            <w:pPr>
              <w:spacing w:before="40" w:after="40"/>
            </w:pPr>
            <w:r>
              <w:t>G</w:t>
            </w:r>
            <w:r w:rsidR="0025247B">
              <w:t>R</w:t>
            </w:r>
            <w:r>
              <w:t xml:space="preserve">Ü </w:t>
            </w:r>
            <w:proofErr w:type="spellStart"/>
            <w:r>
              <w:t>Stratejik</w:t>
            </w:r>
            <w:proofErr w:type="spellEnd"/>
            <w:r>
              <w:t xml:space="preserve"> </w:t>
            </w:r>
            <w:proofErr w:type="spellStart"/>
            <w:r>
              <w:t>Planı</w:t>
            </w:r>
            <w:proofErr w:type="spellEnd"/>
          </w:p>
        </w:tc>
        <w:tc>
          <w:tcPr>
            <w:tcW w:w="2635" w:type="dxa"/>
            <w:vAlign w:val="center"/>
          </w:tcPr>
          <w:p w:rsidR="00852598" w:rsidP="0025247B" w:rsidRDefault="00000000" w14:paraId="2DD31D18" w14:textId="77777777">
            <w:pPr>
              <w:spacing w:before="40" w:after="40"/>
            </w:pPr>
            <w:r>
              <w:t>EBYS</w:t>
            </w:r>
          </w:p>
        </w:tc>
      </w:tr>
      <w:tr w:rsidR="00852598" w:rsidTr="0025247B" w14:paraId="3236BFE9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589D4C5D" w14:textId="77777777">
            <w:pPr>
              <w:spacing w:before="40" w:after="40"/>
            </w:pPr>
            <w:r>
              <w:t>4. Raporun Senato/Rektörlük ve birimlere sunulması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2587804D" w14:textId="2F151F75">
            <w:pPr>
              <w:spacing w:before="40" w:after="40"/>
            </w:pPr>
            <w:proofErr w:type="spellStart"/>
            <w:r>
              <w:t>Rektörlük</w:t>
            </w:r>
            <w:proofErr w:type="spellEnd"/>
            <w:r>
              <w:t xml:space="preserve">, </w:t>
            </w:r>
            <w:proofErr w:type="spellStart"/>
            <w:r w:rsidR="0025247B">
              <w:t>Akreditasyon</w:t>
            </w:r>
            <w:proofErr w:type="spellEnd"/>
            <w:r w:rsidR="0025247B">
              <w:t xml:space="preserve">, Akademik </w:t>
            </w:r>
            <w:proofErr w:type="spellStart"/>
            <w:r w:rsidR="0025247B">
              <w:t>Değerlendirme</w:t>
            </w:r>
            <w:proofErr w:type="spellEnd"/>
            <w:r w:rsidR="0025247B">
              <w:t xml:space="preserve"> </w:t>
            </w:r>
            <w:proofErr w:type="spellStart"/>
            <w:r w:rsidR="0025247B">
              <w:t>ve</w:t>
            </w:r>
            <w:proofErr w:type="spellEnd"/>
            <w:r w:rsidR="0025247B">
              <w:t xml:space="preserve"> Kalite </w:t>
            </w:r>
            <w:proofErr w:type="spellStart"/>
            <w:r w:rsidR="0025247B">
              <w:t>Koordinatörlüğü</w:t>
            </w:r>
            <w:proofErr w:type="spellEnd"/>
          </w:p>
        </w:tc>
        <w:tc>
          <w:tcPr>
            <w:tcW w:w="2635" w:type="dxa"/>
            <w:vAlign w:val="center"/>
          </w:tcPr>
          <w:p w:rsidR="00852598" w:rsidP="0025247B" w:rsidRDefault="00000000" w14:paraId="5A51CEC1" w14:textId="77777777">
            <w:pPr>
              <w:spacing w:before="40" w:after="40"/>
            </w:pPr>
            <w:r>
              <w:t>2547 sayılı YÖK Kanunu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0F75B894" w14:textId="77777777">
            <w:pPr>
              <w:spacing w:before="40" w:after="40"/>
            </w:pPr>
            <w:r>
              <w:t>EBYS, Birim Web Sayfası</w:t>
            </w:r>
          </w:p>
        </w:tc>
      </w:tr>
      <w:tr w:rsidR="00852598" w14:paraId="5BC31DF2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796D25AF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İzleme Kriterleri:</w:t>
            </w:r>
          </w:p>
          <w:p w:rsidR="00852598" w:rsidRDefault="00000000" w14:paraId="6B4B94D2" w14:textId="77777777">
            <w:pPr>
              <w:spacing w:before="40" w:after="40"/>
            </w:pPr>
            <w:r>
              <w:t>1. Yıllık toplumsal katkı etkinlik sayısı</w:t>
            </w:r>
          </w:p>
          <w:p w:rsidR="00852598" w:rsidRDefault="00000000" w14:paraId="4D992BDB" w14:textId="77777777">
            <w:pPr>
              <w:spacing w:before="40" w:after="40"/>
            </w:pPr>
            <w:r>
              <w:t>2. Faydalanıcı sayısı (öğrenci, halk, kurum)</w:t>
            </w:r>
          </w:p>
          <w:p w:rsidR="00852598" w:rsidRDefault="00000000" w14:paraId="08345C3C" w14:textId="77777777">
            <w:pPr>
              <w:spacing w:before="40" w:after="40"/>
            </w:pPr>
            <w:r>
              <w:t>3. Toplumsal katkı bütçe kullanım oranı</w:t>
            </w:r>
          </w:p>
        </w:tc>
      </w:tr>
      <w:tr w:rsidR="00852598" w14:paraId="22CDF12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6760B6EF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Riskler:</w:t>
            </w:r>
          </w:p>
          <w:p w:rsidR="00852598" w:rsidRDefault="00000000" w14:paraId="0456EFDB" w14:textId="77777777">
            <w:pPr>
              <w:spacing w:before="40" w:after="40"/>
            </w:pPr>
            <w:r>
              <w:t>1. Veri eksikliği veya tutarsızlığı</w:t>
            </w:r>
          </w:p>
          <w:p w:rsidR="00852598" w:rsidRDefault="00000000" w14:paraId="163C4FCC" w14:textId="77777777">
            <w:pPr>
              <w:spacing w:before="40" w:after="40"/>
            </w:pPr>
            <w:r>
              <w:t>2. Niteliksel etki ölçümünün zorluğu</w:t>
            </w:r>
          </w:p>
        </w:tc>
      </w:tr>
      <w:tr w:rsidR="00852598" w14:paraId="470D51B4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51A9D0F7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Fırsatlar:</w:t>
            </w:r>
          </w:p>
          <w:p w:rsidR="00852598" w:rsidRDefault="00000000" w14:paraId="7AC28578" w14:textId="77777777">
            <w:pPr>
              <w:spacing w:before="40" w:after="40"/>
            </w:pPr>
            <w:r>
              <w:t>1. Stratejik karar için veri tabanlı raporlama</w:t>
            </w:r>
          </w:p>
          <w:p w:rsidR="00852598" w:rsidRDefault="00000000" w14:paraId="13874276" w14:textId="77777777">
            <w:pPr>
              <w:spacing w:before="40" w:after="40"/>
            </w:pPr>
            <w:r>
              <w:t>2. Performans göstergelerinin yıllar arası karşılaştırması</w:t>
            </w:r>
          </w:p>
        </w:tc>
      </w:tr>
    </w:tbl>
    <w:p w:rsidR="00852598" w:rsidRDefault="00852598" w14:paraId="65044001" w14:textId="77777777">
      <w:pPr>
        <w:spacing w:after="120"/>
      </w:pPr>
    </w:p>
    <w:tbl>
      <w:tblPr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852598" w14:paraId="11C84C87" w14:textId="77777777">
        <w:trPr>
          <w:jc w:val="center"/>
        </w:trPr>
        <w:tc>
          <w:tcPr>
            <w:tcW w:w="10540" w:type="dxa"/>
            <w:gridSpan w:val="4"/>
            <w:shd w:val="clear" w:color="auto" w:fill="BFBFBF"/>
          </w:tcPr>
          <w:p w:rsidR="00852598" w:rsidRDefault="00000000" w14:paraId="6F18497E" w14:textId="77777777">
            <w:pPr>
              <w:spacing w:before="40" w:after="40"/>
              <w:jc w:val="center"/>
            </w:pPr>
            <w:r>
              <w:rPr>
                <w:b/>
              </w:rPr>
              <w:t>F3.1.4 YÖKAK Toplumsal Katkı Raporlaması</w:t>
            </w:r>
          </w:p>
        </w:tc>
      </w:tr>
      <w:tr w:rsidR="00852598" w14:paraId="67A1F5C2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4C2CA425" w14:textId="77777777">
            <w:pPr>
              <w:spacing w:before="40" w:after="40"/>
            </w:pPr>
            <w:r w:rsidRPr="002D7904">
              <w:rPr>
                <w:b/>
                <w:bCs/>
              </w:rPr>
              <w:t>Faaliyetin Amacı:</w:t>
            </w:r>
            <w:r>
              <w:t xml:space="preserve"> YÖKAK Kurumsal İç Değerlendirme Raporu (KİDR) ve Kurumsal Geri Bildirim Raporu (KGBR) için toplumsal katkı bölümünün hazırlanması.</w:t>
            </w:r>
          </w:p>
        </w:tc>
      </w:tr>
      <w:tr w:rsidR="00852598" w14:paraId="6ED5FD8B" w14:textId="77777777">
        <w:trPr>
          <w:jc w:val="center"/>
        </w:trPr>
        <w:tc>
          <w:tcPr>
            <w:tcW w:w="10540" w:type="dxa"/>
            <w:gridSpan w:val="4"/>
          </w:tcPr>
          <w:p w:rsidR="00852598" w:rsidRDefault="00000000" w14:paraId="4B5DF6E8" w14:textId="677E4835">
            <w:pPr>
              <w:spacing w:before="40" w:after="40"/>
            </w:pPr>
            <w:proofErr w:type="spellStart"/>
            <w:r w:rsidRPr="002D7904">
              <w:rPr>
                <w:b/>
                <w:bCs/>
              </w:rPr>
              <w:t>Faaliyetin</w:t>
            </w:r>
            <w:proofErr w:type="spellEnd"/>
            <w:r w:rsidRPr="002D7904">
              <w:rPr>
                <w:b/>
                <w:bCs/>
              </w:rPr>
              <w:t xml:space="preserve"> </w:t>
            </w:r>
            <w:proofErr w:type="spellStart"/>
            <w:r w:rsidRPr="002D7904">
              <w:rPr>
                <w:b/>
                <w:bCs/>
              </w:rPr>
              <w:t>Yürütüldüğü</w:t>
            </w:r>
            <w:proofErr w:type="spellEnd"/>
            <w:r w:rsidRPr="002D7904">
              <w:rPr>
                <w:b/>
                <w:bCs/>
              </w:rPr>
              <w:t xml:space="preserve"> Birimler:</w:t>
            </w:r>
            <w:r>
              <w:t xml:space="preserve"> </w:t>
            </w:r>
            <w:proofErr w:type="spellStart"/>
            <w:r w:rsidR="0025247B">
              <w:t>Akreditasyon</w:t>
            </w:r>
            <w:proofErr w:type="spellEnd"/>
            <w:r w:rsidR="0025247B">
              <w:t xml:space="preserve">, Akademik </w:t>
            </w:r>
            <w:proofErr w:type="spellStart"/>
            <w:r w:rsidR="0025247B">
              <w:t>Değerlendirme</w:t>
            </w:r>
            <w:proofErr w:type="spellEnd"/>
            <w:r w:rsidR="0025247B">
              <w:t xml:space="preserve"> </w:t>
            </w:r>
            <w:proofErr w:type="spellStart"/>
            <w:r w:rsidR="0025247B">
              <w:t>ve</w:t>
            </w:r>
            <w:proofErr w:type="spellEnd"/>
            <w:r w:rsidR="0025247B">
              <w:t xml:space="preserve"> Kalite </w:t>
            </w:r>
            <w:proofErr w:type="spellStart"/>
            <w:r w:rsidR="0025247B">
              <w:t>Koordinatörlüğü</w:t>
            </w:r>
            <w:proofErr w:type="spellEnd"/>
            <w:r>
              <w:t>,</w:t>
            </w:r>
            <w:r w:rsidR="0025247B">
              <w:t xml:space="preserve"> Kalite </w:t>
            </w:r>
            <w:proofErr w:type="spellStart"/>
            <w:r w:rsidR="0025247B">
              <w:t>Komisyonu</w:t>
            </w:r>
            <w:proofErr w:type="spellEnd"/>
            <w:r w:rsidR="0025247B">
              <w:t>,</w:t>
            </w:r>
            <w:r>
              <w:t xml:space="preserve"> SKSDB, </w:t>
            </w:r>
            <w:proofErr w:type="spellStart"/>
            <w:r>
              <w:t>Strateji</w:t>
            </w:r>
            <w:proofErr w:type="spellEnd"/>
            <w:r>
              <w:t xml:space="preserve"> </w:t>
            </w:r>
            <w:proofErr w:type="spellStart"/>
            <w:r>
              <w:t>Geliştirme</w:t>
            </w:r>
            <w:proofErr w:type="spellEnd"/>
            <w:r>
              <w:t xml:space="preserve"> DB</w:t>
            </w:r>
          </w:p>
        </w:tc>
      </w:tr>
      <w:tr w:rsidR="00852598" w14:paraId="3D926921" w14:textId="77777777">
        <w:trPr>
          <w:jc w:val="center"/>
        </w:trPr>
        <w:tc>
          <w:tcPr>
            <w:tcW w:w="2635" w:type="dxa"/>
            <w:shd w:val="clear" w:color="auto" w:fill="E7E6E6"/>
          </w:tcPr>
          <w:p w:rsidR="00852598" w:rsidRDefault="00000000" w14:paraId="226CA07A" w14:textId="77777777">
            <w:pPr>
              <w:spacing w:before="40" w:after="40"/>
              <w:jc w:val="center"/>
            </w:pPr>
            <w:r>
              <w:rPr>
                <w:b/>
              </w:rPr>
              <w:t>Faaliyet Adımları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3C554036" w14:textId="77777777">
            <w:pPr>
              <w:spacing w:before="40" w:after="40"/>
              <w:jc w:val="center"/>
            </w:pPr>
            <w:r>
              <w:rPr>
                <w:b/>
              </w:rPr>
              <w:t>Görevli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2D8D33EE" w14:textId="77777777">
            <w:pPr>
              <w:spacing w:before="40" w:after="40"/>
              <w:jc w:val="center"/>
            </w:pPr>
            <w:r>
              <w:rPr>
                <w:b/>
              </w:rPr>
              <w:t>Bilgi/Tarif Dokümanları</w:t>
            </w:r>
          </w:p>
        </w:tc>
        <w:tc>
          <w:tcPr>
            <w:tcW w:w="2635" w:type="dxa"/>
            <w:shd w:val="clear" w:color="auto" w:fill="E7E6E6"/>
          </w:tcPr>
          <w:p w:rsidR="00852598" w:rsidRDefault="00000000" w14:paraId="1D0E02E9" w14:textId="77777777">
            <w:pPr>
              <w:spacing w:before="40" w:after="40"/>
              <w:jc w:val="center"/>
            </w:pPr>
            <w:r>
              <w:rPr>
                <w:b/>
              </w:rPr>
              <w:t>Kayıt Ortamı</w:t>
            </w:r>
          </w:p>
        </w:tc>
      </w:tr>
      <w:tr w:rsidR="00852598" w:rsidTr="0025247B" w14:paraId="4D4DA177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34D7F194" w14:textId="77777777">
            <w:pPr>
              <w:spacing w:before="40" w:after="40"/>
            </w:pPr>
            <w:r>
              <w:t>1. YÖKAK KİDR şablonunun toplumsal katkı bölümünün doldurulması</w:t>
            </w:r>
          </w:p>
        </w:tc>
        <w:tc>
          <w:tcPr>
            <w:tcW w:w="2635" w:type="dxa"/>
            <w:vAlign w:val="center"/>
          </w:tcPr>
          <w:p w:rsidR="00852598" w:rsidP="0025247B" w:rsidRDefault="0025247B" w14:paraId="5B5B8565" w14:textId="11C2E284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  <w:r>
              <w:t xml:space="preserve">, Kalite </w:t>
            </w:r>
            <w:proofErr w:type="spellStart"/>
            <w:r>
              <w:t>Komisyonu</w:t>
            </w:r>
            <w:proofErr w:type="spellEnd"/>
            <w:r>
              <w:t>, SKSDB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61194A3B" w14:textId="77777777">
            <w:pPr>
              <w:spacing w:before="40" w:after="40"/>
            </w:pPr>
            <w:r>
              <w:t>YÖKAK KİDR Kılavuzu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2241B1C5" w14:textId="77777777">
            <w:pPr>
              <w:spacing w:before="40" w:after="40"/>
            </w:pPr>
            <w:r>
              <w:t>Elektronik Ortam</w:t>
            </w:r>
          </w:p>
        </w:tc>
      </w:tr>
      <w:tr w:rsidR="00852598" w:rsidTr="0025247B" w14:paraId="453EC8F2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36383656" w14:textId="77777777">
            <w:pPr>
              <w:spacing w:before="40" w:after="40"/>
            </w:pPr>
            <w:r>
              <w:t>2. Birim raporlarının konsolide edilmesi</w:t>
            </w:r>
          </w:p>
        </w:tc>
        <w:tc>
          <w:tcPr>
            <w:tcW w:w="2635" w:type="dxa"/>
            <w:vAlign w:val="center"/>
          </w:tcPr>
          <w:p w:rsidR="00852598" w:rsidP="0025247B" w:rsidRDefault="0025247B" w14:paraId="25894E7F" w14:textId="40147CE8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  <w:r>
              <w:t xml:space="preserve">, Kalite </w:t>
            </w:r>
            <w:proofErr w:type="spellStart"/>
            <w:r>
              <w:t>Komisyonu</w:t>
            </w:r>
            <w:proofErr w:type="spellEnd"/>
            <w:r>
              <w:t>, SKSDB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1F951C08" w14:textId="77777777">
            <w:pPr>
              <w:spacing w:before="40" w:after="40"/>
            </w:pPr>
            <w:r>
              <w:t>Birim Eylem Planı çıktıları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366113BB" w14:textId="77777777">
            <w:pPr>
              <w:spacing w:before="40" w:after="40"/>
            </w:pPr>
            <w:r>
              <w:t>EBYS</w:t>
            </w:r>
          </w:p>
        </w:tc>
      </w:tr>
      <w:tr w:rsidR="00852598" w:rsidTr="0025247B" w14:paraId="269CF699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14AFC7DB" w14:textId="77777777">
            <w:pPr>
              <w:spacing w:before="40" w:after="40"/>
            </w:pPr>
            <w:r>
              <w:t xml:space="preserve">3. Raporun Senato/Rektörlük </w:t>
            </w:r>
            <w:r>
              <w:lastRenderedPageBreak/>
              <w:t>onayı sonrası YÖKAK'a sunulması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3692CB2A" w14:textId="26C5049A">
            <w:pPr>
              <w:spacing w:before="40" w:after="40"/>
            </w:pPr>
            <w:proofErr w:type="spellStart"/>
            <w:r>
              <w:lastRenderedPageBreak/>
              <w:t>Rektör</w:t>
            </w:r>
            <w:proofErr w:type="spellEnd"/>
            <w:r>
              <w:t xml:space="preserve">, </w:t>
            </w:r>
            <w:proofErr w:type="spellStart"/>
            <w:r w:rsidR="0025247B">
              <w:t>Akreditasyon</w:t>
            </w:r>
            <w:proofErr w:type="spellEnd"/>
            <w:r w:rsidR="0025247B">
              <w:t xml:space="preserve">, </w:t>
            </w:r>
            <w:r w:rsidR="0025247B">
              <w:lastRenderedPageBreak/>
              <w:t xml:space="preserve">Akademik </w:t>
            </w:r>
            <w:proofErr w:type="spellStart"/>
            <w:r w:rsidR="0025247B">
              <w:t>Değerlendirme</w:t>
            </w:r>
            <w:proofErr w:type="spellEnd"/>
            <w:r w:rsidR="0025247B">
              <w:t xml:space="preserve"> </w:t>
            </w:r>
            <w:proofErr w:type="spellStart"/>
            <w:r w:rsidR="0025247B">
              <w:t>ve</w:t>
            </w:r>
            <w:proofErr w:type="spellEnd"/>
            <w:r w:rsidR="0025247B">
              <w:t xml:space="preserve"> Kalite </w:t>
            </w:r>
            <w:proofErr w:type="spellStart"/>
            <w:r w:rsidR="0025247B">
              <w:t>Koordinatörlüğü</w:t>
            </w:r>
            <w:proofErr w:type="spellEnd"/>
            <w:r w:rsidR="0025247B">
              <w:t xml:space="preserve">, Kalite </w:t>
            </w:r>
            <w:proofErr w:type="spellStart"/>
            <w:r w:rsidR="0025247B">
              <w:t>Komisyonu</w:t>
            </w:r>
            <w:proofErr w:type="spellEnd"/>
          </w:p>
        </w:tc>
        <w:tc>
          <w:tcPr>
            <w:tcW w:w="2635" w:type="dxa"/>
            <w:vAlign w:val="center"/>
          </w:tcPr>
          <w:p w:rsidR="00852598" w:rsidP="0025247B" w:rsidRDefault="00000000" w14:paraId="3888E359" w14:textId="77777777">
            <w:pPr>
              <w:spacing w:before="40" w:after="40"/>
            </w:pPr>
            <w:r>
              <w:lastRenderedPageBreak/>
              <w:t>YÖKAK KİDR Kılavuzu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7686A60B" w14:textId="77777777">
            <w:pPr>
              <w:spacing w:before="40" w:after="40"/>
            </w:pPr>
            <w:r>
              <w:t>YÖKAK BYS</w:t>
            </w:r>
          </w:p>
        </w:tc>
      </w:tr>
      <w:tr w:rsidR="00852598" w:rsidTr="0025247B" w14:paraId="6112BC0F" w14:textId="77777777">
        <w:trPr>
          <w:jc w:val="center"/>
        </w:trPr>
        <w:tc>
          <w:tcPr>
            <w:tcW w:w="2635" w:type="dxa"/>
            <w:vAlign w:val="center"/>
          </w:tcPr>
          <w:p w:rsidR="00852598" w:rsidP="0025247B" w:rsidRDefault="00000000" w14:paraId="6EAD1622" w14:textId="77777777">
            <w:pPr>
              <w:spacing w:before="40" w:after="40"/>
            </w:pPr>
            <w:r>
              <w:t>4. YÖKAK geri bildirimlerinin değerlendirilmesi ve iyileştirme planı</w:t>
            </w:r>
          </w:p>
        </w:tc>
        <w:tc>
          <w:tcPr>
            <w:tcW w:w="2635" w:type="dxa"/>
            <w:vAlign w:val="center"/>
          </w:tcPr>
          <w:p w:rsidR="00852598" w:rsidP="0025247B" w:rsidRDefault="0025247B" w14:paraId="01370C4B" w14:textId="3CE5A569">
            <w:pPr>
              <w:spacing w:before="40" w:after="40"/>
            </w:pPr>
            <w:proofErr w:type="spellStart"/>
            <w:r>
              <w:t>Akreditasyon</w:t>
            </w:r>
            <w:proofErr w:type="spellEnd"/>
            <w:r>
              <w:t xml:space="preserve">, Akademik </w:t>
            </w:r>
            <w:proofErr w:type="spellStart"/>
            <w:r>
              <w:t>Değerlendirme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Kalite </w:t>
            </w:r>
            <w:proofErr w:type="spellStart"/>
            <w:r>
              <w:t>Koordinatörlüğü</w:t>
            </w:r>
            <w:proofErr w:type="spellEnd"/>
            <w:r>
              <w:t xml:space="preserve">, Kalite </w:t>
            </w:r>
            <w:proofErr w:type="spellStart"/>
            <w:r>
              <w:t>Komisyonu</w:t>
            </w:r>
            <w:proofErr w:type="spellEnd"/>
            <w:r>
              <w:t>, SKSDB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37DF48FA" w14:textId="77777777">
            <w:pPr>
              <w:spacing w:before="40" w:after="40"/>
            </w:pPr>
            <w:r>
              <w:t>YÖKAK Geri Bildirim Raporu</w:t>
            </w:r>
          </w:p>
        </w:tc>
        <w:tc>
          <w:tcPr>
            <w:tcW w:w="2635" w:type="dxa"/>
            <w:vAlign w:val="center"/>
          </w:tcPr>
          <w:p w:rsidR="00852598" w:rsidP="0025247B" w:rsidRDefault="00000000" w14:paraId="0BFF6D5A" w14:textId="77777777">
            <w:pPr>
              <w:spacing w:before="40" w:after="40"/>
            </w:pPr>
            <w:r>
              <w:t>EBYS</w:t>
            </w:r>
          </w:p>
        </w:tc>
      </w:tr>
      <w:tr w:rsidR="00852598" w14:paraId="717FA5FB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26C5654A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İzleme Kriterleri:</w:t>
            </w:r>
          </w:p>
          <w:p w:rsidR="00852598" w:rsidRDefault="00000000" w14:paraId="7DCB998D" w14:textId="77777777">
            <w:pPr>
              <w:spacing w:before="40" w:after="40"/>
            </w:pPr>
            <w:r>
              <w:t>1. KİDR zamanında teslim</w:t>
            </w:r>
          </w:p>
          <w:p w:rsidR="00852598" w:rsidRDefault="00000000" w14:paraId="06CEB5FB" w14:textId="77777777">
            <w:pPr>
              <w:spacing w:before="40" w:after="40"/>
            </w:pPr>
            <w:r>
              <w:t>2. YÖKAK geri bildirim sayısı</w:t>
            </w:r>
          </w:p>
          <w:p w:rsidR="00852598" w:rsidRDefault="00000000" w14:paraId="4328061F" w14:textId="77777777">
            <w:pPr>
              <w:spacing w:before="40" w:after="40"/>
            </w:pPr>
            <w:r>
              <w:t>3. İyileştirme planının uygulama oranı</w:t>
            </w:r>
          </w:p>
        </w:tc>
      </w:tr>
      <w:tr w:rsidR="00852598" w14:paraId="410C94C3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490F7C67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Riskler:</w:t>
            </w:r>
          </w:p>
          <w:p w:rsidR="00852598" w:rsidRDefault="00000000" w14:paraId="72245CBF" w14:textId="77777777">
            <w:pPr>
              <w:spacing w:before="40" w:after="40"/>
            </w:pPr>
            <w:r>
              <w:t>1. KİDR'de eksik/yetersiz veri</w:t>
            </w:r>
          </w:p>
          <w:p w:rsidR="00852598" w:rsidRDefault="00000000" w14:paraId="780709B6" w14:textId="77777777">
            <w:pPr>
              <w:spacing w:before="40" w:after="40"/>
            </w:pPr>
            <w:r>
              <w:t>2. YÖKAK ölçüt değişikliklerine uyum</w:t>
            </w:r>
          </w:p>
        </w:tc>
      </w:tr>
      <w:tr w:rsidR="00852598" w14:paraId="51565B6A" w14:textId="77777777">
        <w:trPr>
          <w:jc w:val="center"/>
        </w:trPr>
        <w:tc>
          <w:tcPr>
            <w:tcW w:w="10540" w:type="dxa"/>
            <w:gridSpan w:val="4"/>
            <w:shd w:val="clear" w:color="auto" w:fill="F2F2F2"/>
          </w:tcPr>
          <w:p w:rsidRPr="002D7904" w:rsidR="00852598" w:rsidRDefault="00000000" w14:paraId="1AB3CA3E" w14:textId="77777777">
            <w:pPr>
              <w:spacing w:before="40" w:after="40"/>
              <w:rPr>
                <w:b/>
                <w:bCs/>
              </w:rPr>
            </w:pPr>
            <w:r w:rsidRPr="002D7904">
              <w:rPr>
                <w:b/>
                <w:bCs/>
              </w:rPr>
              <w:t>Fırsatlar:</w:t>
            </w:r>
          </w:p>
          <w:p w:rsidR="00852598" w:rsidRDefault="00000000" w14:paraId="7E627859" w14:textId="77777777">
            <w:pPr>
              <w:spacing w:before="40" w:after="40"/>
            </w:pPr>
            <w:r>
              <w:t>1. Kurumsal akreditasyon süreçlerinde toplumsal katkı görünürlüğü</w:t>
            </w:r>
          </w:p>
          <w:p w:rsidR="00852598" w:rsidRDefault="00000000" w14:paraId="22AFE7A5" w14:textId="77777777">
            <w:pPr>
              <w:spacing w:before="40" w:after="40"/>
            </w:pPr>
            <w:r>
              <w:t>2. İyi uygulama örneklerinin paylaşılması</w:t>
            </w:r>
          </w:p>
        </w:tc>
      </w:tr>
    </w:tbl>
    <w:p w:rsidR="00852598" w:rsidRDefault="00852598" w14:paraId="78FDCD5E" w14:textId="77777777">
      <w:pPr>
        <w:spacing w:after="120"/>
      </w:pPr>
    </w:p>
    <w:sectPr w:rsidR="00852598" w:rsidSect="00034616">
      <w:headerReference w:type="default" r:id="R83aca9de6dc54e12"/>
      <w:pgSz w:w="12240" w:h="15840"/>
      <w:pgMar w:top="1134" w:right="850" w:bottom="1134" w:left="850" w:header="720" w:footer="720" w:gutter="0"/>
      <w:cols w:space="720"/>
      <w:docGrid w:linePitch="360"/>
      <w:footerReference w:type="default" r:id="R342a1ad2119843bc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60" w:line="240" w:lineRule="auto"/>
    </w:pPr>
    <w:r>
      <w:rPr>
        <w:rFonts w:ascii="Times New Roman" w:hAnsi="Times New Roman" w:eastAsia="Century Gothic"/>
        <w:sz w:val="18"/>
        <w:szCs w:val="18"/>
        <w:i/>
        <w:color w:val="FF0000"/>
      </w:rPr>
      <w:t xml:space="preserve">Bu dokümanın basılı hali kontrolsüz doküman kabul edilmektedir. Lütfen web sitesinden en son versiyonuna ulaşınız.</w:t>
    </w:r>
  </w:p>
  <w:tbl>
    <w:tblPr>
      <w:tblW w:w="5000" w:type="pct"/>
      <w:tblBorders>
        <w:top w:val="none"/>
        <w:bottom w:val="none"/>
        <w:left w:val="none"/>
        <w:right w:val="none"/>
        <w:insideH w:val="none"/>
        <w:insideV w:val="none"/>
      </w:tblBorders>
    </w:tblPr>
    <w:tblGrid>
      <w:gridCol w:w="8000"/>
      <w:gridCol w:w="2000"/>
    </w:tblGrid>
    <w:tr>
      <w:tc>
        <w:tcPr>
          <w:tcW w:w="8000" w:type="dxa"/>
          <w:vAlign w:val="top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>KYS-PRS.03.01, R00, 16.07.2026</w:t>
          </w:r>
        </w:p>
        <w:p>
          <w:pPr>
            <w:spacing w:before="0" w:after="0" w:line="240" w:lineRule="auto"/>
          </w:pPr>
          <w:hyperlink xmlns:r="http://schemas.openxmlformats.org/officeDocument/2006/relationships" w:history="true" r:id="R67f0a1345166420d">
            <w:r>
              <w:rPr>
                <w:rFonts w:ascii="Times New Roman" w:hAnsi="Times New Roman" w:eastAsia="Century Gothic"/>
                <w:sz w:val="16"/>
                <w:szCs w:val="16"/>
                <w:color w:val="0563C1"/>
                <w:u w:val="single"/>
              </w:rPr>
              <w:t>kvys.giresun.edu.tr/sg/38</w:t>
            </w:r>
          </w:hyperlink>
        </w:p>
      </w:tc>
      <w:tc>
        <w:tcPr>
          <w:tcW w:w="2000" w:type="dxa"/>
          <w:vAlign w:val="top"/>
        </w:tcPr>
        <w:p>
          <w:pPr>
            <w:jc w:val="right"/>
            <w:spacing w:before="0" w:after="0" w:line="240" w:lineRule="auto"/>
          </w:pPr>
          <w:r>
            <w:rPr>
              <w:rFonts w:ascii="Arial" w:hAnsi="Arial" w:cs="Arial"/>
              <w:noProof/>
            </w:rPr>
            <w:drawing>
              <wp:inline xmlns:wp="http://schemas.openxmlformats.org/drawingml/2006/wordprocessingDrawing" distT="0" distB="0" distL="0" distR="0">
                <wp:extent cx="540000" cy="540000"/>
                <wp:effectExtent l="0" t="0" r="0" b="0"/>
                <wp:docPr id="2" name="Q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QR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623a686b1e0343d4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000" cy="54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>
          <w:pPr>
            <w:jc w:val="right"/>
            <w:spacing w:before="0" w:after="0" w:line="240" w:lineRule="auto"/>
          </w:pPr>
          <w:r>
            <w:rPr>
              <w:rFonts w:ascii="Times New Roman" w:hAnsi="Times New Roman" w:eastAsia="Century Gothic"/>
              <w:sz w:val="16"/>
              <w:szCs w:val="16"/>
            </w:rPr>
            <w:t xml:space="preserve">Sayfa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PAGE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  <w:r>
            <w:rPr>
              <w:rFonts w:ascii="Times New Roman" w:hAnsi="Times New Roman" w:eastAsia="Century Gothic"/>
              <w:sz w:val="16"/>
              <w:szCs w:val="16"/>
            </w:rPr>
            <w:t> / 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begin"/>
          </w:r>
          <w:r>
            <w:rPr>
              <w:rFonts w:ascii="Times New Roman" w:hAnsi="Times New Roman" w:eastAsia="Century Gothic"/>
              <w:sz w:val="16"/>
              <w:szCs w:val="16"/>
            </w:rPr>
            <w:instrText>NUMPAGES   \* MERGEFORMAT</w:instrTex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separate"/>
          </w:r>
          <w:r>
            <w:rPr>
              <w:rFonts w:ascii="Times New Roman" w:hAnsi="Times New Roman" w:eastAsia="Century Gothic"/>
              <w:sz w:val="16"/>
              <w:szCs w:val="16"/>
              <w:noProof/>
            </w:rPr>
            <w:t>1</w:t>
          </w:r>
          <w:r>
            <w:rPr>
              <w:rFonts w:ascii="Times New Roman" w:hAnsi="Times New Roman" w:eastAsia="Century Gothic"/>
              <w:sz w:val="16"/>
              <w:szCs w:val="16"/>
            </w:rPr>
            <w:fldChar w:fldCharType="end"/>
          </w:r>
        </w:p>
      </w:tc>
    </w:tr>
  </w:tbl>
  <w:p>
    <w:pPr>
      <w:spacing w:before="0" w:after="0" w:line="240" w:lineRule="auto"/>
    </w:pPr>
  </w:p>
</w:ftr>
</file>

<file path=word/header1.xml><?xml version="1.0" encoding="utf-8"?>
<w:hdr xmlns:w="http://schemas.openxmlformats.org/wordprocessingml/2006/main">
  <w:tbl>
    <w:tblPr>
      <w:tblStyle w:val="TabloKlavuzu"/>
      <w:jc w:val="center"/>
      <w:tblW w:w="5000" w:type="pct"/>
      <w:tblBorders>
        <w:top w:val="single" w:sz="4"/>
        <w:bottom w:val="single" w:sz="4"/>
        <w:left w:val="single" w:sz="4"/>
        <w:right w:val="single" w:sz="4"/>
        <w:insideH w:val="single" w:sz="4"/>
        <w:insideV w:val="single" w:sz="4"/>
      </w:tblBorders>
      <w:tblLook w:val="04A0" w:firstRow="true" w:lastRow="false" w:firstColumn="true" w:lastColumn="false" w:noHBand="false" w:noVBand="true"/>
    </w:tblPr>
    <w:tblGrid>
      <w:gridCol w:w="1566"/>
      <w:gridCol w:w="5411"/>
      <w:gridCol w:w="1541"/>
      <w:gridCol w:w="1491"/>
    </w:tblGrid>
    <w:tr>
      <w:trPr>
        <w:trHeight w:val="272"/>
      </w:trPr>
      <w:tc>
        <w:tcPr>
          <w:tcW w:w="1566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Arial" w:hAnsi="Arial" w:eastAsia="Century Gothic" w:cs="Arial"/>
              <w:noProof/>
              <w:sz w:val="29"/>
              <w:szCs w:val="29"/>
              <w:lang w:eastAsia="tr-TR"/>
            </w:rPr>
            <w:drawing>
              <wp:inline xmlns:wp="http://schemas.openxmlformats.org/drawingml/2006/wordprocessingDrawing" distT="0" distB="0" distL="0" distR="0">
                <wp:extent cx="854000" cy="854000"/>
                <wp:effectExtent l="0" t="0" r="0" b="0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815fe4bd64df435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54000" cy="8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11" w:type="dxa"/>
          <w:vMerge w:val="restart"/>
          <w:vAlign w:val="center"/>
        </w:tcPr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T.C.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GİRESUN ÜNİVERSİTESİ</w:t>
          </w:r>
        </w:p>
        <w:p>
          <w:pPr>
            <w:jc w:val="center"/>
            <w:spacing w:before="0" w:after="0" w:line="240" w:lineRule="auto"/>
          </w:pPr>
          <w:r>
            <w:rPr>
              <w:rFonts w:ascii="Times New Roman" w:hAnsi="Times New Roman" w:eastAsia="Century Gothic"/>
              <w:b/>
              <w:sz w:val="24"/>
              <w:szCs w:val="24"/>
            </w:rPr>
            <w:t>Toplumsal Katkı Planlama ve İzleme Süreci</w:t>
          </w:r>
        </w:p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Doküman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KYS-PRS.03.01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İlk Yayın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16.07.2026</w:t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Tarihi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/>
          </w:r>
        </w:p>
      </w:tc>
    </w:tr>
    <w:tr>
      <w:trPr>
        <w:trHeight w:val="286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Revizyon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/>
              <w:sz w:val="20"/>
              <w:szCs w:val="20"/>
            </w:rPr>
            <w:t>00</w:t>
          </w:r>
        </w:p>
      </w:tc>
    </w:tr>
    <w:tr>
      <w:trPr>
        <w:trHeight w:val="272"/>
      </w:trPr>
      <w:tc>
        <w:tcPr>
          <w:tcW w:w="1566" w:type="dxa"/>
          <w:vMerge/>
        </w:tcPr>
        <w:p/>
      </w:tc>
      <w:tc>
        <w:tcPr>
          <w:tcW w:w="5411" w:type="dxa"/>
          <w:vMerge/>
        </w:tcPr>
        <w:p/>
      </w:tc>
      <w:tc>
        <w:tcPr>
          <w:tcW w:w="154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t>Sayfa No</w:t>
          </w:r>
        </w:p>
      </w:tc>
      <w:tc>
        <w:tcPr>
          <w:tcW w:w="1491" w:type="dxa"/>
          <w:vAlign w:val="center"/>
        </w:tcPr>
        <w:p>
          <w:pPr>
            <w:spacing w:before="0" w:after="0" w:line="240" w:lineRule="auto"/>
          </w:pP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PAGE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  <w:r>
            <w:rPr>
              <w:rFonts w:ascii="Times New Roman" w:hAnsi="Times New Roman" w:eastAsia="Century Gothic"/>
              <w:sz w:val="20"/>
              <w:szCs w:val="20"/>
            </w:rPr>
            <w:t>/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begin"/>
          </w:r>
          <w:r>
            <w:rPr>
              <w:rFonts w:ascii="Times New Roman" w:hAnsi="Times New Roman" w:eastAsia="Century Gothic"/>
              <w:sz w:val="20"/>
              <w:szCs w:val="20"/>
            </w:rPr>
            <w:instrText>NUMPAGES   \* MERGEFORMAT</w:instrTex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separate"/>
          </w:r>
          <w:r>
            <w:rPr>
              <w:rFonts w:ascii="Times New Roman" w:hAnsi="Times New Roman" w:eastAsia="Century Gothic"/>
              <w:sz w:val="20"/>
              <w:szCs w:val="20"/>
              <w:noProof/>
            </w:rPr>
            <w:t>1</w:t>
          </w:r>
          <w:r>
            <w:rPr>
              <w:rFonts w:ascii="Times New Roman" w:hAnsi="Times New Roman" w:eastAsia="Century Gothic"/>
              <w:sz w:val="20"/>
              <w:szCs w:val="20"/>
            </w:rPr>
            <w:fldChar w:fldCharType="end"/>
          </w:r>
        </w:p>
      </w:tc>
    </w:tr>
  </w:tbl>
  <w:p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86079689">
    <w:abstractNumId w:val="8"/>
  </w:num>
  <w:num w:numId="2" w16cid:durableId="460541433">
    <w:abstractNumId w:val="6"/>
  </w:num>
  <w:num w:numId="3" w16cid:durableId="422607476">
    <w:abstractNumId w:val="5"/>
  </w:num>
  <w:num w:numId="4" w16cid:durableId="1543252270">
    <w:abstractNumId w:val="4"/>
  </w:num>
  <w:num w:numId="5" w16cid:durableId="55206761">
    <w:abstractNumId w:val="7"/>
  </w:num>
  <w:num w:numId="6" w16cid:durableId="114570853">
    <w:abstractNumId w:val="3"/>
  </w:num>
  <w:num w:numId="7" w16cid:durableId="138036954">
    <w:abstractNumId w:val="2"/>
  </w:num>
  <w:num w:numId="8" w16cid:durableId="2088182897">
    <w:abstractNumId w:val="1"/>
  </w:num>
  <w:num w:numId="9" w16cid:durableId="5361155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30B5A"/>
    <w:rsid w:val="0015074B"/>
    <w:rsid w:val="0025247B"/>
    <w:rsid w:val="0029639D"/>
    <w:rsid w:val="002D7904"/>
    <w:rsid w:val="00320907"/>
    <w:rsid w:val="00326F90"/>
    <w:rsid w:val="0085259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354237"/>
  <w14:defaultImageDpi w14:val="300"/>
  <w15:docId w15:val="{3FDAF96F-525F-644A-AEAA-50E0A61B3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 w:cs="Times New Roman"/>
      <w:sz w:val="20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Relationship Type="http://schemas.openxmlformats.org/officeDocument/2006/relationships/hyperlink" Target="https://kvys.giresun.edu.tr/dn/KYS-YNR-035" TargetMode="External" Id="rId8" /><Relationship Type="http://schemas.openxmlformats.org/officeDocument/2006/relationships/hyperlink" Target="https://kvys.giresun.edu.tr/dn/KYS-YNR-066" TargetMode="External" Id="rId9" /><Relationship Type="http://schemas.openxmlformats.org/officeDocument/2006/relationships/hyperlink" Target="https://kvys.giresun.edu.tr/dn/KYS-YNR-067" TargetMode="External" Id="rId10" /><Relationship Type="http://schemas.openxmlformats.org/officeDocument/2006/relationships/hyperlink" Target="https://kvys.giresun.edu.tr/dn/KYS-YNT-012" TargetMode="External" Id="rId11" /><Relationship Type="http://schemas.openxmlformats.org/officeDocument/2006/relationships/hyperlink" Target="https://kvys.giresun.edu.tr/dn/KYS-YNR-074" TargetMode="External" Id="rId12" /><Relationship Type="http://schemas.openxmlformats.org/officeDocument/2006/relationships/hyperlink" Target="https://kvys.giresun.edu.tr/dn/KYS-YNT-013" TargetMode="External" Id="rId13" /><Relationship Type="http://schemas.openxmlformats.org/officeDocument/2006/relationships/hyperlink" Target="https://kvys.giresun.edu.tr/dn/KYS-YNT-015" TargetMode="External" Id="rId14" /><Relationship Type="http://schemas.openxmlformats.org/officeDocument/2006/relationships/hyperlink" Target="https://kvys.giresun.edu.tr/dn/KYS-YNT-009" TargetMode="External" Id="rId15" /><Relationship Type="http://schemas.openxmlformats.org/officeDocument/2006/relationships/hyperlink" Target="https://kvys.giresun.edu.tr/dn/KYS-YNT-004" TargetMode="External" Id="rId16" /><Relationship Type="http://schemas.openxmlformats.org/officeDocument/2006/relationships/hyperlink" Target="https://kvys.giresun.edu.tr/dn/KYS-YNR-089" TargetMode="External" Id="rId17" /><Relationship Type="http://schemas.openxmlformats.org/officeDocument/2006/relationships/hyperlink" Target="https://kvys.giresun.edu.tr/dn/KYS-YNR-078" TargetMode="External" Id="rId18" /><Relationship Type="http://schemas.openxmlformats.org/officeDocument/2006/relationships/hyperlink" Target="https://kvys.giresun.edu.tr/dn/KYS-YNT-022" TargetMode="External" Id="rId19" /><Relationship Type="http://schemas.openxmlformats.org/officeDocument/2006/relationships/hyperlink" Target="https://kvys.giresun.edu.tr/dn/KYS-YNT-001" TargetMode="External" Id="rId20" /><Relationship Type="http://schemas.openxmlformats.org/officeDocument/2006/relationships/hyperlink" Target="https://kvys.giresun.edu.tr/dn/KYS-YNR-082" TargetMode="External" Id="rId21" /><Relationship Type="http://schemas.openxmlformats.org/officeDocument/2006/relationships/hyperlink" Target="https://kvys.giresun.edu.tr/dn/KYS-YNR-014" TargetMode="External" Id="rId22" /><Relationship Type="http://schemas.openxmlformats.org/officeDocument/2006/relationships/hyperlink" Target="https://kvys.giresun.edu.tr/dn/KYS-YNR-021" TargetMode="External" Id="rId23" /><Relationship Type="http://schemas.openxmlformats.org/officeDocument/2006/relationships/hyperlink" Target="https://kvys.giresun.edu.tr/dn/KYS-YNT-003" TargetMode="External" Id="rId24" /><Relationship Type="http://schemas.openxmlformats.org/officeDocument/2006/relationships/hyperlink" Target="https://kvys.giresun.edu.tr/dn/KYS-YNR-071" TargetMode="External" Id="rId25" /><Relationship Type="http://schemas.openxmlformats.org/officeDocument/2006/relationships/hyperlink" Target="https://kvys.giresun.edu.tr/dn/KYS-YNR-042" TargetMode="External" Id="rId26" /><Relationship Type="http://schemas.openxmlformats.org/officeDocument/2006/relationships/hyperlink" Target="https://kvys.giresun.edu.tr/dn/KYS-YNT-002" TargetMode="External" Id="rId27" /><Relationship Type="http://schemas.openxmlformats.org/officeDocument/2006/relationships/hyperlink" Target="https://kvys.giresun.edu.tr/dn/KYS-YNR-070" TargetMode="External" Id="rId28" /><Relationship Type="http://schemas.openxmlformats.org/officeDocument/2006/relationships/hyperlink" Target="https://kvys.giresun.edu.tr/dn/KYS-YNR-008" TargetMode="External" Id="rId29" /><Relationship Type="http://schemas.openxmlformats.org/officeDocument/2006/relationships/hyperlink" Target="https://kvys.giresun.edu.tr/dn/KYS-YNR-049" TargetMode="External" Id="rId30" /><Relationship Type="http://schemas.openxmlformats.org/officeDocument/2006/relationships/hyperlink" Target="https://kvys.giresun.edu.tr/dn/KYS-YNT-020" TargetMode="External" Id="rId31" /><Relationship Type="http://schemas.openxmlformats.org/officeDocument/2006/relationships/hyperlink" Target="https://kvys.giresun.edu.tr/dn/KYS-YNR-047" TargetMode="External" Id="rId32" /><Relationship Type="http://schemas.openxmlformats.org/officeDocument/2006/relationships/hyperlink" Target="https://kvys.giresun.edu.tr/dn/KYS-YNR-010" TargetMode="External" Id="rId33" /><Relationship Type="http://schemas.openxmlformats.org/officeDocument/2006/relationships/hyperlink" Target="https://kvys.giresun.edu.tr/dn/KYS-YNT-005" TargetMode="External" Id="rId34" /><Relationship Type="http://schemas.openxmlformats.org/officeDocument/2006/relationships/hyperlink" Target="https://kvys.giresun.edu.tr/dn/KYS-YNR-018" TargetMode="External" Id="rId35" /><Relationship Type="http://schemas.openxmlformats.org/officeDocument/2006/relationships/hyperlink" Target="https://kvys.giresun.edu.tr/dn/KYS-YNT-021" TargetMode="External" Id="rId36" /><Relationship Type="http://schemas.openxmlformats.org/officeDocument/2006/relationships/hyperlink" Target="https://kvys.giresun.edu.tr/dn/KYS-YNR-081" TargetMode="External" Id="rId37" /><Relationship Type="http://schemas.openxmlformats.org/officeDocument/2006/relationships/hyperlink" Target="https://kvys.giresun.edu.tr/dn/KYS-YNR-019" TargetMode="External" Id="rId38" /><Relationship Type="http://schemas.openxmlformats.org/officeDocument/2006/relationships/hyperlink" Target="https://kvys.giresun.edu.tr/dn/KYS-YNR-026" TargetMode="External" Id="rId39" /><Relationship Type="http://schemas.openxmlformats.org/officeDocument/2006/relationships/hyperlink" Target="https://kvys.giresun.edu.tr/dn/KYS-YNR-009" TargetMode="External" Id="rId40" /><Relationship Type="http://schemas.openxmlformats.org/officeDocument/2006/relationships/hyperlink" Target="https://kvys.giresun.edu.tr/dn/KYS-YNR-027" TargetMode="External" Id="rId41" /><Relationship Type="http://schemas.openxmlformats.org/officeDocument/2006/relationships/hyperlink" Target="https://kvys.giresun.edu.tr/dn/KYS-YNR-005" TargetMode="External" Id="rId42" /><Relationship Type="http://schemas.openxmlformats.org/officeDocument/2006/relationships/hyperlink" Target="https://kvys.giresun.edu.tr/dn/KYS-YNR-088" TargetMode="External" Id="rId43" /><Relationship Type="http://schemas.openxmlformats.org/officeDocument/2006/relationships/hyperlink" Target="https://kvys.giresun.edu.tr/dn/KYS-YNR-020" TargetMode="External" Id="rId44" /><Relationship Type="http://schemas.openxmlformats.org/officeDocument/2006/relationships/hyperlink" Target="https://kvys.giresun.edu.tr/dn/KYS-YNR-036" TargetMode="External" Id="rId45" /><Relationship Type="http://schemas.openxmlformats.org/officeDocument/2006/relationships/hyperlink" Target="https://kvys.giresun.edu.tr/dn/KYS-YNR-083" TargetMode="External" Id="rId46" /><Relationship Type="http://schemas.openxmlformats.org/officeDocument/2006/relationships/header" Target="/word/header1.xml" Id="R83aca9de6dc54e12" /><Relationship Type="http://schemas.openxmlformats.org/officeDocument/2006/relationships/footer" Target="/word/footer1.xml" Id="R342a1ad2119843bc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623a686b1e0343d4" /><Relationship Type="http://schemas.openxmlformats.org/officeDocument/2006/relationships/hyperlink" Target="https://kvys.giresun.edu.tr/sg/38" TargetMode="External" Id="R67f0a1345166420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815fe4bd64df4356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989</Words>
  <Characters>5643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sipahi</cp:lastModifiedBy>
  <cp:revision>3</cp:revision>
  <dcterms:created xsi:type="dcterms:W3CDTF">2013-12-23T23:15:00Z</dcterms:created>
  <dcterms:modified xsi:type="dcterms:W3CDTF">2026-06-10T19:57:00Z</dcterms:modified>
  <cp:category/>
</cp:coreProperties>
</file>