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586DCE" w14:paraId="0582AD46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586DCE" w:rsidRDefault="00000000" w14:paraId="7754A674" w14:textId="77777777">
            <w:pPr>
              <w:spacing w:before="40" w:after="40"/>
              <w:jc w:val="center"/>
            </w:pPr>
            <w:r>
              <w:rPr>
                <w:b/>
              </w:rPr>
              <w:t>PRS.03.02  ÜNİVERSİTE-SANAYİ İŞBİRLİĞİ SÜRECİ</w:t>
            </w:r>
          </w:p>
        </w:tc>
      </w:tr>
      <w:tr w:rsidR="00586DCE" w14:paraId="7CCE950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86DCE" w:rsidRDefault="00000000" w14:paraId="013E16F2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586DCE" w:rsidRDefault="00000000" w14:paraId="46030473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586DCE" w14:paraId="545B23A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86DCE" w:rsidRDefault="00000000" w14:paraId="1C373BE1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586DCE" w:rsidRDefault="00000000" w14:paraId="0E00EB9A" w14:textId="5B3D4DA7">
            <w:pPr>
              <w:spacing w:before="40" w:after="40"/>
            </w:pPr>
            <w:r>
              <w:t xml:space="preserve">Sağlık, Kültür ve Spor Daire Başkanlığı (SKSDB), </w:t>
            </w:r>
            <w:r w:rsidRPr="00CF7387" w:rsidR="0063613E">
              <w:t xml:space="preserve">GRÜ-TTM: Giresun </w:t>
            </w:r>
            <w:proofErr w:type="spellStart"/>
            <w:r w:rsidRPr="00CF7387" w:rsidR="0063613E">
              <w:t>Üniversitesi</w:t>
            </w:r>
            <w:proofErr w:type="spellEnd"/>
            <w:r w:rsidRPr="00CF7387" w:rsidR="0063613E">
              <w:t xml:space="preserve"> </w:t>
            </w:r>
            <w:proofErr w:type="spellStart"/>
            <w:r w:rsidRPr="00CF7387" w:rsidR="0063613E">
              <w:t>Teknoloji</w:t>
            </w:r>
            <w:proofErr w:type="spellEnd"/>
            <w:r w:rsidRPr="00CF7387" w:rsidR="0063613E">
              <w:t xml:space="preserve"> </w:t>
            </w:r>
            <w:proofErr w:type="spellStart"/>
            <w:r w:rsidRPr="00CF7387" w:rsidR="0063613E">
              <w:t>Transferi</w:t>
            </w:r>
            <w:proofErr w:type="spellEnd"/>
            <w:r w:rsidRPr="00CF7387" w:rsidR="0063613E">
              <w:t xml:space="preserve"> </w:t>
            </w:r>
            <w:proofErr w:type="spellStart"/>
            <w:r w:rsidRPr="00CF7387" w:rsidR="0063613E">
              <w:t>Uygulama</w:t>
            </w:r>
            <w:proofErr w:type="spellEnd"/>
            <w:r w:rsidRPr="00CF7387" w:rsidR="0063613E">
              <w:t xml:space="preserve"> </w:t>
            </w:r>
            <w:proofErr w:type="spellStart"/>
            <w:r w:rsidRPr="00CF7387" w:rsidR="0063613E">
              <w:t>ve</w:t>
            </w:r>
            <w:proofErr w:type="spellEnd"/>
            <w:r w:rsidRPr="00CF7387" w:rsidR="0063613E">
              <w:t xml:space="preserve"> </w:t>
            </w:r>
            <w:proofErr w:type="spellStart"/>
            <w:r w:rsidRPr="00CF7387" w:rsidR="0063613E">
              <w:t>Araştırma</w:t>
            </w:r>
            <w:proofErr w:type="spellEnd"/>
            <w:r w:rsidRPr="00CF7387" w:rsidR="0063613E">
              <w:t xml:space="preserve"> </w:t>
            </w:r>
            <w:proofErr w:type="spellStart"/>
            <w:r w:rsidRPr="00CF7387" w:rsidR="0063613E">
              <w:t>Merkezi</w:t>
            </w:r>
            <w:proofErr w:type="spellEnd"/>
            <w:r>
              <w:t xml:space="preserve">, </w:t>
            </w:r>
            <w:proofErr w:type="spellStart"/>
            <w:r>
              <w:t>Rektörlük</w:t>
            </w:r>
            <w:proofErr w:type="spellEnd"/>
            <w:r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>, Fakülte/Enstitü/YO/MYO, Sürekli Eğitim Araştırma ve Uygulama Merkezi (GUSEM), Akreditasyon, Akademik Değerlendirme ve Kalite Koordinatörlüğü</w:t>
            </w:r>
          </w:p>
        </w:tc>
      </w:tr>
      <w:tr w:rsidR="00586DCE" w14:paraId="72F5C434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86DCE" w:rsidRDefault="00000000" w14:paraId="477373B1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586DCE" w:rsidRDefault="00000000" w14:paraId="332A25B8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586DCE" w14:paraId="340DC314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86DCE" w:rsidRDefault="00000000" w14:paraId="59750037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586DCE" w:rsidRDefault="00000000" w14:paraId="78962B73" w14:textId="77777777">
            <w:pPr>
              <w:spacing w:before="40" w:after="40"/>
            </w:pPr>
            <w:r>
              <w:t>Üniversitenin sektör, yerel yönetim ve sivil toplum kuruluşlarıyla toplumsal yarara dönük işbirliklerinin yönetilmesi, sosyal sorumluluk projelerinin koordinasyonu.</w:t>
            </w:r>
          </w:p>
        </w:tc>
      </w:tr>
      <w:tr w:rsidR="00586DCE" w14:paraId="5532B3E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586DCE" w:rsidRDefault="00000000" w14:paraId="0F01AA1D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586DCE" w:rsidRDefault="00000000" w14:paraId="4DE7D7D3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586DCE" w:rsidRDefault="00000000" w14:paraId="524FA9D2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586DCE" w:rsidTr="008F364B" w14:paraId="0605EADA" w14:textId="77777777">
        <w:trPr>
          <w:jc w:val="center"/>
        </w:trPr>
        <w:tc>
          <w:tcPr>
            <w:tcW w:w="3513" w:type="dxa"/>
            <w:vAlign w:val="center"/>
          </w:tcPr>
          <w:p w:rsidR="00586DCE" w:rsidP="008F364B" w:rsidRDefault="00000000" w14:paraId="152CA439" w14:textId="77777777">
            <w:pPr>
              <w:spacing w:before="40" w:after="40"/>
            </w:pPr>
            <w:r>
              <w:t>Sektör ve sanayi sosyal sorumluluk talepleri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6CA4E97C" w14:textId="72D776F6">
            <w:pPr>
              <w:spacing w:before="40" w:after="40"/>
            </w:pPr>
            <w:r>
              <w:t>TT</w:t>
            </w:r>
            <w:r w:rsidR="0063613E">
              <w:t>M</w:t>
            </w:r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>, EBYS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0D9E1E87" w14:textId="77777777">
            <w:pPr>
              <w:spacing w:before="40" w:after="40"/>
            </w:pPr>
            <w:r>
              <w:t>Toplumsal işbirliği protokolleri</w:t>
            </w:r>
          </w:p>
        </w:tc>
      </w:tr>
      <w:tr w:rsidR="00586DCE" w:rsidTr="008F364B" w14:paraId="65F3063D" w14:textId="77777777">
        <w:trPr>
          <w:jc w:val="center"/>
        </w:trPr>
        <w:tc>
          <w:tcPr>
            <w:tcW w:w="3513" w:type="dxa"/>
            <w:vAlign w:val="center"/>
          </w:tcPr>
          <w:p w:rsidR="00586DCE" w:rsidP="008F364B" w:rsidRDefault="00000000" w14:paraId="2C0F5D73" w14:textId="77777777">
            <w:pPr>
              <w:spacing w:before="40" w:after="40"/>
            </w:pPr>
            <w:r>
              <w:t>Yerel yönetim işbirliği önerileri (Belediye, Valilik, Kaymakamlık)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6480DDB7" w14:textId="006CFADD">
            <w:pPr>
              <w:spacing w:before="40" w:after="40"/>
            </w:pPr>
            <w:r>
              <w:t xml:space="preserve">SKSDB </w:t>
            </w:r>
            <w:proofErr w:type="spellStart"/>
            <w:r>
              <w:t>faaliyet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r w:rsidR="008F364B">
              <w:t>i</w:t>
            </w:r>
            <w:proofErr w:type="spellEnd"/>
          </w:p>
        </w:tc>
        <w:tc>
          <w:tcPr>
            <w:tcW w:w="3513" w:type="dxa"/>
            <w:vAlign w:val="center"/>
          </w:tcPr>
          <w:p w:rsidR="00586DCE" w:rsidP="008F364B" w:rsidRDefault="00000000" w14:paraId="3EC6A69F" w14:textId="77777777">
            <w:pPr>
              <w:spacing w:before="40" w:after="40"/>
            </w:pPr>
            <w:r>
              <w:t>Yerel yönetim ortak etkinlik raporları</w:t>
            </w:r>
          </w:p>
        </w:tc>
      </w:tr>
      <w:tr w:rsidR="00586DCE" w:rsidTr="008F364B" w14:paraId="7C6623D2" w14:textId="77777777">
        <w:trPr>
          <w:jc w:val="center"/>
        </w:trPr>
        <w:tc>
          <w:tcPr>
            <w:tcW w:w="3513" w:type="dxa"/>
            <w:vAlign w:val="center"/>
          </w:tcPr>
          <w:p w:rsidR="00586DCE" w:rsidP="008F364B" w:rsidRDefault="00000000" w14:paraId="37434241" w14:textId="77777777">
            <w:pPr>
              <w:spacing w:before="40" w:after="40"/>
            </w:pPr>
            <w:r>
              <w:t>STK işbirliği teklifleri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2A518744" w14:textId="623ADFC7">
            <w:pPr>
              <w:spacing w:before="40" w:after="40"/>
            </w:pPr>
            <w:r>
              <w:t xml:space="preserve">SKSDB </w:t>
            </w:r>
            <w:proofErr w:type="spellStart"/>
            <w:r>
              <w:t>faaliyet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r w:rsidR="008F364B">
              <w:t>i</w:t>
            </w:r>
            <w:proofErr w:type="spellEnd"/>
          </w:p>
        </w:tc>
        <w:tc>
          <w:tcPr>
            <w:tcW w:w="3513" w:type="dxa"/>
            <w:vAlign w:val="center"/>
          </w:tcPr>
          <w:p w:rsidR="00586DCE" w:rsidP="008F364B" w:rsidRDefault="00000000" w14:paraId="14BEF267" w14:textId="77777777">
            <w:pPr>
              <w:spacing w:before="40" w:after="40"/>
            </w:pPr>
            <w:r>
              <w:t>STK ortak çalışma raporları</w:t>
            </w:r>
          </w:p>
        </w:tc>
      </w:tr>
      <w:tr w:rsidR="00586DCE" w:rsidTr="008F364B" w14:paraId="32394770" w14:textId="77777777">
        <w:trPr>
          <w:jc w:val="center"/>
        </w:trPr>
        <w:tc>
          <w:tcPr>
            <w:tcW w:w="3513" w:type="dxa"/>
            <w:vAlign w:val="center"/>
          </w:tcPr>
          <w:p w:rsidR="00586DCE" w:rsidP="008F364B" w:rsidRDefault="00000000" w14:paraId="75791749" w14:textId="77777777">
            <w:pPr>
              <w:spacing w:before="40" w:after="40"/>
            </w:pPr>
            <w:r>
              <w:t>Halk talep ve şikayetleri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417F5038" w14:textId="77777777">
            <w:pPr>
              <w:spacing w:before="40" w:after="40"/>
            </w:pPr>
            <w:r>
              <w:t>Birim Web Sayfası, Sosyal medya kanalları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4C354232" w14:textId="77777777">
            <w:pPr>
              <w:spacing w:before="40" w:after="40"/>
            </w:pPr>
            <w:r>
              <w:t>Halkın yararlandığı etkinlik istatistikleri</w:t>
            </w:r>
          </w:p>
        </w:tc>
      </w:tr>
      <w:tr w:rsidR="00586DCE" w:rsidTr="008F364B" w14:paraId="6328097C" w14:textId="77777777">
        <w:trPr>
          <w:jc w:val="center"/>
        </w:trPr>
        <w:tc>
          <w:tcPr>
            <w:tcW w:w="3513" w:type="dxa"/>
            <w:vAlign w:val="center"/>
          </w:tcPr>
          <w:p w:rsidR="00586DCE" w:rsidP="008F364B" w:rsidRDefault="00000000" w14:paraId="5A767445" w14:textId="77777777">
            <w:pPr>
              <w:spacing w:before="40" w:after="40"/>
            </w:pPr>
            <w:r>
              <w:t>Akademik personel sosyal proje önerileri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0D575A14" w14:textId="77777777">
            <w:pPr>
              <w:spacing w:before="40" w:after="40"/>
            </w:pPr>
            <w:r>
              <w:t>SKSDB faaliyet yönetim sistemi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6B277107" w14:textId="77777777">
            <w:pPr>
              <w:spacing w:before="40" w:after="40"/>
            </w:pPr>
            <w:r>
              <w:t>Sosyal sorumluluk proje çıktıları</w:t>
            </w:r>
          </w:p>
        </w:tc>
      </w:tr>
      <w:tr w:rsidR="00586DCE" w:rsidTr="008F364B" w14:paraId="17769D90" w14:textId="77777777">
        <w:trPr>
          <w:jc w:val="center"/>
        </w:trPr>
        <w:tc>
          <w:tcPr>
            <w:tcW w:w="3513" w:type="dxa"/>
            <w:vAlign w:val="center"/>
          </w:tcPr>
          <w:p w:rsidR="00586DCE" w:rsidP="008F364B" w:rsidRDefault="00000000" w14:paraId="1200C220" w14:textId="49D3FC04">
            <w:pPr>
              <w:spacing w:before="40" w:after="40"/>
            </w:pPr>
            <w:r>
              <w:t>G</w:t>
            </w:r>
            <w:r w:rsidR="008F364B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3513" w:type="dxa"/>
            <w:vAlign w:val="center"/>
          </w:tcPr>
          <w:p w:rsidR="00586DCE" w:rsidP="008F364B" w:rsidRDefault="00000000" w14:paraId="42240491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  <w:vAlign w:val="center"/>
          </w:tcPr>
          <w:p w:rsidR="00586DCE" w:rsidP="008F364B" w:rsidRDefault="00000000" w14:paraId="7ACFF854" w14:textId="77777777">
            <w:pPr>
              <w:spacing w:before="40" w:after="40"/>
            </w:pPr>
            <w:r>
              <w:t>(performans raporu referansı → PRS.03.01)</w:t>
            </w:r>
          </w:p>
        </w:tc>
      </w:tr>
      <w:tr w:rsidR="00586DCE" w14:paraId="15919B1D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63613E" w:rsidR="00586DCE" w:rsidRDefault="00000000" w14:paraId="3C875822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Çapraz Referanslar (Diğer Süreçlerle Bağlantı):</w:t>
            </w:r>
          </w:p>
          <w:p w:rsidR="00586DCE" w:rsidRDefault="00000000" w14:paraId="2F4CDA62" w14:textId="77777777">
            <w:pPr>
              <w:spacing w:before="40" w:after="40"/>
            </w:pPr>
            <w:r>
              <w:t>1. PRS.03.01 Toplumsal Katkı Planlama ve İzleme Süreci</w:t>
            </w:r>
          </w:p>
          <w:p w:rsidR="00586DCE" w:rsidRDefault="00000000" w14:paraId="3262A6C3" w14:textId="77777777">
            <w:pPr>
              <w:spacing w:before="40" w:after="40"/>
            </w:pPr>
            <w:r>
              <w:t>2. PRS.02.02 Bilgi Transferi Süreci — Sanayi Ar-Ge işbirlikleri (farklı kapsam)</w:t>
            </w:r>
          </w:p>
          <w:p w:rsidR="00586DCE" w:rsidRDefault="00000000" w14:paraId="0DA4536C" w14:textId="77777777">
            <w:pPr>
              <w:spacing w:before="40" w:after="40"/>
            </w:pPr>
            <w:r>
              <w:t>3. PRS.03.03 Sürekli Eğitim ve Yaşam Boyu Öğrenme Süreci</w:t>
            </w:r>
          </w:p>
          <w:p w:rsidR="00586DCE" w:rsidRDefault="00000000" w14:paraId="7420FBC5" w14:textId="77777777">
            <w:pPr>
              <w:spacing w:before="40" w:after="40"/>
            </w:pPr>
            <w:r>
              <w:t>4. PRS.03.04 Topluma Yönelik Danışmanlık ve Hizmet Süreci</w:t>
            </w:r>
          </w:p>
          <w:p w:rsidR="00586DCE" w:rsidRDefault="00000000" w14:paraId="3067B4D8" w14:textId="77777777">
            <w:pPr>
              <w:spacing w:before="40" w:after="40"/>
            </w:pPr>
            <w:r>
              <w:t>5. PRS.05.03 Paydaş İlişkileri Süreci</w:t>
            </w:r>
          </w:p>
        </w:tc>
      </w:tr>
    </w:tbl>
    <w:p w:rsidR="00586DCE" w:rsidRDefault="00000000" w14:paraId="0DF85672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86DCE" w14:paraId="587AFDE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86DCE" w:rsidRDefault="00000000" w14:paraId="0B18FBA7" w14:textId="77777777">
            <w:pPr>
              <w:spacing w:before="40" w:after="40"/>
              <w:jc w:val="center"/>
            </w:pPr>
            <w:r>
              <w:rPr>
                <w:b/>
              </w:rPr>
              <w:t>F3.2.1 Sektör-Üniversite Toplumsal İşbirliği Protokollerinin Yönetimi</w:t>
            </w:r>
          </w:p>
        </w:tc>
      </w:tr>
      <w:tr w:rsidR="00586DCE" w14:paraId="0A417FA4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016B3E4B" w14:textId="77777777">
            <w:pPr>
              <w:spacing w:before="40" w:after="40"/>
            </w:pPr>
            <w:r w:rsidRPr="0063613E">
              <w:rPr>
                <w:b/>
                <w:bCs/>
              </w:rPr>
              <w:t>Faaliyetin Amacı:</w:t>
            </w:r>
            <w:r>
              <w:t xml:space="preserve"> Sektörle toplumsal yarara dönük (Ar-Ge dışı) işbirliği protokollerinin hazırlanması, imzalanması ve takibi.</w:t>
            </w:r>
          </w:p>
        </w:tc>
      </w:tr>
      <w:tr w:rsidR="00586DCE" w14:paraId="2BA39D9F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0DCA797E" w14:textId="0B5098D9">
            <w:pPr>
              <w:spacing w:before="40" w:after="40"/>
            </w:pPr>
            <w:r w:rsidRPr="0063613E">
              <w:rPr>
                <w:b/>
                <w:bCs/>
              </w:rPr>
              <w:t xml:space="preserve">Faaliyetin </w:t>
            </w:r>
            <w:proofErr w:type="spellStart"/>
            <w:r w:rsidRPr="0063613E">
              <w:rPr>
                <w:b/>
                <w:bCs/>
              </w:rPr>
              <w:t>Yürütüldüğü</w:t>
            </w:r>
            <w:proofErr w:type="spellEnd"/>
            <w:r w:rsidRPr="0063613E">
              <w:rPr>
                <w:b/>
                <w:bCs/>
              </w:rPr>
              <w:t xml:space="preserve"> Birimler:</w:t>
            </w:r>
            <w:r>
              <w:t xml:space="preserve"> SKSDB, TT</w:t>
            </w:r>
            <w:r w:rsidR="0063613E">
              <w:t>M</w:t>
            </w:r>
            <w:r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  <w:r>
              <w:t xml:space="preserve">, </w:t>
            </w:r>
            <w:proofErr w:type="spellStart"/>
            <w:r>
              <w:t>Rektörlük</w:t>
            </w:r>
            <w:proofErr w:type="spellEnd"/>
          </w:p>
        </w:tc>
      </w:tr>
      <w:tr w:rsidR="00586DCE" w14:paraId="672FB68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86DCE" w:rsidRDefault="00000000" w14:paraId="3EE2997E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162745DD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7BAFEB4D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26E2D5C5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86DCE" w:rsidTr="008F364B" w14:paraId="4FD2F5B6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2C79B887" w14:textId="77777777">
            <w:pPr>
              <w:spacing w:before="40" w:after="40"/>
            </w:pPr>
            <w:r>
              <w:t>1. Sektör/sanayi toplumsal işbirliği taleplerinin değerlendirilmesi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54A8CCF6" w14:textId="7E74746A">
            <w:pPr>
              <w:spacing w:before="40" w:after="40"/>
            </w:pPr>
            <w:r>
              <w:t>SKSDB, TT</w:t>
            </w:r>
            <w:r w:rsidR="0063613E">
              <w:t>M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6ACBE2DD" w14:textId="77777777">
            <w:pPr>
              <w:spacing w:before="40" w:after="40"/>
            </w:pPr>
            <w:r>
              <w:t>Paydaş analiz raporları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2ACB2EE6" w14:textId="77777777">
            <w:pPr>
              <w:spacing w:before="40" w:after="40"/>
            </w:pPr>
            <w:r>
              <w:t>Elektronik Ortam</w:t>
            </w:r>
          </w:p>
        </w:tc>
      </w:tr>
      <w:tr w:rsidR="00586DCE" w:rsidTr="008F364B" w14:paraId="18CEB57B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6B291DE2" w14:textId="77777777">
            <w:pPr>
              <w:spacing w:before="40" w:after="40"/>
            </w:pPr>
            <w:r>
              <w:t>2. İşbirliği protokol taslağının hazırlanması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236C4DFB" w14:textId="77777777">
            <w:pPr>
              <w:spacing w:before="40" w:after="40"/>
            </w:pPr>
            <w:r>
              <w:t>SKSDB, Hukuk Müşavirliği</w:t>
            </w:r>
          </w:p>
        </w:tc>
        <w:tc>
          <w:tcPr>
            <w:tcW w:w="2635" w:type="dxa"/>
            <w:vAlign w:val="center"/>
          </w:tcPr>
          <w:p w:rsidRPr="0063613E" w:rsidR="00586DCE" w:rsidP="008F364B" w:rsidRDefault="00000000" w14:paraId="0CF858CC" w14:textId="476977DA">
            <w:pPr>
              <w:spacing w:before="40" w:after="40"/>
              <w:rPr>
                <w:color w:val="000000" w:themeColor="text1"/>
              </w:rPr>
            </w:pPr>
            <w:r w:rsidRPr="0063613E">
              <w:rPr>
                <w:color w:val="000000" w:themeColor="text1"/>
              </w:rPr>
              <w:t xml:space="preserve">Protokol Şablonu 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2E734FF2" w14:textId="77777777">
            <w:pPr>
              <w:spacing w:before="40" w:after="40"/>
            </w:pPr>
            <w:r>
              <w:t>Elektronik Ortam, EBYS</w:t>
            </w:r>
          </w:p>
        </w:tc>
      </w:tr>
      <w:tr w:rsidR="00586DCE" w:rsidTr="008F364B" w14:paraId="28E7D1BD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4D14FCDC" w14:textId="77777777">
            <w:pPr>
              <w:spacing w:before="40" w:after="40"/>
            </w:pPr>
            <w:r>
              <w:t>3. Protokolün Rektörlük tarafından imzalanması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39356135" w14:textId="77777777">
            <w:pPr>
              <w:spacing w:before="40" w:after="40"/>
            </w:pPr>
            <w:r>
              <w:t>Rektör, SKSDB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4FDF0D90" w14:textId="77777777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3B1828F3" w14:textId="77777777">
            <w:pPr>
              <w:spacing w:before="40" w:after="40"/>
            </w:pPr>
            <w:r>
              <w:t>EBYS, Fiziksel Ortam</w:t>
            </w:r>
          </w:p>
        </w:tc>
      </w:tr>
      <w:tr w:rsidR="00586DCE" w:rsidTr="008F364B" w14:paraId="06338EC4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606602DF" w14:textId="77777777">
            <w:pPr>
              <w:spacing w:before="40" w:after="40"/>
            </w:pPr>
            <w:r>
              <w:lastRenderedPageBreak/>
              <w:t>4. Protokol kapsamındaki faaliyetlerin izlenmesi ve raporlanması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4488FC3A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56412764" w14:textId="77777777">
            <w:pPr>
              <w:spacing w:before="40" w:after="40"/>
            </w:pPr>
            <w:r>
              <w:t>Protokol metni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1C911DDE" w14:textId="77777777">
            <w:pPr>
              <w:spacing w:before="40" w:after="40"/>
            </w:pPr>
            <w:r>
              <w:t>EBYS</w:t>
            </w:r>
          </w:p>
        </w:tc>
      </w:tr>
      <w:tr w:rsidR="00586DCE" w14:paraId="4DC408E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02F8A2C3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İzleme Kriterleri:</w:t>
            </w:r>
          </w:p>
          <w:p w:rsidR="00586DCE" w:rsidRDefault="00000000" w14:paraId="1788D71A" w14:textId="77777777">
            <w:pPr>
              <w:spacing w:before="40" w:after="40"/>
            </w:pPr>
            <w:r>
              <w:t>1. Yıllık imzalanan toplumsal işbirliği protokol sayısı</w:t>
            </w:r>
          </w:p>
          <w:p w:rsidR="00586DCE" w:rsidRDefault="00000000" w14:paraId="77B0C621" w14:textId="77777777">
            <w:pPr>
              <w:spacing w:before="40" w:after="40"/>
            </w:pPr>
            <w:r>
              <w:t>2. Aktif/sona ermiş protokol oranı</w:t>
            </w:r>
          </w:p>
          <w:p w:rsidR="00586DCE" w:rsidRDefault="00000000" w14:paraId="53ADCDFB" w14:textId="77777777">
            <w:pPr>
              <w:spacing w:before="40" w:after="40"/>
            </w:pPr>
            <w:r>
              <w:t>3. Protokol kapsamında gerçekleşen faaliyet sayısı</w:t>
            </w:r>
          </w:p>
        </w:tc>
      </w:tr>
      <w:tr w:rsidR="00586DCE" w14:paraId="1F37DBF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74963CEA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Riskler:</w:t>
            </w:r>
          </w:p>
          <w:p w:rsidR="00586DCE" w:rsidRDefault="00000000" w14:paraId="42ABC349" w14:textId="77777777">
            <w:pPr>
              <w:spacing w:before="40" w:after="40"/>
            </w:pPr>
            <w:r>
              <w:t>1. Protokollerin somut faaliyete dönüşmemesi</w:t>
            </w:r>
          </w:p>
          <w:p w:rsidR="00586DCE" w:rsidRDefault="00000000" w14:paraId="526F9F1C" w14:textId="77777777">
            <w:pPr>
              <w:spacing w:before="40" w:after="40"/>
            </w:pPr>
            <w:r>
              <w:t>2. Hukuki sorunlar</w:t>
            </w:r>
          </w:p>
        </w:tc>
      </w:tr>
      <w:tr w:rsidR="00586DCE" w14:paraId="35C00FF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3CFEC164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Fırsatlar:</w:t>
            </w:r>
          </w:p>
          <w:p w:rsidR="00586DCE" w:rsidRDefault="00000000" w14:paraId="144DDC51" w14:textId="77777777">
            <w:pPr>
              <w:spacing w:before="40" w:after="40"/>
            </w:pPr>
            <w:r>
              <w:t>1. Bölgesel kalkınma ve toplumsal güven</w:t>
            </w:r>
          </w:p>
          <w:p w:rsidR="00586DCE" w:rsidRDefault="00000000" w14:paraId="0A09D1BE" w14:textId="77777777">
            <w:pPr>
              <w:spacing w:before="40" w:after="40"/>
            </w:pPr>
            <w:r>
              <w:t>2. Sektör kaynaklı kaynak akışı</w:t>
            </w:r>
          </w:p>
        </w:tc>
      </w:tr>
    </w:tbl>
    <w:p w:rsidR="00586DCE" w:rsidRDefault="00586DCE" w14:paraId="24320599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774"/>
        <w:gridCol w:w="2635"/>
        <w:gridCol w:w="2635"/>
        <w:gridCol w:w="2635"/>
      </w:tblGrid>
      <w:tr w:rsidR="00586DCE" w14:paraId="587DF15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86DCE" w:rsidRDefault="00000000" w14:paraId="2E0D8A43" w14:textId="77777777">
            <w:pPr>
              <w:spacing w:before="40" w:after="40"/>
              <w:jc w:val="center"/>
            </w:pPr>
            <w:r>
              <w:rPr>
                <w:b/>
              </w:rPr>
              <w:t>F3.2.2 Sosyal Sorumluluk Projelerinin Tasarımı ve Yürütülmesi</w:t>
            </w:r>
          </w:p>
        </w:tc>
      </w:tr>
      <w:tr w:rsidR="00586DCE" w14:paraId="1D325F64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72A0C855" w14:textId="77777777">
            <w:pPr>
              <w:spacing w:before="40" w:after="40"/>
            </w:pPr>
            <w:r w:rsidRPr="0063613E">
              <w:rPr>
                <w:b/>
                <w:bCs/>
              </w:rPr>
              <w:t>Faaliyetin Amacı:</w:t>
            </w:r>
            <w:r>
              <w:t xml:space="preserve"> Üniversite, öğrenci, akademisyen ve sektör paydaşları ile birlikte sosyal sorumluluk projelerinin tasarımı ve yürütülmesi.</w:t>
            </w:r>
          </w:p>
        </w:tc>
      </w:tr>
      <w:tr w:rsidR="00586DCE" w14:paraId="0DCCDB8C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30823235" w14:textId="5876B129">
            <w:pPr>
              <w:spacing w:before="40" w:after="40"/>
            </w:pPr>
            <w:r w:rsidRPr="0063613E">
              <w:rPr>
                <w:b/>
                <w:bCs/>
              </w:rPr>
              <w:t xml:space="preserve">Faaliyetin </w:t>
            </w:r>
            <w:proofErr w:type="spellStart"/>
            <w:r w:rsidRPr="0063613E">
              <w:rPr>
                <w:b/>
                <w:bCs/>
              </w:rPr>
              <w:t>Yürütüldüğü</w:t>
            </w:r>
            <w:proofErr w:type="spellEnd"/>
            <w:r w:rsidRPr="0063613E">
              <w:rPr>
                <w:b/>
                <w:bCs/>
              </w:rPr>
              <w:t xml:space="preserve"> Birimler:</w:t>
            </w:r>
            <w:r>
              <w:t xml:space="preserve"> SKSDB,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 w:rsidR="008F364B">
              <w:t>Toplulukları</w:t>
            </w:r>
            <w:proofErr w:type="spellEnd"/>
            <w:r>
              <w:t xml:space="preserve">, Akademik </w:t>
            </w:r>
            <w:proofErr w:type="spellStart"/>
            <w:r>
              <w:t>personel</w:t>
            </w:r>
            <w:proofErr w:type="spellEnd"/>
            <w:r>
              <w:t xml:space="preserve">, </w:t>
            </w:r>
            <w:proofErr w:type="spellStart"/>
            <w:r>
              <w:t>Sektör</w:t>
            </w:r>
            <w:proofErr w:type="spellEnd"/>
            <w:r>
              <w:t xml:space="preserve">/STK </w:t>
            </w:r>
            <w:proofErr w:type="spellStart"/>
            <w:r>
              <w:t>ortakları</w:t>
            </w:r>
            <w:proofErr w:type="spellEnd"/>
          </w:p>
        </w:tc>
      </w:tr>
      <w:tr w:rsidR="00586DCE" w14:paraId="66343D1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86DCE" w:rsidRDefault="00000000" w14:paraId="070F377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6DD0A800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78C9EFEC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76062E89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86DCE" w:rsidTr="008F364B" w14:paraId="534FE504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7D17CCC1" w14:textId="77777777">
            <w:pPr>
              <w:spacing w:before="40" w:after="40"/>
            </w:pPr>
            <w:r>
              <w:t>1. Sosyal sorumluluk proje önerilerinin alınması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1516F390" w14:textId="77777777">
            <w:pPr>
              <w:spacing w:before="40" w:after="40"/>
            </w:pPr>
            <w:r>
              <w:t>SKSDB, Öğrenci Konseyi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2C8AA0EC" w14:textId="6BFC8ACA">
            <w:pPr>
              <w:spacing w:before="40" w:after="40"/>
            </w:pPr>
            <w:r>
              <w:t xml:space="preserve">Proje Öneri Formu 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5D4C4DC2" w14:textId="77777777">
            <w:pPr>
              <w:spacing w:before="40" w:after="40"/>
            </w:pPr>
            <w:r>
              <w:t>Elektronik Ortam</w:t>
            </w:r>
          </w:p>
        </w:tc>
      </w:tr>
      <w:tr w:rsidR="00586DCE" w:rsidTr="008F364B" w14:paraId="772FB15D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3B11A69E" w14:textId="77777777">
            <w:pPr>
              <w:spacing w:before="40" w:after="40"/>
            </w:pPr>
            <w:r>
              <w:t>2. Proje değerlendirme ve seçimi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2F31BEE9" w14:textId="77777777">
            <w:pPr>
              <w:spacing w:before="40" w:after="40"/>
            </w:pPr>
            <w:r>
              <w:t>SKSDB, Rektör Yardımcısı</w:t>
            </w:r>
          </w:p>
        </w:tc>
        <w:tc>
          <w:tcPr>
            <w:tcW w:w="2635" w:type="dxa"/>
            <w:vAlign w:val="center"/>
          </w:tcPr>
          <w:p w:rsidR="00586DCE" w:rsidP="008F364B" w:rsidRDefault="008F364B" w14:paraId="2275BD60" w14:textId="1F75F4BA">
            <w:pPr>
              <w:spacing w:before="40" w:after="40"/>
            </w:pPr>
            <w:hyperlink r:id="rId44">
              <w:r>
                <w:rPr>
                  <w:color w:val="0563C1"/>
                  <w:u w:val="single"/>
                </w:rPr>
                <w:t>GRÜ</w:t>
              </w:r>
              <w:r w:rsidRPr="008F364B">
                <w:rPr>
                  <w:color w:val="0563C1"/>
                  <w:u w:val="single"/>
                </w:rPr>
                <w:t xml:space="preserve"> </w:t>
              </w:r>
              <w:r w:rsidRPr="008F364B">
                <w:rPr>
                  <w:color w:val="0563C1"/>
                  <w:u w:val="single"/>
                </w:rPr>
                <w:t>Etkinlik</w:t>
              </w:r>
              <w:r w:rsidRPr="008F364B">
                <w:rPr>
                  <w:color w:val="0563C1"/>
                  <w:u w:val="single"/>
                </w:rPr>
                <w:t xml:space="preserve"> </w:t>
              </w:r>
              <w:r w:rsidRPr="008F364B"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r w:rsidRPr="008F364B">
              <w:t xml:space="preserve"> 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19EEBF5A" w14:textId="77777777">
            <w:pPr>
              <w:spacing w:before="40" w:after="40"/>
            </w:pPr>
            <w:r>
              <w:t>EBYS</w:t>
            </w:r>
          </w:p>
        </w:tc>
      </w:tr>
      <w:tr w:rsidR="00586DCE" w:rsidTr="008F364B" w14:paraId="42F19221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7BB43C89" w14:textId="77777777">
            <w:pPr>
              <w:spacing w:before="40" w:after="40"/>
            </w:pPr>
            <w:r>
              <w:t>3. Projenin yürütülmesi (öğrenci+akademisyen+paydaş)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4C83486F" w14:textId="77777777">
            <w:pPr>
              <w:spacing w:before="40" w:after="40"/>
            </w:pPr>
            <w:r>
              <w:t>Proje Yürütücüsü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637E9D1E" w14:textId="77777777">
            <w:pPr>
              <w:spacing w:before="40" w:after="40"/>
            </w:pPr>
            <w:r>
              <w:t>Proje sözleşmesi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0B5E7D17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586DCE" w:rsidTr="008F364B" w14:paraId="573B1C14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487FCD5C" w14:textId="77777777">
            <w:pPr>
              <w:spacing w:before="40" w:after="40"/>
            </w:pPr>
            <w:r>
              <w:t>4. Proje sonuç raporunun hazırlanması ve paylaşımı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69F6264D" w14:textId="77777777">
            <w:pPr>
              <w:spacing w:before="40" w:after="40"/>
            </w:pPr>
            <w:r>
              <w:t>Proje Yürütücüsü, SKSDB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232836AF" w14:textId="77777777">
            <w:pPr>
              <w:spacing w:before="40" w:after="40"/>
            </w:pPr>
            <w:r>
              <w:t>Proje Sonuç Raporu Şablonu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58C6A1D4" w14:textId="77777777">
            <w:pPr>
              <w:spacing w:before="40" w:after="40"/>
            </w:pPr>
            <w:r>
              <w:t>EBYS, Birim Web Sayfası</w:t>
            </w:r>
          </w:p>
        </w:tc>
      </w:tr>
      <w:tr w:rsidR="00586DCE" w14:paraId="6A965B7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11B111D8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İzleme Kriterleri:</w:t>
            </w:r>
          </w:p>
          <w:p w:rsidR="00586DCE" w:rsidRDefault="00000000" w14:paraId="5106587F" w14:textId="77777777">
            <w:pPr>
              <w:spacing w:before="40" w:after="40"/>
            </w:pPr>
            <w:r>
              <w:t>1. Yıllık sosyal sorumluluk proje sayısı</w:t>
            </w:r>
          </w:p>
          <w:p w:rsidR="00586DCE" w:rsidRDefault="00000000" w14:paraId="7B7DCF7C" w14:textId="77777777">
            <w:pPr>
              <w:spacing w:before="40" w:after="40"/>
            </w:pPr>
            <w:r>
              <w:t>2. Faydalanıcı sayısı</w:t>
            </w:r>
          </w:p>
          <w:p w:rsidR="00586DCE" w:rsidRDefault="00000000" w14:paraId="248DAF9A" w14:textId="77777777">
            <w:pPr>
              <w:spacing w:before="40" w:after="40"/>
            </w:pPr>
            <w:r>
              <w:t>3. Öğrenci katılımı</w:t>
            </w:r>
          </w:p>
        </w:tc>
      </w:tr>
      <w:tr w:rsidR="00586DCE" w14:paraId="23C15C0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253FF119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Riskler:</w:t>
            </w:r>
          </w:p>
          <w:p w:rsidR="00586DCE" w:rsidRDefault="00000000" w14:paraId="21111224" w14:textId="77777777">
            <w:pPr>
              <w:spacing w:before="40" w:after="40"/>
            </w:pPr>
            <w:r>
              <w:t>1. Proje sürdürülebilirliğinin sağlanamaması</w:t>
            </w:r>
          </w:p>
          <w:p w:rsidR="00586DCE" w:rsidRDefault="00000000" w14:paraId="26F1C28D" w14:textId="77777777">
            <w:pPr>
              <w:spacing w:before="40" w:after="40"/>
            </w:pPr>
            <w:r>
              <w:t>2. Bütçe yetersizliği</w:t>
            </w:r>
          </w:p>
        </w:tc>
      </w:tr>
      <w:tr w:rsidR="00586DCE" w14:paraId="2B85538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4BF4A3AE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Fırsatlar:</w:t>
            </w:r>
          </w:p>
          <w:p w:rsidR="00586DCE" w:rsidRDefault="00000000" w14:paraId="03381EF5" w14:textId="77777777">
            <w:pPr>
              <w:spacing w:before="40" w:after="40"/>
            </w:pPr>
            <w:r>
              <w:t>1. Öğrenci sosyal sorumluluk farkındalığı</w:t>
            </w:r>
          </w:p>
          <w:p w:rsidR="00586DCE" w:rsidRDefault="00000000" w14:paraId="1B086131" w14:textId="77777777">
            <w:pPr>
              <w:spacing w:before="40" w:after="40"/>
            </w:pPr>
            <w:r>
              <w:t>2. Üniversite kurumsal imajına katkı</w:t>
            </w:r>
          </w:p>
        </w:tc>
      </w:tr>
    </w:tbl>
    <w:p w:rsidR="00586DCE" w:rsidRDefault="00586DCE" w14:paraId="34E1E112" w14:textId="77777777">
      <w:pPr>
        <w:spacing w:after="120"/>
      </w:pPr>
    </w:p>
    <w:p w:rsidR="008F364B" w:rsidRDefault="008F364B" w14:paraId="549DAAAD" w14:textId="77777777">
      <w:pPr>
        <w:spacing w:after="120"/>
      </w:pPr>
    </w:p>
    <w:p w:rsidR="008F364B" w:rsidRDefault="008F364B" w14:paraId="664C7557" w14:textId="77777777">
      <w:pPr>
        <w:spacing w:after="120"/>
      </w:pPr>
    </w:p>
    <w:p w:rsidR="008F364B" w:rsidRDefault="008F364B" w14:paraId="5D2CBDBA" w14:textId="77777777">
      <w:pPr>
        <w:spacing w:after="120"/>
      </w:pPr>
    </w:p>
    <w:p w:rsidR="008F364B" w:rsidRDefault="008F364B" w14:paraId="3A7F5FDB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86DCE" w14:paraId="63EC17D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86DCE" w:rsidRDefault="00000000" w14:paraId="58843B84" w14:textId="77777777">
            <w:pPr>
              <w:spacing w:before="40" w:after="40"/>
              <w:jc w:val="center"/>
            </w:pPr>
            <w:r>
              <w:rPr>
                <w:b/>
              </w:rPr>
              <w:t>F3.2.3 Yerel Yönetimlerle İşbirliği ve Ortak Etkinlikler</w:t>
            </w:r>
          </w:p>
        </w:tc>
      </w:tr>
      <w:tr w:rsidR="00586DCE" w14:paraId="0EE37CFC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735B4142" w14:textId="77777777">
            <w:pPr>
              <w:spacing w:before="40" w:after="40"/>
            </w:pPr>
            <w:r w:rsidRPr="0063613E">
              <w:rPr>
                <w:b/>
                <w:bCs/>
              </w:rPr>
              <w:t>Faaliyetin Amacı</w:t>
            </w:r>
            <w:r>
              <w:t>: Belediye, valilik, kaymakamlık gibi yerel yönetimlerle ortak çalışmaların yürütülmesi.</w:t>
            </w:r>
          </w:p>
        </w:tc>
      </w:tr>
      <w:tr w:rsidR="00586DCE" w14:paraId="24C1A5FD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483E9AB3" w14:textId="77777777">
            <w:pPr>
              <w:spacing w:before="40" w:after="40"/>
            </w:pPr>
            <w:r w:rsidRPr="0063613E">
              <w:rPr>
                <w:b/>
                <w:bCs/>
              </w:rPr>
              <w:t>Faaliyetin Yürütüldüğü Birimler:</w:t>
            </w:r>
            <w:r>
              <w:t xml:space="preserve"> SKSDB, Rektörlük, ilgili Fakülte/Birim</w:t>
            </w:r>
          </w:p>
        </w:tc>
      </w:tr>
      <w:tr w:rsidR="00586DCE" w14:paraId="4C20C48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86DCE" w:rsidRDefault="00000000" w14:paraId="34099009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6DE77ACA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645E8932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19C24012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86DCE" w:rsidTr="008F364B" w14:paraId="46CFD580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201FA47E" w14:textId="77777777">
            <w:pPr>
              <w:spacing w:before="40" w:after="40"/>
            </w:pPr>
            <w:r>
              <w:t>1. Yerel yönetim işbirliği önceliklerinin belirlenmesi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78F63383" w14:textId="77777777">
            <w:pPr>
              <w:spacing w:before="40" w:after="40"/>
            </w:pPr>
            <w:r>
              <w:t>SKSDB, Rektörlük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18231C35" w14:textId="7C27DA70">
            <w:pPr>
              <w:spacing w:before="40" w:after="40"/>
            </w:pPr>
            <w:r>
              <w:t>G</w:t>
            </w:r>
            <w:r w:rsidR="008F364B">
              <w:t>RÜ</w:t>
            </w:r>
            <w:r>
              <w:t xml:space="preserve">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2635" w:type="dxa"/>
            <w:vAlign w:val="center"/>
          </w:tcPr>
          <w:p w:rsidR="00586DCE" w:rsidP="008F364B" w:rsidRDefault="00000000" w14:paraId="15FDDB39" w14:textId="77777777">
            <w:pPr>
              <w:spacing w:before="40" w:after="40"/>
            </w:pPr>
            <w:r>
              <w:t>Elektronik Ortam</w:t>
            </w:r>
          </w:p>
        </w:tc>
      </w:tr>
      <w:tr w:rsidR="00586DCE" w:rsidTr="008F364B" w14:paraId="4FB47021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2E3E6764" w14:textId="77777777">
            <w:pPr>
              <w:spacing w:before="40" w:after="40"/>
            </w:pPr>
            <w:r>
              <w:t>2. Ortak proje/etkinliklerin planlanması ve protokollendirilmesi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2B1143A4" w14:textId="77777777">
            <w:pPr>
              <w:spacing w:before="40" w:after="40"/>
            </w:pPr>
            <w:r>
              <w:t>SKSDB, Hukuk Müşavirliği</w:t>
            </w:r>
          </w:p>
        </w:tc>
        <w:tc>
          <w:tcPr>
            <w:tcW w:w="2635" w:type="dxa"/>
            <w:vAlign w:val="center"/>
          </w:tcPr>
          <w:p w:rsidRPr="0063613E" w:rsidR="00586DCE" w:rsidP="008F364B" w:rsidRDefault="00000000" w14:paraId="505CBC06" w14:textId="77777777">
            <w:pPr>
              <w:spacing w:before="40" w:after="40"/>
              <w:rPr>
                <w:color w:val="000000" w:themeColor="text1"/>
              </w:rPr>
            </w:pPr>
            <w:r w:rsidRPr="0063613E">
              <w:rPr>
                <w:color w:val="000000" w:themeColor="text1"/>
              </w:rPr>
              <w:t>Protokol Şablonu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10A61D08" w14:textId="77777777">
            <w:pPr>
              <w:spacing w:before="40" w:after="40"/>
            </w:pPr>
            <w:r>
              <w:t>EBYS, Fiziksel Ortam</w:t>
            </w:r>
          </w:p>
        </w:tc>
      </w:tr>
      <w:tr w:rsidR="00586DCE" w:rsidTr="008F364B" w14:paraId="13CDA7CC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583E92FB" w14:textId="77777777">
            <w:pPr>
              <w:spacing w:before="40" w:after="40"/>
            </w:pPr>
            <w:r>
              <w:t>3. Etkinliklerin yürütülmesi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73997DB9" w14:textId="77777777">
            <w:pPr>
              <w:spacing w:before="40" w:after="40"/>
            </w:pPr>
            <w:r>
              <w:t>SKSDB, ilgili Fakülte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62791A8A" w14:textId="77777777">
            <w:pPr>
              <w:spacing w:before="40" w:after="40"/>
            </w:pPr>
            <w:r>
              <w:t>Protokol metni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5AFC1565" w14:textId="77777777">
            <w:pPr>
              <w:spacing w:before="40" w:after="40"/>
            </w:pPr>
            <w:r>
              <w:t>Fiziksel Ortam</w:t>
            </w:r>
          </w:p>
        </w:tc>
      </w:tr>
      <w:tr w:rsidR="00586DCE" w:rsidTr="008F364B" w14:paraId="0B907A19" w14:textId="77777777">
        <w:trPr>
          <w:jc w:val="center"/>
        </w:trPr>
        <w:tc>
          <w:tcPr>
            <w:tcW w:w="2635" w:type="dxa"/>
            <w:vAlign w:val="center"/>
          </w:tcPr>
          <w:p w:rsidR="00586DCE" w:rsidP="008F364B" w:rsidRDefault="00000000" w14:paraId="53AB0A5C" w14:textId="77777777">
            <w:pPr>
              <w:spacing w:before="40" w:after="40"/>
            </w:pPr>
            <w:r>
              <w:t>4. Sonuçların raporlanması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63B94FAD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57327B0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586DCE" w:rsidP="008F364B" w:rsidRDefault="00000000" w14:paraId="46A6E448" w14:textId="77777777">
            <w:pPr>
              <w:spacing w:before="40" w:after="40"/>
            </w:pPr>
            <w:r>
              <w:t>EBYS, Birim Web Sayfası</w:t>
            </w:r>
          </w:p>
        </w:tc>
      </w:tr>
      <w:tr w:rsidR="00586DCE" w14:paraId="63BBA17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40A8BFB0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İzleme Kriterleri:</w:t>
            </w:r>
          </w:p>
          <w:p w:rsidR="00586DCE" w:rsidRDefault="00000000" w14:paraId="24CE9C07" w14:textId="77777777">
            <w:pPr>
              <w:spacing w:before="40" w:after="40"/>
            </w:pPr>
            <w:r>
              <w:t>1. Yerel yönetim ile yıllık etkinlik sayısı</w:t>
            </w:r>
          </w:p>
          <w:p w:rsidR="00586DCE" w:rsidRDefault="00000000" w14:paraId="25449143" w14:textId="77777777">
            <w:pPr>
              <w:spacing w:before="40" w:after="40"/>
            </w:pPr>
            <w:r>
              <w:t>2. İmzalanan protokol sayısı</w:t>
            </w:r>
          </w:p>
          <w:p w:rsidR="00586DCE" w:rsidRDefault="00000000" w14:paraId="52856D36" w14:textId="77777777">
            <w:pPr>
              <w:spacing w:before="40" w:after="40"/>
            </w:pPr>
            <w:r>
              <w:t>3. Faydalanıcı sayısı</w:t>
            </w:r>
          </w:p>
        </w:tc>
      </w:tr>
      <w:tr w:rsidR="00586DCE" w14:paraId="7527B19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302DF479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Riskler:</w:t>
            </w:r>
          </w:p>
          <w:p w:rsidR="00586DCE" w:rsidRDefault="0063613E" w14:paraId="5BF58622" w14:textId="51BE6B6E">
            <w:pPr>
              <w:spacing w:before="40" w:after="40"/>
            </w:pPr>
            <w:r>
              <w:t>1</w:t>
            </w:r>
            <w:r w:rsidR="00000000">
              <w:t>. Bütçe kaynakları yetersizliği</w:t>
            </w:r>
          </w:p>
        </w:tc>
      </w:tr>
      <w:tr w:rsidR="00586DCE" w14:paraId="6F84FB4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0ED42B79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Fırsatlar:</w:t>
            </w:r>
          </w:p>
          <w:p w:rsidR="00586DCE" w:rsidRDefault="00000000" w14:paraId="7C9476FA" w14:textId="77777777">
            <w:pPr>
              <w:spacing w:before="40" w:after="40"/>
            </w:pPr>
            <w:r>
              <w:t>1. Bölgesel kalkınma stratejilerine katkı</w:t>
            </w:r>
          </w:p>
          <w:p w:rsidR="00586DCE" w:rsidRDefault="00000000" w14:paraId="66A55399" w14:textId="77777777">
            <w:pPr>
              <w:spacing w:before="40" w:after="40"/>
            </w:pPr>
            <w:r>
              <w:t>2. Üniversitenin kentle entegrasyonu</w:t>
            </w:r>
          </w:p>
        </w:tc>
      </w:tr>
    </w:tbl>
    <w:p w:rsidR="00586DCE" w:rsidRDefault="00586DCE" w14:paraId="5BA9E0A9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86DCE" w14:paraId="2854269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586DCE" w:rsidRDefault="00000000" w14:paraId="1F1CA0DE" w14:textId="77777777">
            <w:pPr>
              <w:spacing w:before="40" w:after="40"/>
              <w:jc w:val="center"/>
            </w:pPr>
            <w:r>
              <w:rPr>
                <w:b/>
              </w:rPr>
              <w:t>F3.2.4 Sivil Toplum Kuruluşları ile Ortak Çalışmalar</w:t>
            </w:r>
          </w:p>
        </w:tc>
      </w:tr>
      <w:tr w:rsidR="00586DCE" w14:paraId="58A0F2E5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3F591C56" w14:textId="77777777">
            <w:pPr>
              <w:spacing w:before="40" w:after="40"/>
            </w:pPr>
            <w:r w:rsidRPr="0063613E">
              <w:rPr>
                <w:b/>
                <w:bCs/>
              </w:rPr>
              <w:t>Faaliyetin Amacı:</w:t>
            </w:r>
            <w:r>
              <w:t xml:space="preserve"> STK'lar ile ortak proje, etkinlik ve farkındalık çalışmalarının yürütülmesi.</w:t>
            </w:r>
          </w:p>
        </w:tc>
      </w:tr>
      <w:tr w:rsidR="00586DCE" w14:paraId="75F33F09" w14:textId="77777777">
        <w:trPr>
          <w:jc w:val="center"/>
        </w:trPr>
        <w:tc>
          <w:tcPr>
            <w:tcW w:w="10540" w:type="dxa"/>
            <w:gridSpan w:val="4"/>
          </w:tcPr>
          <w:p w:rsidR="00586DCE" w:rsidRDefault="00000000" w14:paraId="31932B5C" w14:textId="77777777">
            <w:pPr>
              <w:spacing w:before="40" w:after="40"/>
            </w:pPr>
            <w:r w:rsidRPr="0063613E">
              <w:rPr>
                <w:b/>
                <w:bCs/>
              </w:rPr>
              <w:t>Faaliyetin Yürütüldüğü Birimler:</w:t>
            </w:r>
            <w:r>
              <w:t xml:space="preserve"> SKSDB, Öğrenci Toplulukları, Akademik personel</w:t>
            </w:r>
          </w:p>
        </w:tc>
      </w:tr>
      <w:tr w:rsidR="00586DCE" w14:paraId="1AE2944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586DCE" w:rsidRDefault="00000000" w14:paraId="0FC63B93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42E84141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631C460F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586DCE" w:rsidRDefault="00000000" w14:paraId="4EB8996C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586DCE" w14:paraId="668D4009" w14:textId="77777777">
        <w:trPr>
          <w:jc w:val="center"/>
        </w:trPr>
        <w:tc>
          <w:tcPr>
            <w:tcW w:w="2635" w:type="dxa"/>
          </w:tcPr>
          <w:p w:rsidR="00586DCE" w:rsidRDefault="00000000" w14:paraId="015E8185" w14:textId="77777777">
            <w:pPr>
              <w:spacing w:before="40" w:after="40"/>
            </w:pPr>
            <w:r>
              <w:t>1. STK işbirliği taleplerinin değerlendirilmesi</w:t>
            </w:r>
          </w:p>
        </w:tc>
        <w:tc>
          <w:tcPr>
            <w:tcW w:w="2635" w:type="dxa"/>
          </w:tcPr>
          <w:p w:rsidR="00586DCE" w:rsidRDefault="00000000" w14:paraId="219B811E" w14:textId="77777777">
            <w:pPr>
              <w:spacing w:before="40" w:after="40"/>
            </w:pPr>
            <w:r>
              <w:t>SKSDB</w:t>
            </w:r>
          </w:p>
        </w:tc>
        <w:tc>
          <w:tcPr>
            <w:tcW w:w="2635" w:type="dxa"/>
          </w:tcPr>
          <w:p w:rsidR="00586DCE" w:rsidRDefault="00000000" w14:paraId="65B51F68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586DCE" w:rsidRDefault="00000000" w14:paraId="7082D75F" w14:textId="77777777">
            <w:pPr>
              <w:spacing w:before="40" w:after="40"/>
            </w:pPr>
            <w:r>
              <w:t>Elektronik Ortam</w:t>
            </w:r>
          </w:p>
        </w:tc>
      </w:tr>
      <w:tr w:rsidR="00586DCE" w14:paraId="5868CE5B" w14:textId="77777777">
        <w:trPr>
          <w:jc w:val="center"/>
        </w:trPr>
        <w:tc>
          <w:tcPr>
            <w:tcW w:w="2635" w:type="dxa"/>
          </w:tcPr>
          <w:p w:rsidR="00586DCE" w:rsidRDefault="00000000" w14:paraId="53DE8218" w14:textId="77777777">
            <w:pPr>
              <w:spacing w:before="40" w:after="40"/>
            </w:pPr>
            <w:r>
              <w:t>2. STK ile ortak etkinlik planlanması</w:t>
            </w:r>
          </w:p>
        </w:tc>
        <w:tc>
          <w:tcPr>
            <w:tcW w:w="2635" w:type="dxa"/>
          </w:tcPr>
          <w:p w:rsidR="00586DCE" w:rsidRDefault="00000000" w14:paraId="1A31B0FB" w14:textId="77777777">
            <w:pPr>
              <w:spacing w:before="40" w:after="40"/>
            </w:pPr>
            <w:r>
              <w:t>SKSDB, Öğrenci Toplulukları</w:t>
            </w:r>
          </w:p>
        </w:tc>
        <w:tc>
          <w:tcPr>
            <w:tcW w:w="2635" w:type="dxa"/>
          </w:tcPr>
          <w:p w:rsidR="00586DCE" w:rsidRDefault="00000000" w14:paraId="7F5F53FD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586DCE" w:rsidRDefault="00000000" w14:paraId="072603B4" w14:textId="77777777">
            <w:pPr>
              <w:spacing w:before="40" w:after="40"/>
            </w:pPr>
            <w:r>
              <w:t>Elektronik Ortam</w:t>
            </w:r>
          </w:p>
        </w:tc>
      </w:tr>
      <w:tr w:rsidR="00586DCE" w14:paraId="3D00E86E" w14:textId="77777777">
        <w:trPr>
          <w:jc w:val="center"/>
        </w:trPr>
        <w:tc>
          <w:tcPr>
            <w:tcW w:w="2635" w:type="dxa"/>
          </w:tcPr>
          <w:p w:rsidR="00586DCE" w:rsidRDefault="00000000" w14:paraId="47C15B37" w14:textId="77777777">
            <w:pPr>
              <w:spacing w:before="40" w:after="40"/>
            </w:pPr>
            <w:r>
              <w:t>3. Etkinliklerin yürütülmesi ve raporlanması</w:t>
            </w:r>
          </w:p>
        </w:tc>
        <w:tc>
          <w:tcPr>
            <w:tcW w:w="2635" w:type="dxa"/>
          </w:tcPr>
          <w:p w:rsidR="00586DCE" w:rsidRDefault="00000000" w14:paraId="5FD524DF" w14:textId="77777777">
            <w:pPr>
              <w:spacing w:before="40" w:after="40"/>
            </w:pPr>
            <w:r>
              <w:t>SKSDB, ortak STK</w:t>
            </w:r>
          </w:p>
        </w:tc>
        <w:tc>
          <w:tcPr>
            <w:tcW w:w="2635" w:type="dxa"/>
          </w:tcPr>
          <w:p w:rsidR="00586DCE" w:rsidRDefault="00000000" w14:paraId="0EF45B54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586DCE" w:rsidRDefault="00000000" w14:paraId="4F605099" w14:textId="77777777">
            <w:pPr>
              <w:spacing w:before="40" w:after="40"/>
            </w:pPr>
            <w:r>
              <w:t>Birim Web Sayfası</w:t>
            </w:r>
          </w:p>
        </w:tc>
      </w:tr>
      <w:tr w:rsidR="00586DCE" w14:paraId="68CF9AB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66E19E8C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İzleme Kriterleri:</w:t>
            </w:r>
          </w:p>
          <w:p w:rsidR="00586DCE" w:rsidRDefault="00000000" w14:paraId="788C51D9" w14:textId="77777777">
            <w:pPr>
              <w:spacing w:before="40" w:after="40"/>
            </w:pPr>
            <w:r>
              <w:t>1. STK ortak etkinlik sayısı</w:t>
            </w:r>
          </w:p>
          <w:p w:rsidR="00586DCE" w:rsidRDefault="00000000" w14:paraId="3A2CEEBD" w14:textId="77777777">
            <w:pPr>
              <w:spacing w:before="40" w:after="40"/>
            </w:pPr>
            <w:r>
              <w:t>2. Faydalanıcı sayısı</w:t>
            </w:r>
          </w:p>
        </w:tc>
      </w:tr>
      <w:tr w:rsidR="00586DCE" w14:paraId="1AE4DAB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7F6EE79E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Riskler:</w:t>
            </w:r>
          </w:p>
          <w:p w:rsidR="00586DCE" w:rsidRDefault="00000000" w14:paraId="5CB89EBE" w14:textId="77777777">
            <w:pPr>
              <w:spacing w:before="40" w:after="40"/>
            </w:pPr>
            <w:r>
              <w:t>1. STK kurumsal kapasitesi yetersizliği</w:t>
            </w:r>
          </w:p>
          <w:p w:rsidR="00586DCE" w:rsidRDefault="00000000" w14:paraId="31AED317" w14:textId="77777777">
            <w:pPr>
              <w:spacing w:before="40" w:after="40"/>
            </w:pPr>
            <w:r>
              <w:t>2. Bağışçı/ortaklık çatışmaları</w:t>
            </w:r>
          </w:p>
        </w:tc>
      </w:tr>
      <w:tr w:rsidR="00586DCE" w14:paraId="6AE4DED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63613E" w:rsidR="00586DCE" w:rsidRDefault="00000000" w14:paraId="58A6A120" w14:textId="77777777">
            <w:pPr>
              <w:spacing w:before="40" w:after="40"/>
              <w:rPr>
                <w:b/>
                <w:bCs/>
              </w:rPr>
            </w:pPr>
            <w:r w:rsidRPr="0063613E">
              <w:rPr>
                <w:b/>
                <w:bCs/>
              </w:rPr>
              <w:t>Fırsatlar:</w:t>
            </w:r>
          </w:p>
          <w:p w:rsidR="00586DCE" w:rsidRDefault="00000000" w14:paraId="0B8026E3" w14:textId="77777777">
            <w:pPr>
              <w:spacing w:before="40" w:after="40"/>
            </w:pPr>
            <w:r>
              <w:t>1. Toplum geneline yayılan farkındalık</w:t>
            </w:r>
          </w:p>
          <w:p w:rsidR="00586DCE" w:rsidRDefault="00000000" w14:paraId="4E609946" w14:textId="77777777">
            <w:pPr>
              <w:spacing w:before="40" w:after="40"/>
            </w:pPr>
            <w:r>
              <w:t>2. Öğrenci gönüllülük kültürü</w:t>
            </w:r>
          </w:p>
        </w:tc>
      </w:tr>
    </w:tbl>
    <w:p w:rsidR="00586DCE" w:rsidRDefault="00586DCE" w14:paraId="69465BE3" w14:textId="77777777">
      <w:pPr>
        <w:spacing w:after="120"/>
      </w:pPr>
    </w:p>
    <w:sectPr w:rsidR="00586DCE" w:rsidSect="00034616">
      <w:headerReference w:type="default" r:id="R2400c8127dc64359"/>
      <w:pgSz w:w="12240" w:h="15840"/>
      <w:pgMar w:top="1134" w:right="850" w:bottom="1134" w:left="850" w:header="720" w:footer="720" w:gutter="0"/>
      <w:cols w:space="720"/>
      <w:docGrid w:linePitch="360"/>
      <w:footerReference w:type="default" r:id="R7e44301c364d4e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KYS-PRS.03.02,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8665afd4bcf042b5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kvys.giresun.edu.tr/sg/39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32779ebd792481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d7a132c398b445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Üniversite-Sanayi İşbirliği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KYS-PRS.03.02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83839">
    <w:abstractNumId w:val="8"/>
  </w:num>
  <w:num w:numId="2" w16cid:durableId="377780823">
    <w:abstractNumId w:val="6"/>
  </w:num>
  <w:num w:numId="3" w16cid:durableId="1433746378">
    <w:abstractNumId w:val="5"/>
  </w:num>
  <w:num w:numId="4" w16cid:durableId="1996445610">
    <w:abstractNumId w:val="4"/>
  </w:num>
  <w:num w:numId="5" w16cid:durableId="53890244">
    <w:abstractNumId w:val="7"/>
  </w:num>
  <w:num w:numId="6" w16cid:durableId="1149903584">
    <w:abstractNumId w:val="3"/>
  </w:num>
  <w:num w:numId="7" w16cid:durableId="1826120694">
    <w:abstractNumId w:val="2"/>
  </w:num>
  <w:num w:numId="8" w16cid:durableId="1232499169">
    <w:abstractNumId w:val="1"/>
  </w:num>
  <w:num w:numId="9" w16cid:durableId="178415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907"/>
    <w:rsid w:val="00326F90"/>
    <w:rsid w:val="00586DCE"/>
    <w:rsid w:val="0063613E"/>
    <w:rsid w:val="008F364B"/>
    <w:rsid w:val="00AA1D8D"/>
    <w:rsid w:val="00AF10A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EE4E8"/>
  <w14:defaultImageDpi w14:val="300"/>
  <w15:docId w15:val="{9F6B44C1-177E-4349-AC38-379CC95C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2400c8127dc64359" /><Relationship Type="http://schemas.openxmlformats.org/officeDocument/2006/relationships/footer" Target="/word/footer1.xml" Id="R7e44301c364d4e43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e32779ebd792481e" /><Relationship Type="http://schemas.openxmlformats.org/officeDocument/2006/relationships/hyperlink" Target="https://kvys.giresun.edu.tr/sg/39" TargetMode="External" Id="R8665afd4bcf042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dd7a132c398b44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2026-06-10T19:59:00Z</dcterms:modified>
  <cp:category/>
</cp:coreProperties>
</file>