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147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681"/>
        <w:gridCol w:w="1702"/>
        <w:gridCol w:w="3288"/>
        <w:gridCol w:w="1020"/>
        <w:gridCol w:w="1474"/>
        <w:gridCol w:w="2268"/>
        <w:gridCol w:w="1701"/>
        <w:gridCol w:w="1361"/>
        <w:gridCol w:w="1247"/>
      </w:tblGrid>
      <w:tr w:rsidR="00731B34" w:rsidTr="00F82319" w14:paraId="292D3D80" w14:textId="77777777">
        <w:trPr>
          <w:trHeight w:val="623" w:hRule="exact"/>
          <w:jc w:val="center"/>
        </w:trPr>
        <w:tc>
          <w:tcPr>
            <w:tcW w:w="681" w:type="dxa"/>
            <w:shd w:val="clear" w:color="auto" w:fill="D9D9D9"/>
            <w:vAlign w:val="center"/>
          </w:tcPr>
          <w:p w:rsidR="00731B34" w:rsidRDefault="00000000" w14:paraId="3CAAD5A7" w14:textId="77777777">
            <w:pPr>
              <w:jc w:val="center"/>
            </w:pPr>
            <w:r>
              <w:rPr>
                <w:b/>
                <w:sz w:val="18"/>
              </w:rPr>
              <w:t>Sıra No</w:t>
            </w:r>
          </w:p>
        </w:tc>
        <w:tc>
          <w:tcPr>
            <w:tcW w:w="1702" w:type="dxa"/>
            <w:shd w:val="clear" w:color="auto" w:fill="D9D9D9"/>
            <w:vAlign w:val="center"/>
          </w:tcPr>
          <w:p w:rsidR="00731B34" w:rsidRDefault="00000000" w14:paraId="00D34E40" w14:textId="77777777">
            <w:pPr>
              <w:jc w:val="center"/>
            </w:pPr>
            <w:r>
              <w:rPr>
                <w:b/>
                <w:sz w:val="18"/>
              </w:rPr>
              <w:t>Doküman Kodu</w:t>
            </w:r>
          </w:p>
        </w:tc>
        <w:tc>
          <w:tcPr>
            <w:tcW w:w="3288" w:type="dxa"/>
            <w:shd w:val="clear" w:color="auto" w:fill="D9D9D9"/>
            <w:vAlign w:val="center"/>
          </w:tcPr>
          <w:p w:rsidR="00731B34" w:rsidRDefault="00000000" w14:paraId="456D93EA" w14:textId="77777777">
            <w:pPr>
              <w:jc w:val="center"/>
            </w:pPr>
            <w:r>
              <w:rPr>
                <w:b/>
                <w:sz w:val="18"/>
              </w:rPr>
              <w:t>Doküman Adı</w:t>
            </w:r>
          </w:p>
        </w:tc>
        <w:tc>
          <w:tcPr>
            <w:tcW w:w="1020" w:type="dxa"/>
            <w:shd w:val="clear" w:color="auto" w:fill="D9D9D9"/>
            <w:vAlign w:val="center"/>
          </w:tcPr>
          <w:p w:rsidR="00731B34" w:rsidRDefault="00000000" w14:paraId="17D0475C" w14:textId="77777777">
            <w:pPr>
              <w:jc w:val="center"/>
            </w:pPr>
            <w:r>
              <w:rPr>
                <w:b/>
                <w:sz w:val="18"/>
              </w:rPr>
              <w:t>Güncel Rev. No</w:t>
            </w:r>
          </w:p>
        </w:tc>
        <w:tc>
          <w:tcPr>
            <w:tcW w:w="1474" w:type="dxa"/>
            <w:shd w:val="clear" w:color="auto" w:fill="D9D9D9"/>
            <w:vAlign w:val="center"/>
          </w:tcPr>
          <w:p w:rsidR="00731B34" w:rsidRDefault="00000000" w14:paraId="2C4E6113" w14:textId="77777777">
            <w:pPr>
              <w:jc w:val="center"/>
            </w:pPr>
            <w:r>
              <w:rPr>
                <w:b/>
                <w:sz w:val="18"/>
              </w:rPr>
              <w:t>Yayın/Rev. Tarihi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731B34" w:rsidRDefault="00000000" w14:paraId="55EEE8C6" w14:textId="77777777">
            <w:pPr>
              <w:jc w:val="center"/>
            </w:pPr>
            <w:r>
              <w:rPr>
                <w:b/>
                <w:sz w:val="18"/>
              </w:rPr>
              <w:t>Teslim Alan (Ad-Soyad)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31B34" w:rsidRDefault="00000000" w14:paraId="4964C9B9" w14:textId="77777777">
            <w:pPr>
              <w:jc w:val="center"/>
            </w:pPr>
            <w:r>
              <w:rPr>
                <w:b/>
                <w:sz w:val="18"/>
              </w:rPr>
              <w:t>Birim</w:t>
            </w:r>
          </w:p>
        </w:tc>
        <w:tc>
          <w:tcPr>
            <w:tcW w:w="1361" w:type="dxa"/>
            <w:shd w:val="clear" w:color="auto" w:fill="D9D9D9"/>
            <w:vAlign w:val="center"/>
          </w:tcPr>
          <w:p w:rsidR="00731B34" w:rsidRDefault="00000000" w14:paraId="3A9B9739" w14:textId="77777777">
            <w:pPr>
              <w:jc w:val="center"/>
            </w:pPr>
            <w:r>
              <w:rPr>
                <w:b/>
                <w:sz w:val="18"/>
              </w:rPr>
              <w:t>Teslim Tarihi</w:t>
            </w:r>
          </w:p>
        </w:tc>
        <w:tc>
          <w:tcPr>
            <w:tcW w:w="1247" w:type="dxa"/>
            <w:shd w:val="clear" w:color="auto" w:fill="D9D9D9"/>
            <w:vAlign w:val="center"/>
          </w:tcPr>
          <w:p w:rsidR="00731B34" w:rsidRDefault="00000000" w14:paraId="7E053773" w14:textId="77777777">
            <w:pPr>
              <w:jc w:val="center"/>
            </w:pPr>
            <w:r>
              <w:rPr>
                <w:b/>
                <w:sz w:val="18"/>
              </w:rPr>
              <w:t>İmza</w:t>
            </w:r>
          </w:p>
        </w:tc>
      </w:tr>
      <w:tr w:rsidR="00731B34" w:rsidTr="00F82319" w14:paraId="0AEF187A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479D219B" w14:textId="7777777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02" w:type="dxa"/>
          </w:tcPr>
          <w:p w:rsidR="00731B34" w:rsidRDefault="00731B34" w14:paraId="721F036F" w14:textId="77777777"/>
        </w:tc>
        <w:tc>
          <w:tcPr>
            <w:tcW w:w="3288" w:type="dxa"/>
          </w:tcPr>
          <w:p w:rsidR="00731B34" w:rsidRDefault="00731B34" w14:paraId="2AD3A825" w14:textId="77777777"/>
        </w:tc>
        <w:tc>
          <w:tcPr>
            <w:tcW w:w="1020" w:type="dxa"/>
          </w:tcPr>
          <w:p w:rsidR="00731B34" w:rsidRDefault="00731B34" w14:paraId="14E65FCC" w14:textId="77777777"/>
        </w:tc>
        <w:tc>
          <w:tcPr>
            <w:tcW w:w="1474" w:type="dxa"/>
          </w:tcPr>
          <w:p w:rsidR="00731B34" w:rsidRDefault="00731B34" w14:paraId="64F5CC1B" w14:textId="77777777"/>
        </w:tc>
        <w:tc>
          <w:tcPr>
            <w:tcW w:w="2268" w:type="dxa"/>
          </w:tcPr>
          <w:p w:rsidR="00731B34" w:rsidRDefault="00731B34" w14:paraId="44A40E16" w14:textId="77777777"/>
        </w:tc>
        <w:tc>
          <w:tcPr>
            <w:tcW w:w="1701" w:type="dxa"/>
          </w:tcPr>
          <w:p w:rsidR="00731B34" w:rsidRDefault="00731B34" w14:paraId="64BD3982" w14:textId="77777777"/>
        </w:tc>
        <w:tc>
          <w:tcPr>
            <w:tcW w:w="1361" w:type="dxa"/>
          </w:tcPr>
          <w:p w:rsidR="00731B34" w:rsidRDefault="00731B34" w14:paraId="4A54100F" w14:textId="77777777"/>
        </w:tc>
        <w:tc>
          <w:tcPr>
            <w:tcW w:w="1247" w:type="dxa"/>
          </w:tcPr>
          <w:p w:rsidR="00731B34" w:rsidRDefault="00731B34" w14:paraId="15F8F581" w14:textId="77777777"/>
        </w:tc>
      </w:tr>
      <w:tr w:rsidR="00731B34" w:rsidTr="00F82319" w14:paraId="69B7EFC2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118AC628" w14:textId="77777777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02" w:type="dxa"/>
          </w:tcPr>
          <w:p w:rsidR="00731B34" w:rsidRDefault="00731B34" w14:paraId="13E0AB19" w14:textId="77777777"/>
        </w:tc>
        <w:tc>
          <w:tcPr>
            <w:tcW w:w="3288" w:type="dxa"/>
          </w:tcPr>
          <w:p w:rsidR="00731B34" w:rsidRDefault="00731B34" w14:paraId="2D10AB42" w14:textId="77777777"/>
        </w:tc>
        <w:tc>
          <w:tcPr>
            <w:tcW w:w="1020" w:type="dxa"/>
          </w:tcPr>
          <w:p w:rsidR="00731B34" w:rsidRDefault="00731B34" w14:paraId="7386E042" w14:textId="77777777"/>
        </w:tc>
        <w:tc>
          <w:tcPr>
            <w:tcW w:w="1474" w:type="dxa"/>
          </w:tcPr>
          <w:p w:rsidR="00731B34" w:rsidRDefault="00731B34" w14:paraId="185649A7" w14:textId="77777777"/>
        </w:tc>
        <w:tc>
          <w:tcPr>
            <w:tcW w:w="2268" w:type="dxa"/>
          </w:tcPr>
          <w:p w:rsidR="00731B34" w:rsidRDefault="00731B34" w14:paraId="415440F1" w14:textId="77777777"/>
        </w:tc>
        <w:tc>
          <w:tcPr>
            <w:tcW w:w="1701" w:type="dxa"/>
          </w:tcPr>
          <w:p w:rsidR="00731B34" w:rsidRDefault="00731B34" w14:paraId="584C3D02" w14:textId="77777777"/>
        </w:tc>
        <w:tc>
          <w:tcPr>
            <w:tcW w:w="1361" w:type="dxa"/>
          </w:tcPr>
          <w:p w:rsidR="00731B34" w:rsidRDefault="00731B34" w14:paraId="7FCD5F4C" w14:textId="77777777"/>
        </w:tc>
        <w:tc>
          <w:tcPr>
            <w:tcW w:w="1247" w:type="dxa"/>
          </w:tcPr>
          <w:p w:rsidR="00731B34" w:rsidRDefault="00731B34" w14:paraId="04CDE431" w14:textId="77777777"/>
        </w:tc>
      </w:tr>
      <w:tr w:rsidR="00731B34" w:rsidTr="00F82319" w14:paraId="4546C14F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5075DC03" w14:textId="7777777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702" w:type="dxa"/>
          </w:tcPr>
          <w:p w:rsidR="00731B34" w:rsidRDefault="00731B34" w14:paraId="54864691" w14:textId="77777777"/>
        </w:tc>
        <w:tc>
          <w:tcPr>
            <w:tcW w:w="3288" w:type="dxa"/>
          </w:tcPr>
          <w:p w:rsidR="00731B34" w:rsidRDefault="00731B34" w14:paraId="3E4DFC99" w14:textId="77777777"/>
        </w:tc>
        <w:tc>
          <w:tcPr>
            <w:tcW w:w="1020" w:type="dxa"/>
          </w:tcPr>
          <w:p w:rsidR="00731B34" w:rsidRDefault="00731B34" w14:paraId="50E03DD7" w14:textId="77777777"/>
        </w:tc>
        <w:tc>
          <w:tcPr>
            <w:tcW w:w="1474" w:type="dxa"/>
          </w:tcPr>
          <w:p w:rsidR="00731B34" w:rsidRDefault="00731B34" w14:paraId="45B14D27" w14:textId="77777777"/>
        </w:tc>
        <w:tc>
          <w:tcPr>
            <w:tcW w:w="2268" w:type="dxa"/>
          </w:tcPr>
          <w:p w:rsidR="00731B34" w:rsidRDefault="00731B34" w14:paraId="3DE9A829" w14:textId="77777777"/>
        </w:tc>
        <w:tc>
          <w:tcPr>
            <w:tcW w:w="1701" w:type="dxa"/>
          </w:tcPr>
          <w:p w:rsidR="00731B34" w:rsidRDefault="00731B34" w14:paraId="47E50250" w14:textId="77777777"/>
        </w:tc>
        <w:tc>
          <w:tcPr>
            <w:tcW w:w="1361" w:type="dxa"/>
          </w:tcPr>
          <w:p w:rsidR="00731B34" w:rsidRDefault="00731B34" w14:paraId="3796939A" w14:textId="77777777"/>
        </w:tc>
        <w:tc>
          <w:tcPr>
            <w:tcW w:w="1247" w:type="dxa"/>
          </w:tcPr>
          <w:p w:rsidR="00731B34" w:rsidRDefault="00731B34" w14:paraId="26A93AF0" w14:textId="77777777"/>
        </w:tc>
      </w:tr>
      <w:tr w:rsidR="00731B34" w:rsidTr="00F82319" w14:paraId="751B98F1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4672CF69" w14:textId="77777777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02" w:type="dxa"/>
          </w:tcPr>
          <w:p w:rsidR="00731B34" w:rsidRDefault="00731B34" w14:paraId="3D8BD592" w14:textId="77777777"/>
        </w:tc>
        <w:tc>
          <w:tcPr>
            <w:tcW w:w="3288" w:type="dxa"/>
          </w:tcPr>
          <w:p w:rsidR="00731B34" w:rsidRDefault="00731B34" w14:paraId="388D277E" w14:textId="77777777"/>
        </w:tc>
        <w:tc>
          <w:tcPr>
            <w:tcW w:w="1020" w:type="dxa"/>
          </w:tcPr>
          <w:p w:rsidR="00731B34" w:rsidRDefault="00731B34" w14:paraId="1A30E45E" w14:textId="77777777"/>
        </w:tc>
        <w:tc>
          <w:tcPr>
            <w:tcW w:w="1474" w:type="dxa"/>
          </w:tcPr>
          <w:p w:rsidR="00731B34" w:rsidRDefault="00731B34" w14:paraId="60B5AA96" w14:textId="77777777"/>
        </w:tc>
        <w:tc>
          <w:tcPr>
            <w:tcW w:w="2268" w:type="dxa"/>
          </w:tcPr>
          <w:p w:rsidR="00731B34" w:rsidRDefault="00731B34" w14:paraId="345E1E6D" w14:textId="77777777"/>
        </w:tc>
        <w:tc>
          <w:tcPr>
            <w:tcW w:w="1701" w:type="dxa"/>
          </w:tcPr>
          <w:p w:rsidR="00731B34" w:rsidRDefault="00731B34" w14:paraId="19C1FE96" w14:textId="77777777"/>
        </w:tc>
        <w:tc>
          <w:tcPr>
            <w:tcW w:w="1361" w:type="dxa"/>
          </w:tcPr>
          <w:p w:rsidR="00731B34" w:rsidRDefault="00731B34" w14:paraId="425082CE" w14:textId="77777777"/>
        </w:tc>
        <w:tc>
          <w:tcPr>
            <w:tcW w:w="1247" w:type="dxa"/>
          </w:tcPr>
          <w:p w:rsidR="00731B34" w:rsidRDefault="00731B34" w14:paraId="25B6E929" w14:textId="77777777"/>
        </w:tc>
      </w:tr>
      <w:tr w:rsidR="00731B34" w:rsidTr="00F82319" w14:paraId="3022D610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3EC74798" w14:textId="7777777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702" w:type="dxa"/>
          </w:tcPr>
          <w:p w:rsidR="00731B34" w:rsidRDefault="00731B34" w14:paraId="7E125739" w14:textId="77777777"/>
        </w:tc>
        <w:tc>
          <w:tcPr>
            <w:tcW w:w="3288" w:type="dxa"/>
          </w:tcPr>
          <w:p w:rsidR="00731B34" w:rsidRDefault="00731B34" w14:paraId="20A93113" w14:textId="77777777"/>
        </w:tc>
        <w:tc>
          <w:tcPr>
            <w:tcW w:w="1020" w:type="dxa"/>
          </w:tcPr>
          <w:p w:rsidR="00731B34" w:rsidRDefault="00731B34" w14:paraId="15CC7A0D" w14:textId="77777777"/>
        </w:tc>
        <w:tc>
          <w:tcPr>
            <w:tcW w:w="1474" w:type="dxa"/>
          </w:tcPr>
          <w:p w:rsidR="00731B34" w:rsidRDefault="00731B34" w14:paraId="6072F786" w14:textId="77777777"/>
        </w:tc>
        <w:tc>
          <w:tcPr>
            <w:tcW w:w="2268" w:type="dxa"/>
          </w:tcPr>
          <w:p w:rsidR="00731B34" w:rsidRDefault="00731B34" w14:paraId="358EAF5D" w14:textId="77777777"/>
        </w:tc>
        <w:tc>
          <w:tcPr>
            <w:tcW w:w="1701" w:type="dxa"/>
          </w:tcPr>
          <w:p w:rsidR="00731B34" w:rsidRDefault="00731B34" w14:paraId="3DEA5AE7" w14:textId="77777777"/>
        </w:tc>
        <w:tc>
          <w:tcPr>
            <w:tcW w:w="1361" w:type="dxa"/>
          </w:tcPr>
          <w:p w:rsidR="00731B34" w:rsidRDefault="00731B34" w14:paraId="62AE1AC5" w14:textId="77777777"/>
        </w:tc>
        <w:tc>
          <w:tcPr>
            <w:tcW w:w="1247" w:type="dxa"/>
          </w:tcPr>
          <w:p w:rsidR="00731B34" w:rsidRDefault="00731B34" w14:paraId="4C45E303" w14:textId="77777777"/>
        </w:tc>
      </w:tr>
      <w:tr w:rsidR="00731B34" w:rsidTr="00F82319" w14:paraId="24070525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437AF3D6" w14:textId="77777777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702" w:type="dxa"/>
          </w:tcPr>
          <w:p w:rsidR="00731B34" w:rsidRDefault="00731B34" w14:paraId="5EE93248" w14:textId="77777777"/>
        </w:tc>
        <w:tc>
          <w:tcPr>
            <w:tcW w:w="3288" w:type="dxa"/>
          </w:tcPr>
          <w:p w:rsidR="00731B34" w:rsidRDefault="00731B34" w14:paraId="333AD052" w14:textId="77777777"/>
        </w:tc>
        <w:tc>
          <w:tcPr>
            <w:tcW w:w="1020" w:type="dxa"/>
          </w:tcPr>
          <w:p w:rsidR="00731B34" w:rsidRDefault="00731B34" w14:paraId="72569D4C" w14:textId="77777777"/>
        </w:tc>
        <w:tc>
          <w:tcPr>
            <w:tcW w:w="1474" w:type="dxa"/>
          </w:tcPr>
          <w:p w:rsidR="00731B34" w:rsidRDefault="00731B34" w14:paraId="7FDD5FB2" w14:textId="77777777"/>
        </w:tc>
        <w:tc>
          <w:tcPr>
            <w:tcW w:w="2268" w:type="dxa"/>
          </w:tcPr>
          <w:p w:rsidR="00731B34" w:rsidRDefault="00731B34" w14:paraId="6AAD2FDD" w14:textId="77777777"/>
        </w:tc>
        <w:tc>
          <w:tcPr>
            <w:tcW w:w="1701" w:type="dxa"/>
          </w:tcPr>
          <w:p w:rsidR="00731B34" w:rsidRDefault="00731B34" w14:paraId="11122966" w14:textId="77777777"/>
        </w:tc>
        <w:tc>
          <w:tcPr>
            <w:tcW w:w="1361" w:type="dxa"/>
          </w:tcPr>
          <w:p w:rsidR="00731B34" w:rsidRDefault="00731B34" w14:paraId="00CAE80E" w14:textId="77777777"/>
        </w:tc>
        <w:tc>
          <w:tcPr>
            <w:tcW w:w="1247" w:type="dxa"/>
          </w:tcPr>
          <w:p w:rsidR="00731B34" w:rsidRDefault="00731B34" w14:paraId="033504D5" w14:textId="77777777"/>
        </w:tc>
      </w:tr>
      <w:tr w:rsidR="00731B34" w:rsidTr="00F82319" w14:paraId="022EA50B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3C5D3066" w14:textId="77777777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02" w:type="dxa"/>
          </w:tcPr>
          <w:p w:rsidR="00731B34" w:rsidRDefault="00731B34" w14:paraId="5E167CFA" w14:textId="77777777"/>
        </w:tc>
        <w:tc>
          <w:tcPr>
            <w:tcW w:w="3288" w:type="dxa"/>
          </w:tcPr>
          <w:p w:rsidR="00731B34" w:rsidRDefault="00731B34" w14:paraId="1FC562BB" w14:textId="77777777"/>
        </w:tc>
        <w:tc>
          <w:tcPr>
            <w:tcW w:w="1020" w:type="dxa"/>
          </w:tcPr>
          <w:p w:rsidR="00731B34" w:rsidRDefault="00731B34" w14:paraId="72696697" w14:textId="77777777"/>
        </w:tc>
        <w:tc>
          <w:tcPr>
            <w:tcW w:w="1474" w:type="dxa"/>
          </w:tcPr>
          <w:p w:rsidR="00731B34" w:rsidRDefault="00731B34" w14:paraId="509193B5" w14:textId="77777777"/>
        </w:tc>
        <w:tc>
          <w:tcPr>
            <w:tcW w:w="2268" w:type="dxa"/>
          </w:tcPr>
          <w:p w:rsidR="00731B34" w:rsidRDefault="00731B34" w14:paraId="7BDC7352" w14:textId="77777777"/>
        </w:tc>
        <w:tc>
          <w:tcPr>
            <w:tcW w:w="1701" w:type="dxa"/>
          </w:tcPr>
          <w:p w:rsidR="00731B34" w:rsidRDefault="00731B34" w14:paraId="5341188F" w14:textId="77777777"/>
        </w:tc>
        <w:tc>
          <w:tcPr>
            <w:tcW w:w="1361" w:type="dxa"/>
          </w:tcPr>
          <w:p w:rsidR="00731B34" w:rsidRDefault="00731B34" w14:paraId="035804E3" w14:textId="77777777"/>
        </w:tc>
        <w:tc>
          <w:tcPr>
            <w:tcW w:w="1247" w:type="dxa"/>
          </w:tcPr>
          <w:p w:rsidR="00731B34" w:rsidRDefault="00731B34" w14:paraId="62C03142" w14:textId="77777777"/>
        </w:tc>
      </w:tr>
      <w:tr w:rsidR="00731B34" w:rsidTr="00F82319" w14:paraId="5E96AD1A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527E5855" w14:textId="77777777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702" w:type="dxa"/>
          </w:tcPr>
          <w:p w:rsidR="00731B34" w:rsidRDefault="00731B34" w14:paraId="540F9DB4" w14:textId="77777777"/>
        </w:tc>
        <w:tc>
          <w:tcPr>
            <w:tcW w:w="3288" w:type="dxa"/>
          </w:tcPr>
          <w:p w:rsidR="00731B34" w:rsidRDefault="00731B34" w14:paraId="7621F7A7" w14:textId="77777777"/>
        </w:tc>
        <w:tc>
          <w:tcPr>
            <w:tcW w:w="1020" w:type="dxa"/>
          </w:tcPr>
          <w:p w:rsidR="00731B34" w:rsidRDefault="00731B34" w14:paraId="1026A5C7" w14:textId="77777777"/>
        </w:tc>
        <w:tc>
          <w:tcPr>
            <w:tcW w:w="1474" w:type="dxa"/>
          </w:tcPr>
          <w:p w:rsidR="00731B34" w:rsidRDefault="00731B34" w14:paraId="35B26A2F" w14:textId="77777777"/>
        </w:tc>
        <w:tc>
          <w:tcPr>
            <w:tcW w:w="2268" w:type="dxa"/>
          </w:tcPr>
          <w:p w:rsidR="00731B34" w:rsidRDefault="00731B34" w14:paraId="18A04AF8" w14:textId="77777777"/>
        </w:tc>
        <w:tc>
          <w:tcPr>
            <w:tcW w:w="1701" w:type="dxa"/>
          </w:tcPr>
          <w:p w:rsidR="00731B34" w:rsidRDefault="00731B34" w14:paraId="5868C0EB" w14:textId="77777777"/>
        </w:tc>
        <w:tc>
          <w:tcPr>
            <w:tcW w:w="1361" w:type="dxa"/>
          </w:tcPr>
          <w:p w:rsidR="00731B34" w:rsidRDefault="00731B34" w14:paraId="45BDD362" w14:textId="77777777"/>
        </w:tc>
        <w:tc>
          <w:tcPr>
            <w:tcW w:w="1247" w:type="dxa"/>
          </w:tcPr>
          <w:p w:rsidR="00731B34" w:rsidRDefault="00731B34" w14:paraId="1E63328A" w14:textId="77777777"/>
        </w:tc>
      </w:tr>
      <w:tr w:rsidR="00731B34" w:rsidTr="00F82319" w14:paraId="65FAB50C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557B9789" w14:textId="77777777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702" w:type="dxa"/>
          </w:tcPr>
          <w:p w:rsidR="00731B34" w:rsidRDefault="00731B34" w14:paraId="01713B7D" w14:textId="77777777"/>
        </w:tc>
        <w:tc>
          <w:tcPr>
            <w:tcW w:w="3288" w:type="dxa"/>
          </w:tcPr>
          <w:p w:rsidR="00731B34" w:rsidRDefault="00731B34" w14:paraId="7003E048" w14:textId="77777777"/>
        </w:tc>
        <w:tc>
          <w:tcPr>
            <w:tcW w:w="1020" w:type="dxa"/>
          </w:tcPr>
          <w:p w:rsidR="00731B34" w:rsidRDefault="00731B34" w14:paraId="5FC01AFF" w14:textId="77777777"/>
        </w:tc>
        <w:tc>
          <w:tcPr>
            <w:tcW w:w="1474" w:type="dxa"/>
          </w:tcPr>
          <w:p w:rsidR="00731B34" w:rsidRDefault="00731B34" w14:paraId="67D8A324" w14:textId="77777777"/>
        </w:tc>
        <w:tc>
          <w:tcPr>
            <w:tcW w:w="2268" w:type="dxa"/>
          </w:tcPr>
          <w:p w:rsidR="00731B34" w:rsidRDefault="00731B34" w14:paraId="7CF79B9A" w14:textId="77777777"/>
        </w:tc>
        <w:tc>
          <w:tcPr>
            <w:tcW w:w="1701" w:type="dxa"/>
          </w:tcPr>
          <w:p w:rsidR="00731B34" w:rsidRDefault="00731B34" w14:paraId="421968FE" w14:textId="77777777"/>
        </w:tc>
        <w:tc>
          <w:tcPr>
            <w:tcW w:w="1361" w:type="dxa"/>
          </w:tcPr>
          <w:p w:rsidR="00731B34" w:rsidRDefault="00731B34" w14:paraId="63DDB076" w14:textId="77777777"/>
        </w:tc>
        <w:tc>
          <w:tcPr>
            <w:tcW w:w="1247" w:type="dxa"/>
          </w:tcPr>
          <w:p w:rsidR="00731B34" w:rsidRDefault="00731B34" w14:paraId="4AC7970D" w14:textId="77777777"/>
        </w:tc>
      </w:tr>
    </w:tbl>
    <w:p w:rsidR="002D3ABA" w:rsidRDefault="002D3ABA" w14:paraId="567357DF" w14:textId="77777777"/>
    <w:sectPr w:rsidR="002D3ABA" w:rsidSect="00034616">
      <w:headerReference w:type="default" r:id="R1b8ac3f4b71344f8"/>
      <w:pgSz w:w="16838" w:h="11906" w:orient="landscape"/>
      <w:pgMar w:top="2154" w:right="850" w:bottom="1587" w:left="850" w:header="720" w:footer="720" w:gutter="0"/>
      <w:cols w:space="720"/>
      <w:docGrid w:linePitch="360"/>
      <w:footerReference w:type="default" r:id="R57e2e18d476c4a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KYS-FR.001, R00, 01.07.2026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2e5836b82ef439c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kvys.giresun.edu.tr/dg/241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6125decb5864c6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e885d98972440e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Doküman Dağıtım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01.07.2026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8029883">
    <w:abstractNumId w:val="8"/>
  </w:num>
  <w:num w:numId="2" w16cid:durableId="4210371">
    <w:abstractNumId w:val="6"/>
  </w:num>
  <w:num w:numId="3" w16cid:durableId="1829785868">
    <w:abstractNumId w:val="5"/>
  </w:num>
  <w:num w:numId="4" w16cid:durableId="1528638862">
    <w:abstractNumId w:val="4"/>
  </w:num>
  <w:num w:numId="5" w16cid:durableId="1432780150">
    <w:abstractNumId w:val="7"/>
  </w:num>
  <w:num w:numId="6" w16cid:durableId="815339638">
    <w:abstractNumId w:val="3"/>
  </w:num>
  <w:num w:numId="7" w16cid:durableId="1522207212">
    <w:abstractNumId w:val="2"/>
  </w:num>
  <w:num w:numId="8" w16cid:durableId="397213777">
    <w:abstractNumId w:val="1"/>
  </w:num>
  <w:num w:numId="9" w16cid:durableId="21448054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9639D"/>
    <w:rsid w:val="002D3ABA"/>
    <w:rsid w:val="00326F90"/>
    <w:rsid w:val="00731B34"/>
    <w:rsid w:val="00761AF3"/>
    <w:rsid w:val="00825579"/>
    <w:rsid w:val="00AA1D8D"/>
    <w:rsid w:val="00B47730"/>
    <w:rsid w:val="00CB0664"/>
    <w:rsid w:val="00DA5503"/>
    <w:rsid w:val="00F8231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6E3E884"/>
  <w14:defaultImageDpi w14:val="300"/>
  <w15:docId w15:val="{6E07AEB4-2724-7249-BB1B-D674D147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1b8ac3f4b71344f8" /><Relationship Type="http://schemas.openxmlformats.org/officeDocument/2006/relationships/footer" Target="/word/footer1.xml" Id="R57e2e18d476c4a08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66125decb5864c64" /><Relationship Type="http://schemas.openxmlformats.org/officeDocument/2006/relationships/hyperlink" Target="https://kvys.giresun.edu.tr/dg/241" TargetMode="External" Id="R32e5836b82ef439c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e885d98972440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3</cp:revision>
  <dcterms:created xsi:type="dcterms:W3CDTF">2013-12-23T23:15:00Z</dcterms:created>
  <dcterms:modified xsi:type="dcterms:W3CDTF">2026-07-17T07:04:00Z</dcterms:modified>
  <cp:category/>
</cp:coreProperties>
</file>