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100" w:type="dxa"/>
          <w:end w:w="100" w:type="dxa"/>
          <w:left w:w="100" w:type="dxa"/>
          <w:right w:w="100" w:type="dxa"/>
        </w:tblCellMar>
      </w:tblPr>
      <w:tblGrid>
        <w:gridCol w:w="3118"/>
        <w:gridCol w:w="12019"/>
      </w:tblGrid>
      <w:tr>
        <w:trPr>
          <w:trHeight w:val="510" w:hRule="atLeast"/>
        </w:trPr>
        <w:tc>
          <w:tcPr>
            <w:tcW w:w="3118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Dosya / Doküman Türü</w:t>
            </w:r>
          </w:p>
        </w:tc>
        <w:tc>
          <w:tcPr>
            <w:tcW w:w="12019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☐ Dosya        ☐ Klasör        ☐ Diğer</w:t>
            </w:r>
          </w:p>
        </w:tc>
      </w:tr>
      <w:tr>
        <w:trPr>
          <w:trHeight w:val="510" w:hRule="atLeast"/>
        </w:trPr>
        <w:tc>
          <w:tcPr>
            <w:tcW w:w="3118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Teslim Türü</w:t>
            </w:r>
          </w:p>
        </w:tc>
        <w:tc>
          <w:tcPr>
            <w:tcW w:w="12019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☐ İlk Teslim        ☐ Talep Edilmiş Belge</w:t>
            </w:r>
          </w:p>
        </w:tc>
      </w:tr>
    </w:tbl>
    <w:p>
      <w:pPr>
        <w:spacing w:after="8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40" w:type="dxa"/>
          <w:bottom w:w="40" w:type="dxa"/>
          <w:start w:w="80" w:type="dxa"/>
          <w:end w:w="80" w:type="dxa"/>
          <w:left w:w="80" w:type="dxa"/>
          <w:right w:w="80" w:type="dxa"/>
        </w:tblCellMar>
      </w:tblPr>
      <w:tblGrid>
        <w:gridCol w:w="794"/>
        <w:gridCol w:w="1587"/>
        <w:gridCol w:w="2551"/>
        <w:gridCol w:w="794"/>
        <w:gridCol w:w="907"/>
        <w:gridCol w:w="1928"/>
        <w:gridCol w:w="1474"/>
        <w:gridCol w:w="1361"/>
        <w:gridCol w:w="1361"/>
        <w:gridCol w:w="1247"/>
        <w:gridCol w:w="1134"/>
      </w:tblGrid>
      <w:tr>
        <w:trPr>
          <w:trHeight w:val="737" w:hRule="atLeast"/>
        </w:trPr>
        <w:tc>
          <w:tcPr>
            <w:tcW w:w="79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Sıra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No</w:t>
            </w:r>
          </w:p>
        </w:tc>
        <w:tc>
          <w:tcPr>
            <w:tcW w:w="1587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Dosya / Doküman No</w:t>
            </w:r>
          </w:p>
        </w:tc>
        <w:tc>
          <w:tcPr>
            <w:tcW w:w="255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Dosya / Doküman Adı</w:t>
            </w:r>
          </w:p>
        </w:tc>
        <w:tc>
          <w:tcPr>
            <w:tcW w:w="79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Adedi</w:t>
            </w:r>
          </w:p>
        </w:tc>
        <w:tc>
          <w:tcPr>
            <w:tcW w:w="907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Rev.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No</w:t>
            </w:r>
          </w:p>
        </w:tc>
        <w:tc>
          <w:tcPr>
            <w:tcW w:w="1928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Birim / Kısım / Ünite</w:t>
            </w:r>
          </w:p>
        </w:tc>
        <w:tc>
          <w:tcPr>
            <w:tcW w:w="147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Kullanıldığı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Yıllar</w:t>
            </w:r>
          </w:p>
        </w:tc>
        <w:tc>
          <w:tcPr>
            <w:tcW w:w="136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Saklama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Süresi</w:t>
            </w:r>
          </w:p>
        </w:tc>
        <w:tc>
          <w:tcPr>
            <w:tcW w:w="136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İmha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Tarihi</w:t>
            </w:r>
          </w:p>
        </w:tc>
        <w:tc>
          <w:tcPr>
            <w:tcW w:w="1247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Arşiv Kayıt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Tarihi *</w:t>
            </w:r>
          </w:p>
        </w:tc>
        <w:tc>
          <w:tcPr>
            <w:tcW w:w="113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Arşiv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No *</w:t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</w:t>
            </w:r>
          </w:p>
        </w:tc>
        <w:tc>
          <w:tcPr>
            <w:tcW w:w="158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55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79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90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92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7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24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13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2</w:t>
            </w:r>
          </w:p>
        </w:tc>
        <w:tc>
          <w:tcPr>
            <w:tcW w:w="158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55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79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90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92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7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24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13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3</w:t>
            </w:r>
          </w:p>
        </w:tc>
        <w:tc>
          <w:tcPr>
            <w:tcW w:w="158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55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79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90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92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7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24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13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4</w:t>
            </w:r>
          </w:p>
        </w:tc>
        <w:tc>
          <w:tcPr>
            <w:tcW w:w="158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55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79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90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92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7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24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13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5</w:t>
            </w:r>
          </w:p>
        </w:tc>
        <w:tc>
          <w:tcPr>
            <w:tcW w:w="158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55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79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90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92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7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24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13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p>
      <w:pPr>
        <w:spacing w:after="120"/>
        <w:jc w:val="left"/>
      </w:pPr>
      <w:r>
        <w:rPr>
          <w:rFonts w:ascii="Times New Roman" w:hAnsi="Times New Roman" w:cs="Times New Roman"/>
          <w:b w:val="0"/>
          <w:sz w:val="18"/>
        </w:rPr>
        <w:t>* Arşiv Sorumlusu tarafından doldurulacaktır.</w:t>
      </w:r>
    </w:p>
    <w:p>
      <w:pPr>
        <w:spacing w:after="80"/>
        <w:jc w:val="left"/>
      </w:pPr>
      <w:r>
        <w:rPr>
          <w:rFonts w:ascii="Times New Roman" w:hAnsi="Times New Roman" w:cs="Times New Roman"/>
          <w:b w:val="0"/>
          <w:sz w:val="22"/>
        </w:rPr>
        <w:t>Yukarıda belirtilen dosya / dokümanlar genel arşive teslim edilmiştir.</w:t>
      </w:r>
    </w:p>
    <w:tbl>
      <w:tblPr>
        <w:tblStyle w:val="TableGrid"/>
        <w:tblW w:w="0" w:type="auto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100" w:type="dxa"/>
          <w:end w:w="100" w:type="dxa"/>
          <w:left w:w="100" w:type="dxa"/>
          <w:right w:w="100" w:type="dxa"/>
        </w:tblCellMar>
      </w:tblPr>
      <w:tblGrid>
        <w:gridCol w:w="5046"/>
        <w:gridCol w:w="5046"/>
        <w:gridCol w:w="5046"/>
      </w:tblGrid>
      <w:tr>
        <w:trPr>
          <w:trHeight w:val="510" w:hRule="atLeast"/>
          <w:cantSplit/>
        </w:trPr>
        <w:tc>
          <w:tcPr>
            <w:tcW w:w="5046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Teslim Eden</w:t>
            </w:r>
          </w:p>
        </w:tc>
        <w:tc>
          <w:tcPr>
            <w:tcW w:w="5046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Teslim Tarihi</w:t>
            </w:r>
          </w:p>
        </w:tc>
        <w:tc>
          <w:tcPr>
            <w:tcW w:w="5046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Teslim Alan</w:t>
            </w:r>
          </w:p>
        </w:tc>
      </w:tr>
      <w:tr>
        <w:trPr>
          <w:trHeight w:val="1020" w:hRule="atLeast"/>
          <w:cantSplit/>
        </w:trPr>
        <w:tc>
          <w:tcPr>
            <w:tcW w:w="5046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5046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5046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sectPr w:rsidRPr="0006063C" w:rsidR="00FC693F" w:rsidSect="00034616">
      <w:headerReference w:type="default" r:id="Rfa18a1fd6b3541c2"/>
      <w:pgSz w:w="16838" w:h="11906" w:orient="landscape"/>
      <w:pgMar w:top="2154" w:right="850" w:bottom="1587" w:left="850" w:header="720" w:footer="720" w:gutter="0"/>
      <w:cols w:space="720"/>
      <w:docGrid w:linePitch="360"/>
      <w:footerReference w:type="default" r:id="Re09fe58fcfb74a5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p>
    <w:pPr>
      <w:jc w:val="center"/>
      <w:spacing w:before="0" w:after="60" w:line="240" w:lineRule="auto"/>
    </w:pPr>
    <w:r>
      <w:rPr>
        <w:rFonts w:ascii="Times New Roman" w:hAnsi="Times New Roman" w:eastAsia="Century Gothic"/>
        <w:sz w:val="18"/>
        <w:szCs w:val="18"/>
        <w:i/>
        <w:color w:val="FF0000"/>
      </w:rPr>
      <w:t xml:space="preserve">Bu dokümanın basılı hali kontrolsüz doküman kabul edilmektedir. Lütfen web sitesinden en son versiyonuna ulaşınız.</w:t>
    </w:r>
  </w:p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</w:tblPr>
    <w:tblGrid>
      <w:gridCol w:w="8000"/>
      <w:gridCol w:w="2000"/>
    </w:tblGrid>
    <w:tr>
      <w:tc>
        <w:tcPr>
          <w:tcW w:w="8000" w:type="dxa"/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KYS-FR.003,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907be282983347f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kvys.giresun.edu.tr/dg/287</w:t>
            </w:r>
          </w:hyperlink>
        </w:p>
      </w:tc>
      <w:tc>
        <w:tcPr>
          <w:tcW w:w="2000" w:type="dxa"/>
          <w:vAlign w:val="top"/>
        </w:tcPr>
        <w:p>
          <w:pPr>
            <w:jc w:val="right"/>
            <w:spacing w:before="0" w:after="0" w:line="240" w:lineRule="auto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540000" cy="540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8e219f9e874460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0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>
          <w:pPr>
            <w:jc w:val="right"/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</w:tr>
  </w:tbl>
  <w:p>
    <w:pPr>
      <w:spacing w:before="0" w:after="0" w:line="240" w:lineRule="auto"/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582e92f10ba493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Arşiv Evrak Teslim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pStyle w:val="stBilgi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</w:pPr>
    <w:rPr>
      <w:rFonts w:ascii="Times New Roman" w:hAnsi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fa18a1fd6b3541c2" /><Relationship Type="http://schemas.openxmlformats.org/officeDocument/2006/relationships/footer" Target="/word/footer1.xml" Id="Re09fe58fcfb74a53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48e219f9e874460d" /><Relationship Type="http://schemas.openxmlformats.org/officeDocument/2006/relationships/hyperlink" Target="https://kvys.giresun.edu.tr/dg/287" TargetMode="External" Id="R907be282983347f8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7582e92f10ba493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