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png" ContentType="image/png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Look w:val="04A0" w:firstRow="1" w:lastRow="0" w:firstColumn="1" w:lastColumn="0" w:noHBand="0" w:noVBand="1"/>
        <w:tblLayout w:type="fixed"/>
        <w:tblCellMar>
          <w:top w:w="60" w:type="dxa"/>
          <w:bottom w:w="60" w:type="dxa"/>
          <w:start w:w="100" w:type="dxa"/>
          <w:end w:w="100" w:type="dxa"/>
          <w:left w:w="100" w:type="dxa"/>
          <w:right w:w="100" w:type="dxa"/>
        </w:tblCellMar>
      </w:tblPr>
      <w:tblGrid>
        <w:gridCol w:w="2551"/>
        <w:gridCol w:w="7654"/>
      </w:tblGrid>
      <w:tr>
        <w:trPr>
          <w:trHeight w:val="510" w:hRule="atLeast"/>
        </w:trPr>
        <w:tc>
          <w:tcPr>
            <w:tcW w:w="2551" w:type="dxa"/>
            <w:vAlign w:val="center"/>
            <w:shd w:val="clear" w:color="auto" w:fill="D9D9D9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/>
                <w:sz w:val="22"/>
              </w:rPr>
              <w:t>Birim / Alt Birim</w:t>
            </w:r>
          </w:p>
        </w:tc>
        <w:tc>
          <w:tcPr>
            <w:tcW w:w="7654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</w:tr>
      <w:tr>
        <w:trPr>
          <w:trHeight w:val="510" w:hRule="atLeast"/>
        </w:trPr>
        <w:tc>
          <w:tcPr>
            <w:tcW w:w="2551" w:type="dxa"/>
            <w:vAlign w:val="center"/>
            <w:shd w:val="clear" w:color="auto" w:fill="D9D9D9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/>
                <w:sz w:val="22"/>
              </w:rPr>
              <w:t>Tarih</w:t>
            </w:r>
          </w:p>
        </w:tc>
        <w:tc>
          <w:tcPr>
            <w:tcW w:w="7654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</w:tr>
    </w:tbl>
    <w:p>
      <w:pPr>
        <w:spacing w:after="80"/>
      </w:pPr>
    </w:p>
    <w:tbl>
      <w:tblPr>
        <w:tblStyle w:val="TableGrid"/>
        <w:tblW w:w="0" w:type="auto"/>
        <w:tblLook w:val="04A0" w:firstRow="1" w:lastRow="0" w:firstColumn="1" w:lastColumn="0" w:noHBand="0" w:noVBand="1"/>
        <w:tblLayout w:type="fixed"/>
        <w:tblCellMar>
          <w:top w:w="60" w:type="dxa"/>
          <w:bottom w:w="60" w:type="dxa"/>
          <w:start w:w="100" w:type="dxa"/>
          <w:end w:w="100" w:type="dxa"/>
          <w:left w:w="100" w:type="dxa"/>
          <w:right w:w="100" w:type="dxa"/>
        </w:tblCellMar>
      </w:tblPr>
      <w:tblGrid>
        <w:gridCol w:w="2551"/>
        <w:gridCol w:w="7654"/>
      </w:tblGrid>
      <w:tr>
        <w:trPr>
          <w:trHeight w:val="510" w:hRule="atLeast"/>
        </w:trPr>
        <w:tc>
          <w:tcPr>
            <w:tcW w:w="2551" w:type="dxa"/>
            <w:vAlign w:val="center"/>
            <w:shd w:val="clear" w:color="auto" w:fill="D9D9D9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/>
                <w:sz w:val="22"/>
              </w:rPr>
              <w:t>Listeleme Türü</w:t>
            </w:r>
          </w:p>
        </w:tc>
        <w:tc>
          <w:tcPr>
            <w:tcW w:w="7654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  <w:t>☐ Belge        ☐ Dosya        ☐ Klasör</w:t>
            </w:r>
          </w:p>
        </w:tc>
      </w:tr>
    </w:tbl>
    <w:p>
      <w:pPr>
        <w:spacing w:after="80"/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  <w:tblLayout w:type="fixed"/>
        <w:tblCellMar>
          <w:top w:w="40" w:type="dxa"/>
          <w:bottom w:w="40" w:type="dxa"/>
          <w:start w:w="80" w:type="dxa"/>
          <w:end w:w="80" w:type="dxa"/>
          <w:left w:w="80" w:type="dxa"/>
          <w:right w:w="80" w:type="dxa"/>
        </w:tblCellMar>
      </w:tblPr>
      <w:tblGrid>
        <w:gridCol w:w="794"/>
        <w:gridCol w:w="1531"/>
        <w:gridCol w:w="1417"/>
        <w:gridCol w:w="1304"/>
        <w:gridCol w:w="3005"/>
        <w:gridCol w:w="2154"/>
      </w:tblGrid>
      <w:tr>
        <w:trPr>
          <w:trHeight w:val="793" w:hRule="atLeast"/>
        </w:trPr>
        <w:tc>
          <w:tcPr>
            <w:tcW w:w="794" w:type="dxa"/>
            <w:vAlign w:val="center"/>
            <w:shd w:val="clear" w:color="auto" w:fill="D9D9D9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/>
                <w:sz w:val="22"/>
              </w:rPr>
              <w:t>Liste</w:t>
            </w:r>
            <w:r>
              <w:br/>
            </w:r>
            <w:r>
              <w:rPr>
                <w:rFonts w:ascii="Times New Roman" w:hAnsi="Times New Roman" w:cs="Times New Roman"/>
                <w:b/>
                <w:sz w:val="22"/>
              </w:rPr>
              <w:t>Sıra No</w:t>
            </w:r>
          </w:p>
        </w:tc>
        <w:tc>
          <w:tcPr>
            <w:tcW w:w="1531" w:type="dxa"/>
            <w:vAlign w:val="center"/>
            <w:shd w:val="clear" w:color="auto" w:fill="D9D9D9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/>
                <w:sz w:val="22"/>
              </w:rPr>
              <w:t>Son İşlem Tarihi</w:t>
            </w:r>
            <w:r>
              <w:br/>
            </w:r>
            <w:r>
              <w:rPr>
                <w:rFonts w:ascii="Times New Roman" w:hAnsi="Times New Roman" w:cs="Times New Roman"/>
                <w:b/>
                <w:sz w:val="22"/>
              </w:rPr>
              <w:t>ve İşlem Yılı</w:t>
            </w:r>
          </w:p>
        </w:tc>
        <w:tc>
          <w:tcPr>
            <w:tcW w:w="1417" w:type="dxa"/>
            <w:vAlign w:val="center"/>
            <w:shd w:val="clear" w:color="auto" w:fill="D9D9D9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/>
                <w:sz w:val="22"/>
              </w:rPr>
              <w:t>Sayısı veya</w:t>
            </w:r>
            <w:r>
              <w:br/>
            </w:r>
            <w:r>
              <w:rPr>
                <w:rFonts w:ascii="Times New Roman" w:hAnsi="Times New Roman" w:cs="Times New Roman"/>
                <w:b/>
                <w:sz w:val="22"/>
              </w:rPr>
              <w:t>Dosya Numarası</w:t>
            </w:r>
          </w:p>
        </w:tc>
        <w:tc>
          <w:tcPr>
            <w:tcW w:w="1304" w:type="dxa"/>
            <w:vAlign w:val="center"/>
            <w:shd w:val="clear" w:color="auto" w:fill="D9D9D9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/>
                <w:sz w:val="22"/>
              </w:rPr>
              <w:t>Gizlilik</w:t>
            </w:r>
            <w:r>
              <w:br/>
            </w:r>
            <w:r>
              <w:rPr>
                <w:rFonts w:ascii="Times New Roman" w:hAnsi="Times New Roman" w:cs="Times New Roman"/>
                <w:b/>
                <w:sz w:val="22"/>
              </w:rPr>
              <w:t>Derecesi</w:t>
            </w:r>
          </w:p>
        </w:tc>
        <w:tc>
          <w:tcPr>
            <w:tcW w:w="3005" w:type="dxa"/>
            <w:vAlign w:val="center"/>
            <w:shd w:val="clear" w:color="auto" w:fill="D9D9D9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/>
                <w:sz w:val="22"/>
              </w:rPr>
              <w:t>Konusu</w:t>
            </w:r>
          </w:p>
        </w:tc>
        <w:tc>
          <w:tcPr>
            <w:tcW w:w="2154" w:type="dxa"/>
            <w:vAlign w:val="center"/>
            <w:shd w:val="clear" w:color="auto" w:fill="D9D9D9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/>
                <w:sz w:val="22"/>
              </w:rPr>
              <w:t>Belgenin Sayfa Sayısı /</w:t>
            </w:r>
            <w:r>
              <w:br/>
            </w:r>
            <w:r>
              <w:rPr>
                <w:rFonts w:ascii="Times New Roman" w:hAnsi="Times New Roman" w:cs="Times New Roman"/>
                <w:b/>
                <w:sz w:val="22"/>
              </w:rPr>
              <w:t>Dosya-Klasör Adedi</w:t>
            </w:r>
          </w:p>
        </w:tc>
      </w:tr>
      <w:tr>
        <w:trPr>
          <w:trHeight w:val="453" w:hRule="atLeast"/>
        </w:trPr>
        <w:tc>
          <w:tcPr>
            <w:tcW w:w="794" w:type="dxa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  <w:t>1</w:t>
            </w:r>
          </w:p>
        </w:tc>
        <w:tc>
          <w:tcPr>
            <w:tcW w:w="153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417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304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3005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2154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</w:tr>
      <w:tr>
        <w:trPr>
          <w:trHeight w:val="453" w:hRule="atLeast"/>
        </w:trPr>
        <w:tc>
          <w:tcPr>
            <w:tcW w:w="794" w:type="dxa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  <w:t>2</w:t>
            </w:r>
          </w:p>
        </w:tc>
        <w:tc>
          <w:tcPr>
            <w:tcW w:w="153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417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304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3005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2154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</w:tr>
      <w:tr>
        <w:trPr>
          <w:trHeight w:val="453" w:hRule="atLeast"/>
        </w:trPr>
        <w:tc>
          <w:tcPr>
            <w:tcW w:w="794" w:type="dxa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  <w:t>3</w:t>
            </w:r>
          </w:p>
        </w:tc>
        <w:tc>
          <w:tcPr>
            <w:tcW w:w="153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417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304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3005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2154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</w:tr>
      <w:tr>
        <w:trPr>
          <w:trHeight w:val="453" w:hRule="atLeast"/>
        </w:trPr>
        <w:tc>
          <w:tcPr>
            <w:tcW w:w="794" w:type="dxa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  <w:t>4</w:t>
            </w:r>
          </w:p>
        </w:tc>
        <w:tc>
          <w:tcPr>
            <w:tcW w:w="153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417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304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3005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2154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</w:tr>
      <w:tr>
        <w:trPr>
          <w:trHeight w:val="453" w:hRule="atLeast"/>
        </w:trPr>
        <w:tc>
          <w:tcPr>
            <w:tcW w:w="794" w:type="dxa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  <w:t>5</w:t>
            </w:r>
          </w:p>
        </w:tc>
        <w:tc>
          <w:tcPr>
            <w:tcW w:w="153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417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304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3005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2154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</w:tr>
      <w:tr>
        <w:trPr>
          <w:trHeight w:val="453" w:hRule="atLeast"/>
        </w:trPr>
        <w:tc>
          <w:tcPr>
            <w:tcW w:w="794" w:type="dxa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  <w:t>6</w:t>
            </w:r>
          </w:p>
        </w:tc>
        <w:tc>
          <w:tcPr>
            <w:tcW w:w="153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417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304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3005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2154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</w:tr>
      <w:tr>
        <w:trPr>
          <w:trHeight w:val="453" w:hRule="atLeast"/>
        </w:trPr>
        <w:tc>
          <w:tcPr>
            <w:tcW w:w="794" w:type="dxa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  <w:t>7</w:t>
            </w:r>
          </w:p>
        </w:tc>
        <w:tc>
          <w:tcPr>
            <w:tcW w:w="153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417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304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3005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2154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</w:tr>
      <w:tr>
        <w:trPr>
          <w:trHeight w:val="453" w:hRule="atLeast"/>
        </w:trPr>
        <w:tc>
          <w:tcPr>
            <w:tcW w:w="794" w:type="dxa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  <w:t>8</w:t>
            </w:r>
          </w:p>
        </w:tc>
        <w:tc>
          <w:tcPr>
            <w:tcW w:w="153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417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304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3005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2154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</w:tr>
      <w:tr>
        <w:trPr>
          <w:trHeight w:val="453" w:hRule="atLeast"/>
        </w:trPr>
        <w:tc>
          <w:tcPr>
            <w:tcW w:w="794" w:type="dxa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  <w:t>9</w:t>
            </w:r>
          </w:p>
        </w:tc>
        <w:tc>
          <w:tcPr>
            <w:tcW w:w="153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417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304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3005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2154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</w:tr>
      <w:tr>
        <w:trPr>
          <w:trHeight w:val="453" w:hRule="atLeast"/>
        </w:trPr>
        <w:tc>
          <w:tcPr>
            <w:tcW w:w="794" w:type="dxa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  <w:t>10</w:t>
            </w:r>
          </w:p>
        </w:tc>
        <w:tc>
          <w:tcPr>
            <w:tcW w:w="1531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417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1304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3005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2154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</w:tr>
    </w:tbl>
    <w:p>
      <w:pPr>
        <w:spacing w:after="120"/>
      </w:pPr>
    </w:p>
    <w:p>
      <w:pPr>
        <w:spacing w:after="80"/>
        <w:jc w:val="center"/>
      </w:pPr>
      <w:r>
        <w:rPr>
          <w:rFonts w:ascii="Times New Roman" w:hAnsi="Times New Roman" w:cs="Times New Roman"/>
          <w:b/>
          <w:sz w:val="22"/>
        </w:rPr>
        <w:t>İmha Komisyonu</w:t>
      </w:r>
    </w:p>
    <w:tbl>
      <w:tblPr>
        <w:tblStyle w:val="TableGrid"/>
        <w:tblW w:w="0" w:type="auto"/>
        <w:tblLook w:val="04A0" w:firstRow="1" w:lastRow="0" w:firstColumn="1" w:lastColumn="0" w:noHBand="0" w:noVBand="1"/>
        <w:tblLayout w:type="fixed"/>
        <w:tblCellMar>
          <w:top w:w="60" w:type="dxa"/>
          <w:bottom w:w="60" w:type="dxa"/>
          <w:start w:w="80" w:type="dxa"/>
          <w:end w:w="80" w:type="dxa"/>
          <w:left w:w="80" w:type="dxa"/>
          <w:right w:w="80" w:type="dxa"/>
        </w:tblCellMar>
      </w:tblPr>
      <w:tblGrid>
        <w:gridCol w:w="2551"/>
        <w:gridCol w:w="2551"/>
        <w:gridCol w:w="2551"/>
        <w:gridCol w:w="2551"/>
      </w:tblGrid>
      <w:tr>
        <w:trPr>
          <w:trHeight w:val="1247" w:hRule="atLeast"/>
          <w:cantSplit/>
        </w:trPr>
        <w:tc>
          <w:tcPr>
            <w:tcW w:w="2551" w:type="dxa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  <w:t>Başkan</w:t>
            </w:r>
            <w:r>
              <w:br/>
            </w:r>
            <w:r>
              <w:rPr>
                <w:rFonts w:ascii="Times New Roman" w:hAnsi="Times New Roman" w:cs="Times New Roman"/>
                <w:b w:val="0"/>
                <w:sz w:val="22"/>
              </w:rPr>
            </w:r>
            <w:r>
              <w:br/>
            </w:r>
            <w:r>
              <w:rPr>
                <w:rFonts w:ascii="Times New Roman" w:hAnsi="Times New Roman" w:cs="Times New Roman"/>
                <w:b w:val="0"/>
                <w:sz w:val="22"/>
              </w:rPr>
            </w:r>
            <w:r>
              <w:br/>
            </w:r>
            <w:r>
              <w:rPr>
                <w:rFonts w:ascii="Times New Roman" w:hAnsi="Times New Roman" w:cs="Times New Roman"/>
                <w:b w:val="0"/>
                <w:sz w:val="22"/>
              </w:rPr>
              <w:t>Adı-Soyadı</w:t>
            </w:r>
            <w:r>
              <w:br/>
            </w:r>
            <w:r>
              <w:rPr>
                <w:rFonts w:ascii="Times New Roman" w:hAnsi="Times New Roman" w:cs="Times New Roman"/>
                <w:b w:val="0"/>
                <w:sz w:val="22"/>
              </w:rPr>
              <w:t>İmza</w:t>
            </w:r>
          </w:p>
        </w:tc>
        <w:tc>
          <w:tcPr>
            <w:tcW w:w="2551" w:type="dxa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  <w:t>Üye</w:t>
            </w:r>
            <w:r>
              <w:br/>
            </w:r>
            <w:r>
              <w:rPr>
                <w:rFonts w:ascii="Times New Roman" w:hAnsi="Times New Roman" w:cs="Times New Roman"/>
                <w:b w:val="0"/>
                <w:sz w:val="22"/>
              </w:rPr>
            </w:r>
            <w:r>
              <w:br/>
            </w:r>
            <w:r>
              <w:rPr>
                <w:rFonts w:ascii="Times New Roman" w:hAnsi="Times New Roman" w:cs="Times New Roman"/>
                <w:b w:val="0"/>
                <w:sz w:val="22"/>
              </w:rPr>
            </w:r>
            <w:r>
              <w:br/>
            </w:r>
            <w:r>
              <w:rPr>
                <w:rFonts w:ascii="Times New Roman" w:hAnsi="Times New Roman" w:cs="Times New Roman"/>
                <w:b w:val="0"/>
                <w:sz w:val="22"/>
              </w:rPr>
              <w:t>Adı-Soyadı</w:t>
            </w:r>
            <w:r>
              <w:br/>
            </w:r>
            <w:r>
              <w:rPr>
                <w:rFonts w:ascii="Times New Roman" w:hAnsi="Times New Roman" w:cs="Times New Roman"/>
                <w:b w:val="0"/>
                <w:sz w:val="22"/>
              </w:rPr>
              <w:t>İmza</w:t>
            </w:r>
          </w:p>
        </w:tc>
        <w:tc>
          <w:tcPr>
            <w:tcW w:w="2551" w:type="dxa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  <w:t>Üye</w:t>
            </w:r>
            <w:r>
              <w:br/>
            </w:r>
            <w:r>
              <w:rPr>
                <w:rFonts w:ascii="Times New Roman" w:hAnsi="Times New Roman" w:cs="Times New Roman"/>
                <w:b w:val="0"/>
                <w:sz w:val="22"/>
              </w:rPr>
            </w:r>
            <w:r>
              <w:br/>
            </w:r>
            <w:r>
              <w:rPr>
                <w:rFonts w:ascii="Times New Roman" w:hAnsi="Times New Roman" w:cs="Times New Roman"/>
                <w:b w:val="0"/>
                <w:sz w:val="22"/>
              </w:rPr>
            </w:r>
            <w:r>
              <w:br/>
            </w:r>
            <w:r>
              <w:rPr>
                <w:rFonts w:ascii="Times New Roman" w:hAnsi="Times New Roman" w:cs="Times New Roman"/>
                <w:b w:val="0"/>
                <w:sz w:val="22"/>
              </w:rPr>
              <w:t>Adı-Soyadı</w:t>
            </w:r>
            <w:r>
              <w:br/>
            </w:r>
            <w:r>
              <w:rPr>
                <w:rFonts w:ascii="Times New Roman" w:hAnsi="Times New Roman" w:cs="Times New Roman"/>
                <w:b w:val="0"/>
                <w:sz w:val="22"/>
              </w:rPr>
              <w:t>İmza</w:t>
            </w:r>
          </w:p>
        </w:tc>
        <w:tc>
          <w:tcPr>
            <w:tcW w:w="2551" w:type="dxa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  <w:t>Üye</w:t>
            </w:r>
            <w:r>
              <w:br/>
            </w:r>
            <w:r>
              <w:rPr>
                <w:rFonts w:ascii="Times New Roman" w:hAnsi="Times New Roman" w:cs="Times New Roman"/>
                <w:b w:val="0"/>
                <w:sz w:val="22"/>
              </w:rPr>
            </w:r>
            <w:r>
              <w:br/>
            </w:r>
            <w:r>
              <w:rPr>
                <w:rFonts w:ascii="Times New Roman" w:hAnsi="Times New Roman" w:cs="Times New Roman"/>
                <w:b w:val="0"/>
                <w:sz w:val="22"/>
              </w:rPr>
            </w:r>
            <w:r>
              <w:br/>
            </w:r>
            <w:r>
              <w:rPr>
                <w:rFonts w:ascii="Times New Roman" w:hAnsi="Times New Roman" w:cs="Times New Roman"/>
                <w:b w:val="0"/>
                <w:sz w:val="22"/>
              </w:rPr>
              <w:t>Adı-Soyadı</w:t>
            </w:r>
            <w:r>
              <w:br/>
            </w:r>
            <w:r>
              <w:rPr>
                <w:rFonts w:ascii="Times New Roman" w:hAnsi="Times New Roman" w:cs="Times New Roman"/>
                <w:b w:val="0"/>
                <w:sz w:val="22"/>
              </w:rPr>
              <w:t>İmza</w:t>
            </w:r>
          </w:p>
        </w:tc>
      </w:tr>
      <w:tr>
        <w:trPr>
          <w:trHeight w:val="1247" w:hRule="atLeast"/>
          <w:cantSplit/>
        </w:trPr>
        <w:tc>
          <w:tcPr>
            <w:tcW w:w="2551" w:type="dxa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  <w:t>Üye</w:t>
            </w:r>
            <w:r>
              <w:br/>
            </w:r>
            <w:r>
              <w:rPr>
                <w:rFonts w:ascii="Times New Roman" w:hAnsi="Times New Roman" w:cs="Times New Roman"/>
                <w:b w:val="0"/>
                <w:sz w:val="22"/>
              </w:rPr>
            </w:r>
            <w:r>
              <w:br/>
            </w:r>
            <w:r>
              <w:rPr>
                <w:rFonts w:ascii="Times New Roman" w:hAnsi="Times New Roman" w:cs="Times New Roman"/>
                <w:b w:val="0"/>
                <w:sz w:val="22"/>
              </w:rPr>
            </w:r>
            <w:r>
              <w:br/>
            </w:r>
            <w:r>
              <w:rPr>
                <w:rFonts w:ascii="Times New Roman" w:hAnsi="Times New Roman" w:cs="Times New Roman"/>
                <w:b w:val="0"/>
                <w:sz w:val="22"/>
              </w:rPr>
              <w:t>Adı-Soyadı</w:t>
            </w:r>
            <w:r>
              <w:br/>
            </w:r>
            <w:r>
              <w:rPr>
                <w:rFonts w:ascii="Times New Roman" w:hAnsi="Times New Roman" w:cs="Times New Roman"/>
                <w:b w:val="0"/>
                <w:sz w:val="22"/>
              </w:rPr>
              <w:t>İmza</w:t>
            </w:r>
          </w:p>
        </w:tc>
        <w:tc>
          <w:tcPr>
            <w:tcW w:w="2551" w:type="dxa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  <w:t>Üye</w:t>
            </w:r>
            <w:r>
              <w:br/>
            </w:r>
            <w:r>
              <w:rPr>
                <w:rFonts w:ascii="Times New Roman" w:hAnsi="Times New Roman" w:cs="Times New Roman"/>
                <w:b w:val="0"/>
                <w:sz w:val="22"/>
              </w:rPr>
            </w:r>
            <w:r>
              <w:br/>
            </w:r>
            <w:r>
              <w:rPr>
                <w:rFonts w:ascii="Times New Roman" w:hAnsi="Times New Roman" w:cs="Times New Roman"/>
                <w:b w:val="0"/>
                <w:sz w:val="22"/>
              </w:rPr>
            </w:r>
            <w:r>
              <w:br/>
            </w:r>
            <w:r>
              <w:rPr>
                <w:rFonts w:ascii="Times New Roman" w:hAnsi="Times New Roman" w:cs="Times New Roman"/>
                <w:b w:val="0"/>
                <w:sz w:val="22"/>
              </w:rPr>
              <w:t>Adı-Soyadı</w:t>
            </w:r>
            <w:r>
              <w:br/>
            </w:r>
            <w:r>
              <w:rPr>
                <w:rFonts w:ascii="Times New Roman" w:hAnsi="Times New Roman" w:cs="Times New Roman"/>
                <w:b w:val="0"/>
                <w:sz w:val="22"/>
              </w:rPr>
              <w:t>İmza</w:t>
            </w:r>
          </w:p>
        </w:tc>
        <w:tc>
          <w:tcPr>
            <w:tcW w:w="2551" w:type="dxa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  <w:t>Üye</w:t>
            </w:r>
            <w:r>
              <w:br/>
            </w:r>
            <w:r>
              <w:rPr>
                <w:rFonts w:ascii="Times New Roman" w:hAnsi="Times New Roman" w:cs="Times New Roman"/>
                <w:b w:val="0"/>
                <w:sz w:val="22"/>
              </w:rPr>
            </w:r>
            <w:r>
              <w:br/>
            </w:r>
            <w:r>
              <w:rPr>
                <w:rFonts w:ascii="Times New Roman" w:hAnsi="Times New Roman" w:cs="Times New Roman"/>
                <w:b w:val="0"/>
                <w:sz w:val="22"/>
              </w:rPr>
            </w:r>
            <w:r>
              <w:br/>
            </w:r>
            <w:r>
              <w:rPr>
                <w:rFonts w:ascii="Times New Roman" w:hAnsi="Times New Roman" w:cs="Times New Roman"/>
                <w:b w:val="0"/>
                <w:sz w:val="22"/>
              </w:rPr>
              <w:t>Adı-Soyadı</w:t>
            </w:r>
            <w:r>
              <w:br/>
            </w:r>
            <w:r>
              <w:rPr>
                <w:rFonts w:ascii="Times New Roman" w:hAnsi="Times New Roman" w:cs="Times New Roman"/>
                <w:b w:val="0"/>
                <w:sz w:val="22"/>
              </w:rPr>
              <w:t>İmza</w:t>
            </w:r>
          </w:p>
        </w:tc>
        <w:tc>
          <w:tcPr>
            <w:tcW w:w="2551" w:type="dxa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  <w:t>Üye</w:t>
            </w:r>
            <w:r>
              <w:br/>
            </w:r>
            <w:r>
              <w:rPr>
                <w:rFonts w:ascii="Times New Roman" w:hAnsi="Times New Roman" w:cs="Times New Roman"/>
                <w:b w:val="0"/>
                <w:sz w:val="22"/>
              </w:rPr>
            </w:r>
            <w:r>
              <w:br/>
            </w:r>
            <w:r>
              <w:rPr>
                <w:rFonts w:ascii="Times New Roman" w:hAnsi="Times New Roman" w:cs="Times New Roman"/>
                <w:b w:val="0"/>
                <w:sz w:val="22"/>
              </w:rPr>
            </w:r>
            <w:r>
              <w:br/>
            </w:r>
            <w:r>
              <w:rPr>
                <w:rFonts w:ascii="Times New Roman" w:hAnsi="Times New Roman" w:cs="Times New Roman"/>
                <w:b w:val="0"/>
                <w:sz w:val="22"/>
              </w:rPr>
              <w:t>Adı-Soyadı</w:t>
            </w:r>
            <w:r>
              <w:br/>
            </w:r>
            <w:r>
              <w:rPr>
                <w:rFonts w:ascii="Times New Roman" w:hAnsi="Times New Roman" w:cs="Times New Roman"/>
                <w:b w:val="0"/>
                <w:sz w:val="22"/>
              </w:rPr>
              <w:t>İmza</w:t>
            </w:r>
          </w:p>
        </w:tc>
      </w:tr>
    </w:tbl>
    <w:sectPr w:rsidRPr="0006063C" w:rsidR="00FC693F" w:rsidSect="00034616">
      <w:headerReference w:type="default" r:id="Re52a03cca940415a"/>
      <w:pgSz w:w="11906" w:h="16838"/>
      <w:pgMar w:top="2154" w:right="850" w:bottom="1587" w:left="850" w:header="720" w:footer="720" w:gutter="0"/>
      <w:cols w:space="720"/>
      <w:docGrid w:linePitch="360"/>
      <w:footerReference w:type="default" r:id="R8ef34cd5681c4a6e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="http://schemas.openxmlformats.org/wordprocessingml/2006/main">
  <w:p>
    <w:pPr>
      <w:jc w:val="center"/>
      <w:spacing w:before="0" w:after="60" w:line="240" w:lineRule="auto"/>
    </w:pPr>
    <w:r>
      <w:rPr>
        <w:rFonts w:ascii="Times New Roman" w:hAnsi="Times New Roman" w:eastAsia="Century Gothic"/>
        <w:sz w:val="18"/>
        <w:szCs w:val="18"/>
        <w:i/>
        <w:color w:val="FF0000"/>
      </w:rPr>
      <w:t xml:space="preserve">Bu dokümanın basılı hali kontrolsüz doküman kabul edilmektedir. Lütfen web sitesinden en son versiyonuna ulaşınız.</w:t>
    </w:r>
  </w:p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</w:tblPr>
    <w:tblGrid>
      <w:gridCol w:w="8000"/>
      <w:gridCol w:w="2000"/>
    </w:tblGrid>
    <w:tr>
      <w:tc>
        <w:tcPr>
          <w:tcW w:w="8000" w:type="dxa"/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KYS-FR.004, R00, 17.07.2026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3c0bf69dfaf34a83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kvys.giresun.edu.tr/dg/288</w:t>
            </w:r>
          </w:hyperlink>
        </w:p>
      </w:tc>
      <w:tc>
        <w:tcPr>
          <w:tcW w:w="2000" w:type="dxa"/>
          <w:vAlign w:val="top"/>
        </w:tcPr>
        <w:p>
          <w:pPr>
            <w:jc w:val="right"/>
            <w:spacing w:before="0" w:after="0" w:line="240" w:lineRule="auto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540000" cy="540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ec65d500fe904d5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0000" cy="540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>
          <w:pPr>
            <w:jc w:val="right"/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</w:tr>
  </w:tbl>
  <w:p>
    <w:pPr>
      <w:spacing w:before="0" w:after="0" w:line="240" w:lineRule="auto"/>
    </w:pPr>
  </w:p>
</w:ftr>
</file>

<file path=word/header1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70d2591c63ea4938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İmha Listesi Formu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KYS-FR.004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17.07.2026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pStyle w:val="stBilgi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0" w:after="0" w:line="240" w:lineRule="auto"/>
    </w:pPr>
    <w:rPr>
      <w:rFonts w:ascii="Times New Roman" w:hAnsi="Times New Roman" w:cs="Times New Roman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3" /><Relationship Type="http://schemas.microsoft.com/office/2007/relationships/stylesWithEffects" Target="stylesWithEffects.xml" Id="rId4" /><Relationship Type="http://schemas.openxmlformats.org/officeDocument/2006/relationships/settings" Target="settings.xml" Id="rId5" /><Relationship Type="http://schemas.openxmlformats.org/officeDocument/2006/relationships/webSettings" Target="webSettings.xml" Id="rId6" /><Relationship Type="http://schemas.openxmlformats.org/officeDocument/2006/relationships/fontTable" Target="fontTable.xml" Id="rId7" /><Relationship Type="http://schemas.openxmlformats.org/officeDocument/2006/relationships/theme" Target="theme/theme1.xml" Id="rId8" /><Relationship Type="http://schemas.openxmlformats.org/officeDocument/2006/relationships/customXml" Target="../customXml/item1.xml" Id="rId1" /><Relationship Type="http://schemas.openxmlformats.org/officeDocument/2006/relationships/numbering" Target="numbering.xml" Id="rId2" /><Relationship Type="http://schemas.openxmlformats.org/officeDocument/2006/relationships/header" Target="/word/header1.xml" Id="Re52a03cca940415a" /><Relationship Type="http://schemas.openxmlformats.org/officeDocument/2006/relationships/footer" Target="/word/footer1.xml" Id="R8ef34cd5681c4a6e" /></Relationships>
</file>

<file path=word/_rels/footer1.xml.rels>&#65279;<?xml version="1.0" encoding="utf-8"?><Relationships xmlns="http://schemas.openxmlformats.org/package/2006/relationships"><Relationship Type="http://schemas.openxmlformats.org/officeDocument/2006/relationships/image" Target="/media/image2.png" Id="Rec65d500fe904d51" /><Relationship Type="http://schemas.openxmlformats.org/officeDocument/2006/relationships/hyperlink" Target="https://kvys.giresun.edu.tr/dg/288" TargetMode="External" Id="R3c0bf69dfaf34a83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.png" Id="R70d2591c63ea493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