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oKlavuzu"/>
        <w:tblW w:w="0" w:type="auto"/>
        <w:jc w:val="center"/>
        <w:tblLayout w:type="fixed"/>
        <w:tblCellMar>
          <w:top w:w="60" w:type="dxa"/>
          <w:left w:w="100" w:type="dxa"/>
          <w:bottom w:w="60" w:type="dxa"/>
          <w:right w:w="100" w:type="dxa"/>
        </w:tblCellMar>
        <w:tblLook w:val="04A0" w:firstRow="1" w:lastRow="0" w:firstColumn="1" w:lastColumn="0" w:noHBand="0" w:noVBand="1"/>
      </w:tblPr>
      <w:tblGrid>
        <w:gridCol w:w="2268"/>
        <w:gridCol w:w="7937"/>
      </w:tblGrid>
      <w:tr w:rsidR="004F34C3" w14:paraId="09129F13" w14:textId="77777777">
        <w:trPr>
          <w:trHeight w:val="510"/>
          <w:jc w:val="center"/>
        </w:trPr>
        <w:tc>
          <w:tcPr>
            <w:tcW w:w="2268" w:type="dxa"/>
            <w:shd w:val="clear" w:color="auto" w:fill="D9D9D9"/>
            <w:vAlign w:val="center"/>
          </w:tcPr>
          <w:p w:rsidR="004F34C3" w:rsidRDefault="00000000" w14:paraId="09E9822F" w14:textId="77777777">
            <w:r>
              <w:rPr>
                <w:b/>
              </w:rPr>
              <w:t>Birim Adı</w:t>
            </w:r>
          </w:p>
        </w:tc>
        <w:tc>
          <w:tcPr>
            <w:tcW w:w="7937" w:type="dxa"/>
            <w:vAlign w:val="center"/>
          </w:tcPr>
          <w:p w:rsidR="004F34C3" w:rsidRDefault="004F34C3" w14:paraId="5E33ECDC" w14:textId="77777777"/>
        </w:tc>
      </w:tr>
    </w:tbl>
    <w:p w:rsidR="004F34C3" w:rsidRDefault="004F34C3" w14:paraId="2A6D45A4" w14:textId="77777777">
      <w:pPr>
        <w:spacing w:after="60"/>
      </w:pPr>
    </w:p>
    <w:tbl>
      <w:tblPr>
        <w:tblStyle w:val="TabloKlavuzu"/>
        <w:tblW w:w="0" w:type="auto"/>
        <w:jc w:val="center"/>
        <w:tblLayout w:type="fixed"/>
        <w:tblCellMar>
          <w:top w:w="60" w:type="dxa"/>
          <w:left w:w="100" w:type="dxa"/>
          <w:bottom w:w="60" w:type="dxa"/>
          <w:right w:w="100" w:type="dxa"/>
        </w:tblCellMar>
        <w:tblLook w:val="04A0" w:firstRow="1" w:lastRow="0" w:firstColumn="1" w:lastColumn="0" w:noHBand="0" w:noVBand="1"/>
      </w:tblPr>
      <w:tblGrid>
        <w:gridCol w:w="2721"/>
        <w:gridCol w:w="2381"/>
        <w:gridCol w:w="2721"/>
        <w:gridCol w:w="2381"/>
      </w:tblGrid>
      <w:tr w:rsidR="004F34C3" w:rsidTr="00934B43" w14:paraId="3BD9B3F8" w14:textId="77777777">
        <w:trPr>
          <w:trHeight w:val="510"/>
          <w:jc w:val="center"/>
        </w:trPr>
        <w:tc>
          <w:tcPr>
            <w:tcW w:w="2721" w:type="dxa"/>
            <w:shd w:val="clear" w:color="auto" w:fill="D9D9D9"/>
            <w:vAlign w:val="center"/>
          </w:tcPr>
          <w:p w:rsidR="004F34C3" w:rsidRDefault="00000000" w14:paraId="3D155EB9" w14:textId="77777777">
            <w:r>
              <w:rPr>
                <w:b/>
              </w:rPr>
              <w:t>Açılış Toplantısı Tarihi</w:t>
            </w:r>
          </w:p>
        </w:tc>
        <w:tc>
          <w:tcPr>
            <w:tcW w:w="2381" w:type="dxa"/>
            <w:vAlign w:val="center"/>
          </w:tcPr>
          <w:p w:rsidR="004F34C3" w:rsidRDefault="004F34C3" w14:paraId="77DFB73F" w14:textId="77777777">
            <w:pPr>
              <w:jc w:val="center"/>
            </w:pPr>
          </w:p>
        </w:tc>
        <w:tc>
          <w:tcPr>
            <w:tcW w:w="2721" w:type="dxa"/>
            <w:shd w:val="clear" w:color="auto" w:fill="D9D9D9"/>
            <w:vAlign w:val="center"/>
          </w:tcPr>
          <w:p w:rsidR="004F34C3" w:rsidRDefault="00000000" w14:paraId="5C85D622" w14:textId="77777777">
            <w:r>
              <w:rPr>
                <w:b/>
              </w:rPr>
              <w:t>Kapanış Toplantısı Tarihi</w:t>
            </w:r>
          </w:p>
        </w:tc>
        <w:tc>
          <w:tcPr>
            <w:tcW w:w="2381" w:type="dxa"/>
            <w:vAlign w:val="center"/>
          </w:tcPr>
          <w:p w:rsidR="004F34C3" w:rsidRDefault="004F34C3" w14:paraId="1574C5EC" w14:textId="77777777">
            <w:pPr>
              <w:jc w:val="center"/>
            </w:pPr>
          </w:p>
        </w:tc>
      </w:tr>
    </w:tbl>
    <w:p w:rsidR="004F34C3" w:rsidRDefault="004F34C3" w14:paraId="29DA04A4" w14:textId="77777777">
      <w:pPr>
        <w:spacing w:after="60"/>
      </w:pPr>
    </w:p>
    <w:p w:rsidR="004F34C3" w:rsidRDefault="00000000" w14:paraId="2BF0CF5C" w14:textId="77777777">
      <w:pPr>
        <w:spacing w:after="60"/>
      </w:pPr>
      <w:r>
        <w:rPr>
          <w:b/>
        </w:rPr>
        <w:t>Toplantıya Katılanlar</w:t>
      </w:r>
    </w:p>
    <w:tbl>
      <w:tblPr>
        <w:tblStyle w:val="TabloKlavuzu"/>
        <w:tblW w:w="0" w:type="auto"/>
        <w:jc w:val="center"/>
        <w:tblLayout w:type="fixed"/>
        <w:tblCellMar>
          <w:top w:w="40" w:type="dxa"/>
          <w:left w:w="80" w:type="dxa"/>
          <w:bottom w:w="40" w:type="dxa"/>
          <w:right w:w="80" w:type="dxa"/>
        </w:tblCellMar>
        <w:tblLook w:val="04A0" w:firstRow="1" w:lastRow="0" w:firstColumn="1" w:lastColumn="0" w:noHBand="0" w:noVBand="1"/>
      </w:tblPr>
      <w:tblGrid>
        <w:gridCol w:w="3061"/>
        <w:gridCol w:w="2494"/>
        <w:gridCol w:w="2324"/>
        <w:gridCol w:w="2324"/>
      </w:tblGrid>
      <w:tr w:rsidR="004F34C3" w14:paraId="2A5C3C9D" w14:textId="77777777">
        <w:trPr>
          <w:trHeight w:val="623"/>
          <w:jc w:val="center"/>
        </w:trPr>
        <w:tc>
          <w:tcPr>
            <w:tcW w:w="3061" w:type="dxa"/>
            <w:shd w:val="clear" w:color="auto" w:fill="D9D9D9"/>
            <w:vAlign w:val="center"/>
          </w:tcPr>
          <w:p w:rsidR="004F34C3" w:rsidRDefault="00000000" w14:paraId="504FD6B6" w14:textId="77777777">
            <w:pPr>
              <w:jc w:val="center"/>
            </w:pPr>
            <w:r>
              <w:rPr>
                <w:b/>
              </w:rPr>
              <w:t>Adı Soyadı</w:t>
            </w:r>
          </w:p>
        </w:tc>
        <w:tc>
          <w:tcPr>
            <w:tcW w:w="2494" w:type="dxa"/>
            <w:shd w:val="clear" w:color="auto" w:fill="D9D9D9"/>
            <w:vAlign w:val="center"/>
          </w:tcPr>
          <w:p w:rsidR="004F34C3" w:rsidRDefault="00000000" w14:paraId="21ECD93D" w14:textId="77777777">
            <w:pPr>
              <w:jc w:val="center"/>
            </w:pPr>
            <w:r>
              <w:rPr>
                <w:b/>
              </w:rPr>
              <w:t>Unvanı</w:t>
            </w:r>
          </w:p>
        </w:tc>
        <w:tc>
          <w:tcPr>
            <w:tcW w:w="2324" w:type="dxa"/>
            <w:shd w:val="clear" w:color="auto" w:fill="D9D9D9"/>
            <w:vAlign w:val="center"/>
          </w:tcPr>
          <w:p w:rsidR="004F34C3" w:rsidRDefault="00000000" w14:paraId="1656B9D3" w14:textId="77777777">
            <w:pPr>
              <w:jc w:val="center"/>
            </w:pPr>
            <w:r>
              <w:rPr>
                <w:b/>
              </w:rPr>
              <w:t>Açılış Toplantısı</w:t>
            </w:r>
            <w:r>
              <w:br/>
            </w:r>
            <w:r>
              <w:rPr>
                <w:b/>
              </w:rPr>
              <w:t>İmza</w:t>
            </w:r>
          </w:p>
        </w:tc>
        <w:tc>
          <w:tcPr>
            <w:tcW w:w="2324" w:type="dxa"/>
            <w:shd w:val="clear" w:color="auto" w:fill="D9D9D9"/>
            <w:vAlign w:val="center"/>
          </w:tcPr>
          <w:p w:rsidR="004F34C3" w:rsidRDefault="00000000" w14:paraId="1823A421" w14:textId="77777777">
            <w:pPr>
              <w:jc w:val="center"/>
            </w:pPr>
            <w:r>
              <w:rPr>
                <w:b/>
              </w:rPr>
              <w:t>Kapanış Toplantısı</w:t>
            </w:r>
            <w:r>
              <w:br/>
            </w:r>
            <w:r>
              <w:rPr>
                <w:b/>
              </w:rPr>
              <w:t>İmza</w:t>
            </w:r>
          </w:p>
        </w:tc>
      </w:tr>
      <w:tr w:rsidR="004F34C3" w14:paraId="7599863D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2F8E1679" w14:textId="77777777"/>
        </w:tc>
        <w:tc>
          <w:tcPr>
            <w:tcW w:w="2494" w:type="dxa"/>
            <w:vAlign w:val="center"/>
          </w:tcPr>
          <w:p w:rsidR="004F34C3" w:rsidRDefault="004F34C3" w14:paraId="7900E5B6" w14:textId="77777777"/>
        </w:tc>
        <w:tc>
          <w:tcPr>
            <w:tcW w:w="2324" w:type="dxa"/>
            <w:vAlign w:val="center"/>
          </w:tcPr>
          <w:p w:rsidR="004F34C3" w:rsidRDefault="004F34C3" w14:paraId="32797B71" w14:textId="77777777"/>
        </w:tc>
        <w:tc>
          <w:tcPr>
            <w:tcW w:w="2324" w:type="dxa"/>
            <w:vAlign w:val="center"/>
          </w:tcPr>
          <w:p w:rsidR="004F34C3" w:rsidRDefault="004F34C3" w14:paraId="79816F58" w14:textId="77777777"/>
        </w:tc>
      </w:tr>
      <w:tr w:rsidR="004F34C3" w14:paraId="6863BC1B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1DBFDB5B" w14:textId="77777777"/>
        </w:tc>
        <w:tc>
          <w:tcPr>
            <w:tcW w:w="2494" w:type="dxa"/>
            <w:vAlign w:val="center"/>
          </w:tcPr>
          <w:p w:rsidR="004F34C3" w:rsidRDefault="004F34C3" w14:paraId="644EFC03" w14:textId="77777777"/>
        </w:tc>
        <w:tc>
          <w:tcPr>
            <w:tcW w:w="2324" w:type="dxa"/>
            <w:vAlign w:val="center"/>
          </w:tcPr>
          <w:p w:rsidR="004F34C3" w:rsidRDefault="004F34C3" w14:paraId="4526E3A5" w14:textId="77777777"/>
        </w:tc>
        <w:tc>
          <w:tcPr>
            <w:tcW w:w="2324" w:type="dxa"/>
            <w:vAlign w:val="center"/>
          </w:tcPr>
          <w:p w:rsidR="004F34C3" w:rsidRDefault="004F34C3" w14:paraId="7FF801A3" w14:textId="77777777"/>
        </w:tc>
      </w:tr>
      <w:tr w:rsidR="004F34C3" w14:paraId="05D302F0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5534353E" w14:textId="77777777"/>
        </w:tc>
        <w:tc>
          <w:tcPr>
            <w:tcW w:w="2494" w:type="dxa"/>
            <w:vAlign w:val="center"/>
          </w:tcPr>
          <w:p w:rsidR="004F34C3" w:rsidRDefault="004F34C3" w14:paraId="4EEB78C5" w14:textId="77777777"/>
        </w:tc>
        <w:tc>
          <w:tcPr>
            <w:tcW w:w="2324" w:type="dxa"/>
            <w:vAlign w:val="center"/>
          </w:tcPr>
          <w:p w:rsidR="004F34C3" w:rsidRDefault="004F34C3" w14:paraId="3A84F0F6" w14:textId="77777777"/>
        </w:tc>
        <w:tc>
          <w:tcPr>
            <w:tcW w:w="2324" w:type="dxa"/>
            <w:vAlign w:val="center"/>
          </w:tcPr>
          <w:p w:rsidR="004F34C3" w:rsidRDefault="004F34C3" w14:paraId="191CED94" w14:textId="77777777"/>
        </w:tc>
      </w:tr>
      <w:tr w:rsidR="004F34C3" w14:paraId="53ED79A0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0B245F32" w14:textId="77777777"/>
        </w:tc>
        <w:tc>
          <w:tcPr>
            <w:tcW w:w="2494" w:type="dxa"/>
            <w:vAlign w:val="center"/>
          </w:tcPr>
          <w:p w:rsidR="004F34C3" w:rsidRDefault="004F34C3" w14:paraId="0D64C8E0" w14:textId="77777777"/>
        </w:tc>
        <w:tc>
          <w:tcPr>
            <w:tcW w:w="2324" w:type="dxa"/>
            <w:vAlign w:val="center"/>
          </w:tcPr>
          <w:p w:rsidR="004F34C3" w:rsidRDefault="004F34C3" w14:paraId="6E7AE654" w14:textId="77777777"/>
        </w:tc>
        <w:tc>
          <w:tcPr>
            <w:tcW w:w="2324" w:type="dxa"/>
            <w:vAlign w:val="center"/>
          </w:tcPr>
          <w:p w:rsidR="004F34C3" w:rsidRDefault="004F34C3" w14:paraId="7BE3241D" w14:textId="77777777"/>
        </w:tc>
      </w:tr>
      <w:tr w:rsidR="004F34C3" w14:paraId="7CD3171F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585FCA29" w14:textId="77777777"/>
        </w:tc>
        <w:tc>
          <w:tcPr>
            <w:tcW w:w="2494" w:type="dxa"/>
            <w:vAlign w:val="center"/>
          </w:tcPr>
          <w:p w:rsidR="004F34C3" w:rsidRDefault="004F34C3" w14:paraId="6DDB7B55" w14:textId="77777777"/>
        </w:tc>
        <w:tc>
          <w:tcPr>
            <w:tcW w:w="2324" w:type="dxa"/>
            <w:vAlign w:val="center"/>
          </w:tcPr>
          <w:p w:rsidR="004F34C3" w:rsidRDefault="004F34C3" w14:paraId="18175010" w14:textId="77777777"/>
        </w:tc>
        <w:tc>
          <w:tcPr>
            <w:tcW w:w="2324" w:type="dxa"/>
            <w:vAlign w:val="center"/>
          </w:tcPr>
          <w:p w:rsidR="004F34C3" w:rsidRDefault="004F34C3" w14:paraId="516723BE" w14:textId="77777777"/>
        </w:tc>
      </w:tr>
      <w:tr w:rsidR="004F34C3" w14:paraId="4B30F552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492AFE11" w14:textId="77777777"/>
        </w:tc>
        <w:tc>
          <w:tcPr>
            <w:tcW w:w="2494" w:type="dxa"/>
            <w:vAlign w:val="center"/>
          </w:tcPr>
          <w:p w:rsidR="004F34C3" w:rsidRDefault="004F34C3" w14:paraId="1161AB1E" w14:textId="77777777"/>
        </w:tc>
        <w:tc>
          <w:tcPr>
            <w:tcW w:w="2324" w:type="dxa"/>
            <w:vAlign w:val="center"/>
          </w:tcPr>
          <w:p w:rsidR="004F34C3" w:rsidRDefault="004F34C3" w14:paraId="6AEE68AD" w14:textId="77777777"/>
        </w:tc>
        <w:tc>
          <w:tcPr>
            <w:tcW w:w="2324" w:type="dxa"/>
            <w:vAlign w:val="center"/>
          </w:tcPr>
          <w:p w:rsidR="004F34C3" w:rsidRDefault="004F34C3" w14:paraId="57329953" w14:textId="77777777"/>
        </w:tc>
      </w:tr>
      <w:tr w:rsidR="004F34C3" w14:paraId="330AD046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30402168" w14:textId="77777777"/>
        </w:tc>
        <w:tc>
          <w:tcPr>
            <w:tcW w:w="2494" w:type="dxa"/>
            <w:vAlign w:val="center"/>
          </w:tcPr>
          <w:p w:rsidR="004F34C3" w:rsidRDefault="004F34C3" w14:paraId="274E6BB9" w14:textId="77777777"/>
        </w:tc>
        <w:tc>
          <w:tcPr>
            <w:tcW w:w="2324" w:type="dxa"/>
            <w:vAlign w:val="center"/>
          </w:tcPr>
          <w:p w:rsidR="004F34C3" w:rsidRDefault="004F34C3" w14:paraId="068762FD" w14:textId="77777777"/>
        </w:tc>
        <w:tc>
          <w:tcPr>
            <w:tcW w:w="2324" w:type="dxa"/>
            <w:vAlign w:val="center"/>
          </w:tcPr>
          <w:p w:rsidR="004F34C3" w:rsidRDefault="004F34C3" w14:paraId="12ED4207" w14:textId="77777777"/>
        </w:tc>
      </w:tr>
      <w:tr w:rsidR="004F34C3" w14:paraId="31EF76D9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40E4DD14" w14:textId="77777777"/>
        </w:tc>
        <w:tc>
          <w:tcPr>
            <w:tcW w:w="2494" w:type="dxa"/>
            <w:vAlign w:val="center"/>
          </w:tcPr>
          <w:p w:rsidR="004F34C3" w:rsidRDefault="004F34C3" w14:paraId="27022554" w14:textId="77777777"/>
        </w:tc>
        <w:tc>
          <w:tcPr>
            <w:tcW w:w="2324" w:type="dxa"/>
            <w:vAlign w:val="center"/>
          </w:tcPr>
          <w:p w:rsidR="004F34C3" w:rsidRDefault="004F34C3" w14:paraId="185ED1EC" w14:textId="77777777"/>
        </w:tc>
        <w:tc>
          <w:tcPr>
            <w:tcW w:w="2324" w:type="dxa"/>
            <w:vAlign w:val="center"/>
          </w:tcPr>
          <w:p w:rsidR="004F34C3" w:rsidRDefault="004F34C3" w14:paraId="08A80C60" w14:textId="77777777"/>
        </w:tc>
      </w:tr>
      <w:tr w:rsidR="004F34C3" w14:paraId="7B2698B5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4AAF309B" w14:textId="77777777"/>
        </w:tc>
        <w:tc>
          <w:tcPr>
            <w:tcW w:w="2494" w:type="dxa"/>
            <w:vAlign w:val="center"/>
          </w:tcPr>
          <w:p w:rsidR="004F34C3" w:rsidRDefault="004F34C3" w14:paraId="3DE898FA" w14:textId="77777777"/>
        </w:tc>
        <w:tc>
          <w:tcPr>
            <w:tcW w:w="2324" w:type="dxa"/>
            <w:vAlign w:val="center"/>
          </w:tcPr>
          <w:p w:rsidR="004F34C3" w:rsidRDefault="004F34C3" w14:paraId="1F419387" w14:textId="77777777"/>
        </w:tc>
        <w:tc>
          <w:tcPr>
            <w:tcW w:w="2324" w:type="dxa"/>
            <w:vAlign w:val="center"/>
          </w:tcPr>
          <w:p w:rsidR="004F34C3" w:rsidRDefault="004F34C3" w14:paraId="31C55A51" w14:textId="77777777"/>
        </w:tc>
      </w:tr>
      <w:tr w:rsidR="004F34C3" w14:paraId="1029CC53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12BD5C4E" w14:textId="77777777"/>
        </w:tc>
        <w:tc>
          <w:tcPr>
            <w:tcW w:w="2494" w:type="dxa"/>
            <w:vAlign w:val="center"/>
          </w:tcPr>
          <w:p w:rsidR="004F34C3" w:rsidRDefault="004F34C3" w14:paraId="058ADC41" w14:textId="77777777"/>
        </w:tc>
        <w:tc>
          <w:tcPr>
            <w:tcW w:w="2324" w:type="dxa"/>
            <w:vAlign w:val="center"/>
          </w:tcPr>
          <w:p w:rsidR="004F34C3" w:rsidRDefault="004F34C3" w14:paraId="3B305AC4" w14:textId="77777777"/>
        </w:tc>
        <w:tc>
          <w:tcPr>
            <w:tcW w:w="2324" w:type="dxa"/>
            <w:vAlign w:val="center"/>
          </w:tcPr>
          <w:p w:rsidR="004F34C3" w:rsidRDefault="004F34C3" w14:paraId="4916F109" w14:textId="77777777"/>
        </w:tc>
      </w:tr>
      <w:tr w:rsidR="004F34C3" w14:paraId="453ED88C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2E904EC4" w14:textId="77777777"/>
        </w:tc>
        <w:tc>
          <w:tcPr>
            <w:tcW w:w="2494" w:type="dxa"/>
            <w:vAlign w:val="center"/>
          </w:tcPr>
          <w:p w:rsidR="004F34C3" w:rsidRDefault="004F34C3" w14:paraId="712A7B09" w14:textId="77777777"/>
        </w:tc>
        <w:tc>
          <w:tcPr>
            <w:tcW w:w="2324" w:type="dxa"/>
            <w:vAlign w:val="center"/>
          </w:tcPr>
          <w:p w:rsidR="004F34C3" w:rsidRDefault="004F34C3" w14:paraId="05BEED34" w14:textId="77777777"/>
        </w:tc>
        <w:tc>
          <w:tcPr>
            <w:tcW w:w="2324" w:type="dxa"/>
            <w:vAlign w:val="center"/>
          </w:tcPr>
          <w:p w:rsidR="004F34C3" w:rsidRDefault="004F34C3" w14:paraId="089E8AC8" w14:textId="77777777"/>
        </w:tc>
      </w:tr>
      <w:tr w:rsidR="004F34C3" w14:paraId="2484167A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17064E0D" w14:textId="77777777"/>
        </w:tc>
        <w:tc>
          <w:tcPr>
            <w:tcW w:w="2494" w:type="dxa"/>
            <w:vAlign w:val="center"/>
          </w:tcPr>
          <w:p w:rsidR="004F34C3" w:rsidRDefault="004F34C3" w14:paraId="67ECFE5F" w14:textId="77777777"/>
        </w:tc>
        <w:tc>
          <w:tcPr>
            <w:tcW w:w="2324" w:type="dxa"/>
            <w:vAlign w:val="center"/>
          </w:tcPr>
          <w:p w:rsidR="004F34C3" w:rsidRDefault="004F34C3" w14:paraId="09E75E74" w14:textId="77777777"/>
        </w:tc>
        <w:tc>
          <w:tcPr>
            <w:tcW w:w="2324" w:type="dxa"/>
            <w:vAlign w:val="center"/>
          </w:tcPr>
          <w:p w:rsidR="004F34C3" w:rsidRDefault="004F34C3" w14:paraId="0C1F36C0" w14:textId="77777777"/>
        </w:tc>
      </w:tr>
      <w:tr w:rsidR="004F34C3" w14:paraId="4A67DA87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7A5F1F08" w14:textId="77777777"/>
        </w:tc>
        <w:tc>
          <w:tcPr>
            <w:tcW w:w="2494" w:type="dxa"/>
            <w:vAlign w:val="center"/>
          </w:tcPr>
          <w:p w:rsidR="004F34C3" w:rsidRDefault="004F34C3" w14:paraId="2E367882" w14:textId="77777777"/>
        </w:tc>
        <w:tc>
          <w:tcPr>
            <w:tcW w:w="2324" w:type="dxa"/>
            <w:vAlign w:val="center"/>
          </w:tcPr>
          <w:p w:rsidR="004F34C3" w:rsidRDefault="004F34C3" w14:paraId="7AB9DDC7" w14:textId="77777777"/>
        </w:tc>
        <w:tc>
          <w:tcPr>
            <w:tcW w:w="2324" w:type="dxa"/>
            <w:vAlign w:val="center"/>
          </w:tcPr>
          <w:p w:rsidR="004F34C3" w:rsidRDefault="004F34C3" w14:paraId="477E113B" w14:textId="77777777"/>
        </w:tc>
      </w:tr>
      <w:tr w:rsidR="004F34C3" w14:paraId="3C5B127D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0D373B92" w14:textId="77777777"/>
        </w:tc>
        <w:tc>
          <w:tcPr>
            <w:tcW w:w="2494" w:type="dxa"/>
            <w:vAlign w:val="center"/>
          </w:tcPr>
          <w:p w:rsidR="004F34C3" w:rsidRDefault="004F34C3" w14:paraId="1AF5114E" w14:textId="77777777"/>
        </w:tc>
        <w:tc>
          <w:tcPr>
            <w:tcW w:w="2324" w:type="dxa"/>
            <w:vAlign w:val="center"/>
          </w:tcPr>
          <w:p w:rsidR="004F34C3" w:rsidRDefault="004F34C3" w14:paraId="46A598D4" w14:textId="77777777"/>
        </w:tc>
        <w:tc>
          <w:tcPr>
            <w:tcW w:w="2324" w:type="dxa"/>
            <w:vAlign w:val="center"/>
          </w:tcPr>
          <w:p w:rsidR="004F34C3" w:rsidRDefault="004F34C3" w14:paraId="59E4DF65" w14:textId="77777777"/>
        </w:tc>
      </w:tr>
      <w:tr w:rsidR="004F34C3" w14:paraId="54C2853D" w14:textId="77777777">
        <w:trPr>
          <w:trHeight w:val="453"/>
          <w:jc w:val="center"/>
        </w:trPr>
        <w:tc>
          <w:tcPr>
            <w:tcW w:w="3061" w:type="dxa"/>
            <w:vAlign w:val="center"/>
          </w:tcPr>
          <w:p w:rsidR="004F34C3" w:rsidRDefault="004F34C3" w14:paraId="0CE1155D" w14:textId="77777777"/>
        </w:tc>
        <w:tc>
          <w:tcPr>
            <w:tcW w:w="2494" w:type="dxa"/>
            <w:vAlign w:val="center"/>
          </w:tcPr>
          <w:p w:rsidR="004F34C3" w:rsidRDefault="004F34C3" w14:paraId="31FD3CFE" w14:textId="77777777"/>
        </w:tc>
        <w:tc>
          <w:tcPr>
            <w:tcW w:w="2324" w:type="dxa"/>
            <w:vAlign w:val="center"/>
          </w:tcPr>
          <w:p w:rsidR="004F34C3" w:rsidRDefault="004F34C3" w14:paraId="5B19BC8E" w14:textId="77777777"/>
        </w:tc>
        <w:tc>
          <w:tcPr>
            <w:tcW w:w="2324" w:type="dxa"/>
            <w:vAlign w:val="center"/>
          </w:tcPr>
          <w:p w:rsidR="004F34C3" w:rsidRDefault="004F34C3" w14:paraId="05637D17" w14:textId="77777777"/>
        </w:tc>
      </w:tr>
    </w:tbl>
    <w:p w:rsidR="004F34C3" w:rsidRDefault="004F34C3" w14:paraId="457E639B" w14:textId="77777777">
      <w:pPr>
        <w:spacing w:after="120"/>
      </w:pPr>
    </w:p>
    <w:p w:rsidR="004F34C3" w:rsidRDefault="00000000" w14:paraId="1CC0011C" w14:textId="77777777">
      <w:pPr>
        <w:spacing w:after="80"/>
      </w:pPr>
      <w:r>
        <w:t>Baş Tetkik Görevlisi (Paraf): ............................</w:t>
      </w:r>
    </w:p>
    <w:sectPr w:rsidR="004F34C3" w:rsidSect="00034616">
      <w:headerReference w:type="default" r:id="R49408c2b054c4f7a"/>
      <w:pgSz w:w="11906" w:h="16838"/>
      <w:pgMar w:top="2154" w:right="850" w:bottom="1587" w:left="850" w:header="720" w:footer="720" w:gutter="0"/>
      <w:cols w:space="720"/>
      <w:docGrid w:linePitch="360"/>
      <w:footerReference w:type="default" r:id="R053f4fd9b9294ad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>
  <w:p>
    <w:pPr>
      <w:jc w:val="center"/>
      <w:spacing w:before="0" w:after="60" w:line="240" w:lineRule="auto"/>
    </w:pPr>
    <w:r>
      <w:rPr>
        <w:rFonts w:ascii="Times New Roman" w:hAnsi="Times New Roman" w:eastAsia="Century Gothic"/>
        <w:sz w:val="18"/>
        <w:szCs w:val="18"/>
        <w:i/>
        <w:color w:val="FF0000"/>
      </w:rPr>
      <w:t xml:space="preserve">Bu dokümanın basılı hali kontrolsüz doküman kabul edilmektedir. Lütfen web sitesinden en son versiyonuna ulaşınız.</w:t>
    </w:r>
  </w:p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</w:tblPr>
    <w:tblGrid>
      <w:gridCol w:w="8000"/>
      <w:gridCol w:w="2000"/>
    </w:tblGrid>
    <w:tr>
      <w:tc>
        <w:tcPr>
          <w:tcW w:w="8000" w:type="dxa"/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KYS-FR.005, R00, 17.07.2026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74eefd72179e43aa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kvys.giresun.edu.tr/dg/289</w:t>
            </w:r>
          </w:hyperlink>
        </w:p>
      </w:tc>
      <w:tc>
        <w:tcPr>
          <w:tcW w:w="2000" w:type="dxa"/>
          <w:vAlign w:val="top"/>
        </w:tcPr>
        <w:p>
          <w:pPr>
            <w:jc w:val="right"/>
            <w:spacing w:before="0" w:after="0" w:line="240" w:lineRule="auto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540000" cy="540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2e61ab99476540c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0000" cy="54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>
          <w:pPr>
            <w:jc w:val="right"/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</w:tr>
  </w:tbl>
  <w:p>
    <w:pPr>
      <w:spacing w:before="0" w:after="0" w:line="240" w:lineRule="auto"/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0bc03a257408400e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İç Tetkik Toplantı Katılım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KYS-FR.005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17.07.2026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19262560">
    <w:abstractNumId w:val="8"/>
  </w:num>
  <w:num w:numId="2" w16cid:durableId="1839342091">
    <w:abstractNumId w:val="6"/>
  </w:num>
  <w:num w:numId="3" w16cid:durableId="1724405320">
    <w:abstractNumId w:val="5"/>
  </w:num>
  <w:num w:numId="4" w16cid:durableId="939676919">
    <w:abstractNumId w:val="4"/>
  </w:num>
  <w:num w:numId="5" w16cid:durableId="630327421">
    <w:abstractNumId w:val="7"/>
  </w:num>
  <w:num w:numId="6" w16cid:durableId="353314605">
    <w:abstractNumId w:val="3"/>
  </w:num>
  <w:num w:numId="7" w16cid:durableId="2037148715">
    <w:abstractNumId w:val="2"/>
  </w:num>
  <w:num w:numId="8" w16cid:durableId="1938713365">
    <w:abstractNumId w:val="1"/>
  </w:num>
  <w:num w:numId="9" w16cid:durableId="195536462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6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E2E75"/>
    <w:rsid w:val="0015074B"/>
    <w:rsid w:val="0029639D"/>
    <w:rsid w:val="00326F90"/>
    <w:rsid w:val="004F34C3"/>
    <w:rsid w:val="00934B43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D28F746"/>
  <w14:defaultImageDpi w14:val="300"/>
  <w15:docId w15:val="{7D93C510-D7CA-624F-9732-D00C0D9FE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Times New Roman" w:hAnsi="Times New Roman" w:cs="Times New Roman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/word/header1.xml" Id="R49408c2b054c4f7a" /><Relationship Type="http://schemas.openxmlformats.org/officeDocument/2006/relationships/footer" Target="/word/footer1.xml" Id="R053f4fd9b9294adc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2e61ab99476540c6" /><Relationship Type="http://schemas.openxmlformats.org/officeDocument/2006/relationships/hyperlink" Target="https://kvys.giresun.edu.tr/dg/289" TargetMode="External" Id="R74eefd72179e43aa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0bc03a257408400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Enis Taşcı</cp:lastModifiedBy>
  <cp:revision>2</cp:revision>
  <dcterms:created xsi:type="dcterms:W3CDTF">2013-12-23T23:15:00Z</dcterms:created>
  <dcterms:modified xsi:type="dcterms:W3CDTF">2026-07-17T10:31:00Z</dcterms:modified>
  <cp:category/>
</cp:coreProperties>
</file>