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  <w:tblLayout w:type="fixed"/>
        <w:tblCellMar>
          <w:top w:w="60" w:type="dxa"/>
          <w:bottom w:w="60" w:type="dxa"/>
          <w:start w:w="100" w:type="dxa"/>
          <w:end w:w="100" w:type="dxa"/>
          <w:left w:w="100" w:type="dxa"/>
          <w:right w:w="100" w:type="dxa"/>
        </w:tblCellMar>
      </w:tblPr>
      <w:tblGrid>
        <w:gridCol w:w="2268"/>
        <w:gridCol w:w="7937"/>
      </w:tblGrid>
      <w:tr>
        <w:trPr>
          <w:trHeight w:val="510" w:hRule="atLeast"/>
        </w:trPr>
        <w:tc>
          <w:tcPr>
            <w:tcW w:w="2268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Toplantı Konusu</w:t>
            </w:r>
          </w:p>
        </w:tc>
        <w:tc>
          <w:tcPr>
            <w:tcW w:w="793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2268" w:type="dxa"/>
            <w:vAlign w:val="center"/>
            <w:shd w:val="clear" w:color="auto" w:fill="D9D9D9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Tarih</w:t>
            </w:r>
          </w:p>
        </w:tc>
        <w:tc>
          <w:tcPr>
            <w:tcW w:w="7937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p>
      <w:pPr>
        <w:spacing w:after="80"/>
      </w:pPr>
    </w:p>
    <w:p>
      <w:pPr>
        <w:spacing w:after="60"/>
        <w:jc w:val="left"/>
      </w:pPr>
      <w:r>
        <w:rPr>
          <w:rFonts w:ascii="Times New Roman" w:hAnsi="Times New Roman" w:cs="Times New Roman"/>
          <w:b/>
          <w:sz w:val="22"/>
        </w:rPr>
        <w:t>Gündem Maddeleri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  <w:tblLayout w:type="fixed"/>
        <w:tblCellMar>
          <w:top w:w="40" w:type="dxa"/>
          <w:bottom w:w="40" w:type="dxa"/>
          <w:start w:w="80" w:type="dxa"/>
          <w:end w:w="80" w:type="dxa"/>
          <w:left w:w="80" w:type="dxa"/>
          <w:right w:w="80" w:type="dxa"/>
        </w:tblCellMar>
      </w:tblPr>
      <w:tblGrid>
        <w:gridCol w:w="907"/>
        <w:gridCol w:w="9298"/>
      </w:tblGrid>
      <w:tr>
        <w:trPr>
          <w:trHeight w:val="510" w:hRule="atLeast"/>
        </w:trPr>
        <w:tc>
          <w:tcPr>
            <w:tcW w:w="907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S.N.</w:t>
            </w:r>
          </w:p>
        </w:tc>
        <w:tc>
          <w:tcPr>
            <w:tcW w:w="9298" w:type="dxa"/>
            <w:vAlign w:val="center"/>
            <w:shd w:val="clear" w:color="auto" w:fill="D9D9D9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/>
                <w:sz w:val="22"/>
              </w:rPr>
              <w:t>Gündem Maddesi</w:t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2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3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4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5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6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7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8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9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10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11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12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13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14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  <w:tr>
        <w:trPr>
          <w:trHeight w:val="510" w:hRule="atLeast"/>
        </w:trPr>
        <w:tc>
          <w:tcPr>
            <w:tcW w:w="907" w:type="dxa"/>
            <w:vAlign w:val="center"/>
          </w:tcPr>
          <w:p>
            <w:pPr>
              <w:jc w:val="center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  <w:t>15</w:t>
            </w:r>
          </w:p>
        </w:tc>
        <w:tc>
          <w:tcPr>
            <w:tcW w:w="9298" w:type="dxa"/>
            <w:vAlign w:val="center"/>
          </w:tcPr>
          <w:p>
            <w:pPr>
              <w:jc w:val="left"/>
            </w:pPr>
            <w:r/>
            <w:r>
              <w:rPr>
                <w:rFonts w:ascii="Times New Roman" w:hAnsi="Times New Roman" w:cs="Times New Roman"/>
                <w:b w:val="0"/>
                <w:sz w:val="22"/>
              </w:rPr>
            </w:r>
          </w:p>
        </w:tc>
      </w:tr>
    </w:tbl>
    <w:sectPr w:rsidRPr="0006063C" w:rsidR="00FC693F" w:rsidSect="00034616">
      <w:headerReference w:type="default" r:id="Rbd90a8b8d4594c1d"/>
      <w:pgSz w:w="11906" w:h="16838"/>
      <w:pgMar w:top="2154" w:right="850" w:bottom="1587" w:left="850" w:header="720" w:footer="720" w:gutter="0"/>
      <w:cols w:space="720"/>
      <w:docGrid w:linePitch="360"/>
      <w:footerReference w:type="default" r:id="Rc9e2aa62b4514a6b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="http://schemas.openxmlformats.org/wordprocessingml/2006/main">
  <w:p>
    <w:pPr>
      <w:jc w:val="center"/>
      <w:spacing w:before="0" w:after="60" w:line="240" w:lineRule="auto"/>
    </w:pPr>
    <w:r>
      <w:rPr>
        <w:rFonts w:ascii="Times New Roman" w:hAnsi="Times New Roman" w:eastAsia="Century Gothic"/>
        <w:sz w:val="18"/>
        <w:szCs w:val="18"/>
        <w:i/>
        <w:color w:val="FF0000"/>
      </w:rPr>
      <w:t xml:space="preserve">Bu dokümanın basılı hali kontrolsüz doküman kabul edilmektedir. Lütfen web sitesinden en son versiyonuna ulaşınız.</w:t>
    </w:r>
  </w:p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</w:tblPr>
    <w:tblGrid>
      <w:gridCol w:w="8000"/>
      <w:gridCol w:w="2000"/>
    </w:tblGrid>
    <w:tr>
      <w:tc>
        <w:tcPr>
          <w:tcW w:w="8000" w:type="dxa"/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KYS-FR.009, R00, 17.07.2026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a773ec4d27b74f1e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kvys.giresun.edu.tr/dg/293</w:t>
            </w:r>
          </w:hyperlink>
        </w:p>
      </w:tc>
      <w:tc>
        <w:tcPr>
          <w:tcW w:w="2000" w:type="dxa"/>
          <w:vAlign w:val="top"/>
        </w:tcPr>
        <w:p>
          <w:pPr>
            <w:jc w:val="right"/>
            <w:spacing w:before="0" w:after="0" w:line="240" w:lineRule="auto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540000" cy="540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cc060a1ed11403e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0" cy="540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>
          <w:pPr>
            <w:jc w:val="right"/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</w:tr>
  </w:tbl>
  <w:p>
    <w:pPr>
      <w:spacing w:before="0" w:after="0" w:line="240" w:lineRule="auto"/>
    </w:pPr>
  </w:p>
</w:ftr>
</file>

<file path=word/header1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55133c170ace4ee8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Toplantı Gündem Maddeleri Formu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KYS-FR.009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17.07.2026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pStyle w:val="stBilgi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0" w:after="0" w:line="240" w:lineRule="auto"/>
    </w:pPr>
    <w:rPr>
      <w:rFonts w:ascii="Times New Roman" w:hAnsi="Times New Roman" w:cs="Times New Roman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microsoft.com/office/2007/relationships/stylesWithEffects" Target="stylesWithEffects.xml" Id="rId4" /><Relationship Type="http://schemas.openxmlformats.org/officeDocument/2006/relationships/settings" Target="settings.xml" Id="rId5" /><Relationship Type="http://schemas.openxmlformats.org/officeDocument/2006/relationships/webSettings" Target="webSettings.xml" Id="rId6" /><Relationship Type="http://schemas.openxmlformats.org/officeDocument/2006/relationships/fontTable" Target="fontTable.xml" Id="rId7" /><Relationship Type="http://schemas.openxmlformats.org/officeDocument/2006/relationships/theme" Target="theme/theme1.xml" Id="rId8" /><Relationship Type="http://schemas.openxmlformats.org/officeDocument/2006/relationships/customXml" Target="../customXml/item1.xml" Id="rId1" /><Relationship Type="http://schemas.openxmlformats.org/officeDocument/2006/relationships/numbering" Target="numbering.xml" Id="rId2" /><Relationship Type="http://schemas.openxmlformats.org/officeDocument/2006/relationships/header" Target="/word/header1.xml" Id="Rbd90a8b8d4594c1d" /><Relationship Type="http://schemas.openxmlformats.org/officeDocument/2006/relationships/footer" Target="/word/footer1.xml" Id="Rc9e2aa62b4514a6b" /></Relationships>
</file>

<file path=word/_rels/footer1.xml.rels>&#65279;<?xml version="1.0" encoding="utf-8"?><Relationships xmlns="http://schemas.openxmlformats.org/package/2006/relationships"><Relationship Type="http://schemas.openxmlformats.org/officeDocument/2006/relationships/image" Target="/media/image2.png" Id="R8cc060a1ed11403e" /><Relationship Type="http://schemas.openxmlformats.org/officeDocument/2006/relationships/hyperlink" Target="https://kvys.giresun.edu.tr/dg/293" TargetMode="External" Id="Ra773ec4d27b74f1e" /></Relationships>
</file>

<file path=word/_rels/header1.xml.rels>&#65279;<?xml version="1.0" encoding="utf-8"?><Relationships xmlns="http://schemas.openxmlformats.org/package/2006/relationships"><Relationship Type="http://schemas.openxmlformats.org/officeDocument/2006/relationships/image" Target="/media/image.png" Id="R55133c170ace4e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