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223AF1" w:rsidR="009E5E4C" w:rsidP="00D45E56" w:rsidRDefault="00000000" w14:paraId="1C0C96EA" w14:textId="77777777">
      <w:pPr>
        <w:spacing w:after="60"/>
        <w:jc w:val="right"/>
        <w:rPr>
          <w:lang w:val="tr-TR"/>
        </w:rPr>
      </w:pPr>
      <w:r w:rsidRPr="00223AF1">
        <w:rPr>
          <w:lang w:val="tr-TR"/>
        </w:rPr>
        <w:t>Tarih: …… / …… / 20……</w:t>
      </w:r>
    </w:p>
    <w:p w:rsidRPr="00223AF1" w:rsidR="00D45E56" w:rsidRDefault="00D45E56" w14:paraId="0A2C8FD9" w14:textId="77777777">
      <w:pPr>
        <w:spacing w:after="120"/>
        <w:jc w:val="center"/>
        <w:rPr>
          <w:b/>
          <w:lang w:val="tr-TR"/>
        </w:rPr>
      </w:pPr>
    </w:p>
    <w:p w:rsidRPr="00223AF1" w:rsidR="00D45E56" w:rsidP="00D45E56" w:rsidRDefault="00D45E56" w14:paraId="44626780" w14:textId="77777777">
      <w:pPr>
        <w:spacing w:after="120"/>
        <w:rPr>
          <w:b/>
          <w:lang w:val="tr-TR"/>
        </w:rPr>
      </w:pPr>
    </w:p>
    <w:p w:rsidRPr="00223AF1" w:rsidR="009E5E4C" w:rsidRDefault="00000000" w14:paraId="2A065392" w14:textId="6A972B3B">
      <w:pPr>
        <w:spacing w:after="120"/>
        <w:jc w:val="center"/>
        <w:rPr>
          <w:lang w:val="tr-TR"/>
        </w:rPr>
      </w:pPr>
      <w:r w:rsidRPr="00223AF1">
        <w:rPr>
          <w:b/>
          <w:lang w:val="tr-TR"/>
        </w:rPr>
        <w:t>DİŞ HEKİMLİĞİ FAKÜLTESİ DEKANLIĞINA</w:t>
      </w:r>
    </w:p>
    <w:p w:rsidRPr="00223AF1" w:rsidR="009E5E4C" w:rsidRDefault="00000000" w14:paraId="4FC0C33B" w14:textId="77777777">
      <w:pPr>
        <w:spacing w:after="80"/>
        <w:rPr>
          <w:lang w:val="tr-TR"/>
        </w:rPr>
      </w:pPr>
      <w:r w:rsidRPr="00223AF1">
        <w:rPr>
          <w:lang w:val="tr-TR"/>
        </w:rPr>
        <w:t>Uzmanlık öğrencisinin uzmanlık tezi savunma sınavını yapmak üzere aşağıda belirtilen öğretim üyelerinin Uzmanlık Tezi Savunması Sınav Jürisi olarak görevlendirilmesini bilgilerinize arz ederim.</w:t>
      </w:r>
    </w:p>
    <w:p w:rsidRPr="00223AF1" w:rsidR="00D45E56" w:rsidRDefault="00D45E56" w14:paraId="2363B374" w14:textId="77777777">
      <w:pPr>
        <w:spacing w:after="80"/>
        <w:rPr>
          <w:lang w:val="tr-TR"/>
        </w:rPr>
      </w:pPr>
    </w:p>
    <w:p w:rsidRPr="00223AF1" w:rsidR="00D45E56" w:rsidRDefault="00D45E56" w14:paraId="5E22E51F" w14:textId="77777777">
      <w:pPr>
        <w:spacing w:after="80"/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223AF1" w:rsidR="00AE236E" w14:paraId="555B6992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23AF1" w:rsidR="009E5E4C" w:rsidRDefault="00000000" w14:paraId="310E9B4E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Anabilim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1868D641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23AF1" w:rsidR="009E5E4C" w:rsidRDefault="00000000" w14:paraId="08F04A11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Program / Uzmanlık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05562879" w14:textId="77777777">
            <w:pPr>
              <w:spacing w:after="0"/>
              <w:rPr>
                <w:lang w:val="tr-TR"/>
              </w:rPr>
            </w:pPr>
          </w:p>
        </w:tc>
      </w:tr>
      <w:tr w:rsidRPr="00223AF1" w:rsidR="00AE236E" w14:paraId="7CB74F9B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23AF1" w:rsidR="009E5E4C" w:rsidRDefault="00000000" w14:paraId="2EEDE80C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Uzmanlık Öğrencisi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77EBDE4F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23AF1" w:rsidR="009E5E4C" w:rsidRDefault="00000000" w14:paraId="2EBC879E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Öğrenci No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11AB8919" w14:textId="77777777">
            <w:pPr>
              <w:spacing w:after="0"/>
              <w:rPr>
                <w:lang w:val="tr-TR"/>
              </w:rPr>
            </w:pPr>
          </w:p>
        </w:tc>
      </w:tr>
      <w:tr w:rsidRPr="00223AF1" w:rsidR="00AE236E" w14:paraId="3D7F9D90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23AF1" w:rsidR="009E5E4C" w:rsidRDefault="00000000" w14:paraId="1F75F11C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Tezin Adı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0AAF8622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23AF1" w:rsidR="009E5E4C" w:rsidRDefault="00000000" w14:paraId="0AB97A5B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Tez Danışmanı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0897AAC9" w14:textId="77777777">
            <w:pPr>
              <w:spacing w:after="0"/>
              <w:rPr>
                <w:lang w:val="tr-TR"/>
              </w:rPr>
            </w:pPr>
          </w:p>
        </w:tc>
      </w:tr>
      <w:tr w:rsidRPr="00223AF1" w:rsidR="00AE236E" w14:paraId="632D5242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23AF1" w:rsidR="009E5E4C" w:rsidRDefault="00000000" w14:paraId="63CC6E29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Savunma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34AAF45C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…… / …… / 20……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23AF1" w:rsidR="009E5E4C" w:rsidRDefault="00000000" w14:paraId="1D6D429E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Savunma Saati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03A16F09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…… : ……</w:t>
            </w:r>
          </w:p>
        </w:tc>
      </w:tr>
      <w:tr w:rsidRPr="00223AF1" w:rsidR="00AE236E" w14:paraId="2B98D1AC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23AF1" w:rsidR="009E5E4C" w:rsidRDefault="00000000" w14:paraId="5CB98B56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Savunma Yeri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55234885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23AF1" w:rsidR="009E5E4C" w:rsidRDefault="00000000" w14:paraId="45A1EDD5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Ekler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702DE436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Tez özeti / gerekli belgeler</w:t>
            </w:r>
          </w:p>
        </w:tc>
      </w:tr>
    </w:tbl>
    <w:p w:rsidRPr="00223AF1" w:rsidR="00D45E56" w:rsidRDefault="00D45E56" w14:paraId="70A36D53" w14:textId="77777777">
      <w:pPr>
        <w:spacing w:after="80"/>
        <w:rPr>
          <w:b/>
          <w:lang w:val="tr-TR"/>
        </w:rPr>
      </w:pPr>
    </w:p>
    <w:p w:rsidRPr="00223AF1" w:rsidR="00D45E56" w:rsidRDefault="00D45E56" w14:paraId="21692059" w14:textId="77777777">
      <w:pPr>
        <w:spacing w:after="80"/>
        <w:rPr>
          <w:b/>
          <w:lang w:val="tr-TR"/>
        </w:rPr>
      </w:pPr>
    </w:p>
    <w:p w:rsidRPr="00223AF1" w:rsidR="009E5E4C" w:rsidRDefault="00000000" w14:paraId="20B07619" w14:textId="48A5F307">
      <w:pPr>
        <w:spacing w:after="80"/>
        <w:rPr>
          <w:lang w:val="tr-TR"/>
        </w:rPr>
      </w:pPr>
      <w:r w:rsidRPr="00223AF1">
        <w:rPr>
          <w:b/>
          <w:lang w:val="tr-TR"/>
        </w:rPr>
        <w:t>Uzmanlık Tezi Savunması Sınav Jürisi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223AF1" w:rsidR="009E5E4C" w14:paraId="3E2CB9D9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23AF1" w:rsidR="009E5E4C" w:rsidRDefault="00000000" w14:paraId="2CAF62EB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Üyelik Türü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23AF1" w:rsidR="009E5E4C" w:rsidRDefault="00000000" w14:paraId="5F728FEF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Görev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23AF1" w:rsidR="009E5E4C" w:rsidRDefault="00000000" w14:paraId="4908B75D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Unvanı Adı Soyadı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23AF1" w:rsidR="009E5E4C" w:rsidRDefault="00000000" w14:paraId="6E6F4812" w14:textId="77777777">
            <w:pPr>
              <w:spacing w:after="0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Bölümü / Kurumu</w:t>
            </w:r>
          </w:p>
        </w:tc>
      </w:tr>
      <w:tr w:rsidRPr="00223AF1" w:rsidR="009E5E4C" w14:paraId="214D42FA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54E29578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Asil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138CFC0E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Başkan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22AE684C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17E402D4" w14:textId="77777777">
            <w:pPr>
              <w:spacing w:after="0"/>
              <w:rPr>
                <w:lang w:val="tr-TR"/>
              </w:rPr>
            </w:pPr>
          </w:p>
        </w:tc>
      </w:tr>
      <w:tr w:rsidRPr="00223AF1" w:rsidR="009E5E4C" w14:paraId="6A6DBB11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2C0F40FF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Asil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603D37BF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Üye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279094AC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70A44EBE" w14:textId="77777777">
            <w:pPr>
              <w:spacing w:after="0"/>
              <w:rPr>
                <w:lang w:val="tr-TR"/>
              </w:rPr>
            </w:pPr>
          </w:p>
        </w:tc>
      </w:tr>
      <w:tr w:rsidRPr="00223AF1" w:rsidR="009E5E4C" w14:paraId="092B17DF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0EAE7889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Asil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5652CED3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Üye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41D55130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2F9884CA" w14:textId="77777777">
            <w:pPr>
              <w:spacing w:after="0"/>
              <w:rPr>
                <w:lang w:val="tr-TR"/>
              </w:rPr>
            </w:pPr>
          </w:p>
        </w:tc>
      </w:tr>
      <w:tr w:rsidRPr="00223AF1" w:rsidR="009E5E4C" w14:paraId="0EDCD10D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553F7B5C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Asil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7F6C5ED8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Üye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7B7F9048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67CF181C" w14:textId="77777777">
            <w:pPr>
              <w:spacing w:after="0"/>
              <w:rPr>
                <w:lang w:val="tr-TR"/>
              </w:rPr>
            </w:pPr>
          </w:p>
        </w:tc>
      </w:tr>
      <w:tr w:rsidRPr="00223AF1" w:rsidR="009E5E4C" w14:paraId="723B1980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484CA242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Asil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3EF9A334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Üye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09F6EAF2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609FEC5A" w14:textId="77777777">
            <w:pPr>
              <w:spacing w:after="0"/>
              <w:rPr>
                <w:lang w:val="tr-TR"/>
              </w:rPr>
            </w:pPr>
          </w:p>
        </w:tc>
      </w:tr>
      <w:tr w:rsidRPr="00223AF1" w:rsidR="009E5E4C" w14:paraId="32395857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604E376A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Yedek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33B0B759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Yedek Üye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1D76A302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6B5836C0" w14:textId="77777777">
            <w:pPr>
              <w:spacing w:after="0"/>
              <w:rPr>
                <w:lang w:val="tr-TR"/>
              </w:rPr>
            </w:pPr>
          </w:p>
        </w:tc>
      </w:tr>
      <w:tr w:rsidRPr="00223AF1" w:rsidR="009E5E4C" w14:paraId="0FD22B66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5CFECD5B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Yedek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36190E66" w14:textId="77777777">
            <w:pPr>
              <w:spacing w:after="0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t>Yedek Üye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7A4A3FEF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9E5E4C" w14:paraId="0D83AEB6" w14:textId="77777777">
            <w:pPr>
              <w:spacing w:after="0"/>
              <w:rPr>
                <w:lang w:val="tr-TR"/>
              </w:rPr>
            </w:pPr>
          </w:p>
        </w:tc>
      </w:tr>
    </w:tbl>
    <w:p w:rsidRPr="00223AF1" w:rsidR="009E5E4C" w:rsidRDefault="009E5E4C" w14:paraId="0CD7B323" w14:textId="77777777">
      <w:pPr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51"/>
        <w:gridCol w:w="3551"/>
        <w:gridCol w:w="3551"/>
      </w:tblGrid>
      <w:tr w:rsidRPr="00223AF1" w:rsidR="009E5E4C" w14:paraId="78D70209" w14:textId="77777777">
        <w:trPr>
          <w:jc w:val="center"/>
        </w:trPr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23AF1" w:rsidR="009E5E4C" w:rsidRDefault="00000000" w14:paraId="49FFF957" w14:textId="77777777">
            <w:pPr>
              <w:spacing w:after="0"/>
              <w:jc w:val="center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Tez Danışmanı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23AF1" w:rsidR="009E5E4C" w:rsidRDefault="00000000" w14:paraId="7C0D5E36" w14:textId="77777777">
            <w:pPr>
              <w:spacing w:after="0"/>
              <w:jc w:val="center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Anabilim Dalı Başkanı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23AF1" w:rsidR="009E5E4C" w:rsidRDefault="00000000" w14:paraId="27E43521" w14:textId="77777777">
            <w:pPr>
              <w:spacing w:after="0"/>
              <w:jc w:val="center"/>
              <w:rPr>
                <w:lang w:val="tr-TR"/>
              </w:rPr>
            </w:pPr>
            <w:r w:rsidRPr="00223AF1">
              <w:rPr>
                <w:b/>
                <w:sz w:val="18"/>
                <w:lang w:val="tr-TR"/>
              </w:rPr>
              <w:t>Uzmanlık Eğitimi Birimi</w:t>
            </w:r>
          </w:p>
        </w:tc>
      </w:tr>
      <w:tr w:rsidRPr="00223AF1" w:rsidR="009E5E4C" w14:paraId="7818CE82" w14:textId="77777777">
        <w:trPr>
          <w:jc w:val="center"/>
        </w:trPr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6B76054F" w14:textId="77777777">
            <w:pPr>
              <w:spacing w:after="0"/>
              <w:jc w:val="center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br/>
              <w:t>Unvanı Adı Soyadı</w:t>
            </w:r>
            <w:r w:rsidRPr="00223AF1">
              <w:rPr>
                <w:sz w:val="18"/>
                <w:lang w:val="tr-TR"/>
              </w:rPr>
              <w:br/>
              <w:t>İmza</w:t>
            </w:r>
            <w:r w:rsidRPr="00223AF1">
              <w:rPr>
                <w:sz w:val="18"/>
                <w:lang w:val="tr-TR"/>
              </w:rPr>
              <w:br/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29B69313" w14:textId="77777777">
            <w:pPr>
              <w:spacing w:after="0"/>
              <w:jc w:val="center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br/>
              <w:t>Unvanı Adı Soyadı</w:t>
            </w:r>
            <w:r w:rsidRPr="00223AF1">
              <w:rPr>
                <w:sz w:val="18"/>
                <w:lang w:val="tr-TR"/>
              </w:rPr>
              <w:br/>
              <w:t>İmza</w:t>
            </w:r>
            <w:r w:rsidRPr="00223AF1">
              <w:rPr>
                <w:sz w:val="18"/>
                <w:lang w:val="tr-TR"/>
              </w:rPr>
              <w:br/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23AF1" w:rsidR="009E5E4C" w:rsidRDefault="00000000" w14:paraId="5C34FE9E" w14:textId="77777777">
            <w:pPr>
              <w:spacing w:after="0"/>
              <w:jc w:val="center"/>
              <w:rPr>
                <w:lang w:val="tr-TR"/>
              </w:rPr>
            </w:pPr>
            <w:r w:rsidRPr="00223AF1">
              <w:rPr>
                <w:sz w:val="18"/>
                <w:lang w:val="tr-TR"/>
              </w:rPr>
              <w:br/>
              <w:t>Unvanı Adı Soyadı</w:t>
            </w:r>
            <w:r w:rsidRPr="00223AF1">
              <w:rPr>
                <w:sz w:val="18"/>
                <w:lang w:val="tr-TR"/>
              </w:rPr>
              <w:br/>
              <w:t>İmza</w:t>
            </w:r>
            <w:r w:rsidRPr="00223AF1">
              <w:rPr>
                <w:sz w:val="18"/>
                <w:lang w:val="tr-TR"/>
              </w:rPr>
              <w:br/>
            </w:r>
          </w:p>
        </w:tc>
      </w:tr>
    </w:tbl>
    <w:p w:rsidRPr="00223AF1" w:rsidR="009E5E4C" w:rsidRDefault="00000000" w14:paraId="6AB74CA2" w14:textId="77777777">
      <w:pPr>
        <w:spacing w:after="0"/>
        <w:rPr>
          <w:lang w:val="tr-TR"/>
        </w:rPr>
      </w:pPr>
      <w:r w:rsidRPr="00223AF1">
        <w:rPr>
          <w:sz w:val="16"/>
          <w:lang w:val="tr-TR"/>
        </w:rPr>
        <w:t>Not: Form, Anabilim Dalı Başkanlığınca imzalanarak sınav tarihinden önce Uzmanlık Eğitimi Birimine teslim edilir.</w:t>
      </w:r>
    </w:p>
    <w:sectPr w:rsidRPr="00223AF1" w:rsidR="009E5E4C" w:rsidSect="00034616">
      <w:headerReference w:type="default" r:id="R4b47d64663924b6e"/>
      <w:headerReference w:type="first" r:id="R4b47d64663924b6e"/>
      <w:headerReference w:type="even" r:id="R4b47d64663924b6e"/>
      <w:footerReference w:type="default" r:id="R9257e9d5829f4b75"/>
      <w:footerReference w:type="first" r:id="R9257e9d5829f4b75"/>
      <w:footerReference w:type="even" r:id="R9257e9d5829f4b75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KYS-FR.345,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c05d88d952c84bdf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kvys.giresun.edu.tr/dg/1007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a911d59e21a46a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4c0043827be419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Uzmanlık Tezi Savunması Jüri Öneri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KYS-FR.345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44112757">
    <w:abstractNumId w:val="8"/>
  </w:num>
  <w:num w:numId="2" w16cid:durableId="1991446427">
    <w:abstractNumId w:val="6"/>
  </w:num>
  <w:num w:numId="3" w16cid:durableId="302349804">
    <w:abstractNumId w:val="5"/>
  </w:num>
  <w:num w:numId="4" w16cid:durableId="898395634">
    <w:abstractNumId w:val="4"/>
  </w:num>
  <w:num w:numId="5" w16cid:durableId="213346400">
    <w:abstractNumId w:val="7"/>
  </w:num>
  <w:num w:numId="6" w16cid:durableId="1757049702">
    <w:abstractNumId w:val="3"/>
  </w:num>
  <w:num w:numId="7" w16cid:durableId="620108830">
    <w:abstractNumId w:val="2"/>
  </w:num>
  <w:num w:numId="8" w16cid:durableId="1431703912">
    <w:abstractNumId w:val="1"/>
  </w:num>
  <w:num w:numId="9" w16cid:durableId="64778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15074B"/>
    <w:rsid w:val="00223AF1"/>
    <w:rsid w:val="0029639D"/>
    <w:rsid w:val="00326F90"/>
    <w:rsid w:val="003F7834"/>
    <w:rsid w:val="00463A99"/>
    <w:rsid w:val="009E5E4C"/>
    <w:rsid w:val="00AA1D8D"/>
    <w:rsid w:val="00AE236E"/>
    <w:rsid w:val="00B47730"/>
    <w:rsid w:val="00CB0664"/>
    <w:rsid w:val="00D45E5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3C1FAB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4b47d64663924b6e" /><Relationship Type="http://schemas.openxmlformats.org/officeDocument/2006/relationships/footer" Target="/word/footer1.xml" Id="R9257e9d5829f4b75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a911d59e21a46aa" /><Relationship Type="http://schemas.openxmlformats.org/officeDocument/2006/relationships/hyperlink" Target="https://kvys.giresun.edu.tr/dg/1007" TargetMode="External" Id="Rc05d88d952c84bdf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64c0043827be419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5</cp:revision>
  <dcterms:created xsi:type="dcterms:W3CDTF">2013-12-23T23:15:00Z</dcterms:created>
  <dcterms:modified xsi:type="dcterms:W3CDTF">2026-06-03T07:10:00Z</dcterms:modified>
  <cp:category/>
</cp:coreProperties>
</file>