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F0513" w:rsidR="00A01C6C" w:rsidP="000E6B4D" w:rsidRDefault="00000000" w14:paraId="674B9C0F" w14:textId="77777777">
      <w:pPr>
        <w:spacing w:after="60"/>
        <w:jc w:val="right"/>
        <w:rPr>
          <w:lang w:val="tr-TR"/>
        </w:rPr>
      </w:pPr>
      <w:r w:rsidRPr="00DF0513">
        <w:rPr>
          <w:lang w:val="tr-TR"/>
        </w:rPr>
        <w:t>Tarih: …… / …… / 20……</w:t>
      </w:r>
    </w:p>
    <w:p w:rsidRPr="00DF0513" w:rsidR="000E6B4D" w:rsidP="000E6B4D" w:rsidRDefault="000E6B4D" w14:paraId="368D0C83" w14:textId="77777777">
      <w:pPr>
        <w:spacing w:after="60"/>
        <w:jc w:val="right"/>
        <w:rPr>
          <w:lang w:val="tr-TR"/>
        </w:rPr>
      </w:pPr>
    </w:p>
    <w:p w:rsidRPr="00DF0513" w:rsidR="00A01C6C" w:rsidRDefault="00000000" w14:paraId="5AAED7B8" w14:textId="77777777">
      <w:pPr>
        <w:spacing w:after="120"/>
        <w:jc w:val="center"/>
        <w:rPr>
          <w:lang w:val="tr-TR"/>
        </w:rPr>
      </w:pPr>
      <w:r w:rsidRPr="00DF0513">
        <w:rPr>
          <w:b/>
          <w:lang w:val="tr-TR"/>
        </w:rPr>
        <w:t>DİŞ HEKİMLİĞİ FAKÜLTESİ DEKANLIĞINA</w:t>
      </w:r>
    </w:p>
    <w:p w:rsidRPr="00DF0513" w:rsidR="00A01C6C" w:rsidRDefault="00000000" w14:paraId="009699BF" w14:textId="77777777">
      <w:pPr>
        <w:spacing w:after="80"/>
        <w:rPr>
          <w:lang w:val="tr-TR"/>
        </w:rPr>
      </w:pPr>
      <w:r w:rsidRPr="00DF0513">
        <w:rPr>
          <w:lang w:val="tr-TR"/>
        </w:rPr>
        <w:t>Uzmanlık öğrencisinin tez önerisi Anabilim Dalı tarafından değerlendirilmiş olup aşağıda bildirilmiştir. Bilgilerinize arz ederim.</w:t>
      </w:r>
    </w:p>
    <w:p w:rsidRPr="00DF0513" w:rsidR="000E6B4D" w:rsidRDefault="000E6B4D" w14:paraId="3200118F" w14:textId="77777777">
      <w:pPr>
        <w:spacing w:after="80"/>
        <w:rPr>
          <w:lang w:val="tr-TR"/>
        </w:rPr>
      </w:pPr>
    </w:p>
    <w:p w:rsidRPr="00DF0513" w:rsidR="000E6B4D" w:rsidRDefault="000E6B4D" w14:paraId="5D7B756E" w14:textId="77777777">
      <w:pPr>
        <w:spacing w:after="80"/>
        <w:rPr>
          <w:lang w:val="tr-TR"/>
        </w:rPr>
      </w:pPr>
    </w:p>
    <w:p w:rsidRPr="00DF0513" w:rsidR="000E6B4D" w:rsidRDefault="000E6B4D" w14:paraId="27ACD208" w14:textId="77777777">
      <w:pPr>
        <w:spacing w:after="80"/>
        <w:rPr>
          <w:lang w:val="tr-TR"/>
        </w:rPr>
      </w:pPr>
    </w:p>
    <w:p w:rsidRPr="00DF0513" w:rsidR="000E6B4D" w:rsidRDefault="000E6B4D" w14:paraId="6E962846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DF0513" w:rsidR="00A01C6C" w14:paraId="63CD009E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2C94D714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650BF7E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17332664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205479AF" w14:textId="77777777">
            <w:pPr>
              <w:spacing w:after="0"/>
              <w:rPr>
                <w:lang w:val="tr-TR"/>
              </w:rPr>
            </w:pPr>
          </w:p>
        </w:tc>
      </w:tr>
      <w:tr w:rsidRPr="00DF0513" w:rsidR="00A01C6C" w14:paraId="0CDB68DF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4A9DA9A1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1D816579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081EA096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1A0354DD" w14:textId="77777777">
            <w:pPr>
              <w:spacing w:after="0"/>
              <w:rPr>
                <w:lang w:val="tr-TR"/>
              </w:rPr>
            </w:pPr>
          </w:p>
        </w:tc>
      </w:tr>
      <w:tr w:rsidRPr="00DF0513" w:rsidR="00A01C6C" w14:paraId="42CF138C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5852EA88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7FFC5418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0E33241E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Başvuru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000000" w14:paraId="5AFD4F11" w14:textId="77777777">
            <w:pPr>
              <w:spacing w:after="0"/>
              <w:rPr>
                <w:lang w:val="tr-TR"/>
              </w:rPr>
            </w:pPr>
            <w:r w:rsidRPr="00DF0513">
              <w:rPr>
                <w:sz w:val="18"/>
                <w:lang w:val="tr-TR"/>
              </w:rPr>
              <w:t>…… / …… / 20……</w:t>
            </w:r>
          </w:p>
        </w:tc>
      </w:tr>
      <w:tr w:rsidRPr="00DF0513" w:rsidR="00A01C6C" w14:paraId="4D4CF9E0" w14:textId="77777777">
        <w:trPr>
          <w:jc w:val="center"/>
        </w:trPr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1D2DA991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Tez Adı (Türkçe)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7BCEF2FE" w14:textId="77777777">
            <w:pPr>
              <w:spacing w:after="0"/>
              <w:rPr>
                <w:lang w:val="tr-TR"/>
              </w:rPr>
            </w:pPr>
          </w:p>
        </w:tc>
      </w:tr>
      <w:tr w:rsidRPr="00DF0513" w:rsidR="00A01C6C" w14:paraId="7ACF5840" w14:textId="77777777">
        <w:trPr>
          <w:jc w:val="center"/>
        </w:trPr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1D1AED1B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Tez Adı (İngilizce)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2D06D969" w14:textId="77777777">
            <w:pPr>
              <w:spacing w:after="0"/>
              <w:rPr>
                <w:lang w:val="tr-TR"/>
              </w:rPr>
            </w:pPr>
          </w:p>
        </w:tc>
      </w:tr>
      <w:tr w:rsidRPr="00DF0513" w:rsidR="00A01C6C" w14:paraId="0CFCDFE9" w14:textId="77777777">
        <w:trPr>
          <w:jc w:val="center"/>
        </w:trPr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7F79778C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Anahtar Kelimeler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71EC3011" w14:textId="77777777">
            <w:pPr>
              <w:spacing w:after="0"/>
              <w:rPr>
                <w:lang w:val="tr-TR"/>
              </w:rPr>
            </w:pPr>
          </w:p>
        </w:tc>
      </w:tr>
      <w:tr w:rsidRPr="00DF0513" w:rsidR="00A01C6C" w14:paraId="553C4E55" w14:textId="77777777">
        <w:trPr>
          <w:jc w:val="center"/>
        </w:trPr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5C269821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Tez Önerisi Kararı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000000" w14:paraId="4FA70374" w14:textId="77777777">
            <w:pPr>
              <w:spacing w:after="0"/>
              <w:rPr>
                <w:lang w:val="tr-TR"/>
              </w:rPr>
            </w:pPr>
            <w:r w:rsidRPr="00DF0513">
              <w:rPr>
                <w:sz w:val="18"/>
                <w:lang w:val="tr-TR"/>
              </w:rPr>
              <w:t>☐ Kabul edilmiştir    ☐ Kabul edilmemiştir</w:t>
            </w:r>
          </w:p>
        </w:tc>
      </w:tr>
      <w:tr w:rsidRPr="00DF0513" w:rsidR="00A01C6C" w14:paraId="7D9485ED" w14:textId="77777777">
        <w:trPr>
          <w:jc w:val="center"/>
        </w:trPr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DF0513" w:rsidR="00A01C6C" w:rsidRDefault="00000000" w14:paraId="059600E1" w14:textId="77777777">
            <w:pPr>
              <w:spacing w:after="0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Açıklama / Gerekçe</w:t>
            </w:r>
          </w:p>
        </w:tc>
        <w:tc>
          <w:tcPr>
            <w:tcW w:w="5326" w:type="dxa"/>
            <w:gridSpan w:val="2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A01C6C" w14:paraId="66AC5DBA" w14:textId="77777777">
            <w:pPr>
              <w:spacing w:after="0"/>
              <w:rPr>
                <w:lang w:val="tr-TR"/>
              </w:rPr>
            </w:pPr>
          </w:p>
        </w:tc>
      </w:tr>
    </w:tbl>
    <w:p w:rsidRPr="00DF0513" w:rsidR="00A01C6C" w:rsidRDefault="00A01C6C" w14:paraId="45E2E1BD" w14:textId="77777777">
      <w:pPr>
        <w:rPr>
          <w:lang w:val="tr-TR"/>
        </w:rPr>
      </w:pPr>
    </w:p>
    <w:p w:rsidRPr="00DF0513" w:rsidR="000E6B4D" w:rsidRDefault="000E6B4D" w14:paraId="0B78F7B0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DF0513" w:rsidR="00A01C6C" w14:paraId="4A0E6504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DF0513" w:rsidR="00A01C6C" w:rsidRDefault="00000000" w14:paraId="2BFAE741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DF0513" w:rsidR="00A01C6C" w:rsidRDefault="00000000" w14:paraId="5386690D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DF0513" w:rsidR="00A01C6C" w:rsidRDefault="00000000" w14:paraId="6678F9A7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DF0513" w:rsidR="00A01C6C" w14:paraId="57BD9136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000000" w14:paraId="25463321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sz w:val="18"/>
                <w:lang w:val="tr-TR"/>
              </w:rPr>
              <w:br/>
              <w:t>Unvanı Adı Soyadı</w:t>
            </w:r>
            <w:r w:rsidRPr="00DF0513">
              <w:rPr>
                <w:sz w:val="18"/>
                <w:lang w:val="tr-TR"/>
              </w:rPr>
              <w:br/>
              <w:t>İmza</w:t>
            </w:r>
            <w:r w:rsidRPr="00DF0513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000000" w14:paraId="11244951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sz w:val="18"/>
                <w:lang w:val="tr-TR"/>
              </w:rPr>
              <w:br/>
              <w:t>Unvanı Adı Soyadı</w:t>
            </w:r>
            <w:r w:rsidRPr="00DF0513">
              <w:rPr>
                <w:sz w:val="18"/>
                <w:lang w:val="tr-TR"/>
              </w:rPr>
              <w:br/>
              <w:t>İmza</w:t>
            </w:r>
            <w:r w:rsidRPr="00DF0513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DF0513" w:rsidR="00A01C6C" w:rsidRDefault="00000000" w14:paraId="381D511D" w14:textId="77777777">
            <w:pPr>
              <w:spacing w:after="0"/>
              <w:jc w:val="center"/>
              <w:rPr>
                <w:lang w:val="tr-TR"/>
              </w:rPr>
            </w:pPr>
            <w:r w:rsidRPr="00DF0513">
              <w:rPr>
                <w:sz w:val="18"/>
                <w:lang w:val="tr-TR"/>
              </w:rPr>
              <w:br/>
              <w:t>Unvanı Adı Soyadı</w:t>
            </w:r>
            <w:r w:rsidRPr="00DF0513">
              <w:rPr>
                <w:sz w:val="18"/>
                <w:lang w:val="tr-TR"/>
              </w:rPr>
              <w:br/>
              <w:t>İmza</w:t>
            </w:r>
            <w:r w:rsidRPr="00DF0513">
              <w:rPr>
                <w:sz w:val="18"/>
                <w:lang w:val="tr-TR"/>
              </w:rPr>
              <w:br/>
            </w:r>
          </w:p>
        </w:tc>
      </w:tr>
    </w:tbl>
    <w:p w:rsidRPr="00DF0513" w:rsidR="00A01C6C" w:rsidRDefault="00000000" w14:paraId="1E78AFFE" w14:textId="77777777">
      <w:pPr>
        <w:spacing w:after="0"/>
        <w:rPr>
          <w:lang w:val="tr-TR"/>
        </w:rPr>
      </w:pPr>
      <w:r w:rsidRPr="00DF0513">
        <w:rPr>
          <w:sz w:val="16"/>
          <w:lang w:val="tr-TR"/>
        </w:rPr>
        <w:t>Not: Tez önerisi kabul edilen öğrenciye ait bilgiler, ilgili anabilim dalı tarafından Uzmanlık Eğitimi Birimine bildirilir.</w:t>
      </w:r>
    </w:p>
    <w:sectPr w:rsidRPr="00DF0513" w:rsidR="00A01C6C" w:rsidSect="00034616">
      <w:headerReference w:type="default" r:id="R9af438e09ee24e0d"/>
      <w:headerReference w:type="first" r:id="R9af438e09ee24e0d"/>
      <w:headerReference w:type="even" r:id="R9af438e09ee24e0d"/>
      <w:footerReference w:type="default" r:id="R2d2e76e816584948"/>
      <w:footerReference w:type="first" r:id="R2d2e76e816584948"/>
      <w:footerReference w:type="even" r:id="R2d2e76e816584948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KYS-FR.346,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fe8ddd661aa45e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kvys.giresun.edu.tr/dg/1008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e19f021421047f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2ad4da2747049c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Tez Önerisi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KYS-FR.346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7361080">
    <w:abstractNumId w:val="8"/>
  </w:num>
  <w:num w:numId="2" w16cid:durableId="41755407">
    <w:abstractNumId w:val="6"/>
  </w:num>
  <w:num w:numId="3" w16cid:durableId="1605264496">
    <w:abstractNumId w:val="5"/>
  </w:num>
  <w:num w:numId="4" w16cid:durableId="972755259">
    <w:abstractNumId w:val="4"/>
  </w:num>
  <w:num w:numId="5" w16cid:durableId="1451976904">
    <w:abstractNumId w:val="7"/>
  </w:num>
  <w:num w:numId="6" w16cid:durableId="1076586269">
    <w:abstractNumId w:val="3"/>
  </w:num>
  <w:num w:numId="7" w16cid:durableId="2070953393">
    <w:abstractNumId w:val="2"/>
  </w:num>
  <w:num w:numId="8" w16cid:durableId="1954558764">
    <w:abstractNumId w:val="1"/>
  </w:num>
  <w:num w:numId="9" w16cid:durableId="174256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0E6B4D"/>
    <w:rsid w:val="0015074B"/>
    <w:rsid w:val="0029639D"/>
    <w:rsid w:val="00326F90"/>
    <w:rsid w:val="003F7834"/>
    <w:rsid w:val="00A01C6C"/>
    <w:rsid w:val="00AA1D8D"/>
    <w:rsid w:val="00B47730"/>
    <w:rsid w:val="00CB0664"/>
    <w:rsid w:val="00DF0513"/>
    <w:rsid w:val="00E832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840B55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9af438e09ee24e0d" /><Relationship Type="http://schemas.openxmlformats.org/officeDocument/2006/relationships/footer" Target="/word/footer1.xml" Id="R2d2e76e816584948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2e19f021421047ff" /><Relationship Type="http://schemas.openxmlformats.org/officeDocument/2006/relationships/hyperlink" Target="https://kvys.giresun.edu.tr/dg/1008" TargetMode="External" Id="Rbfe8ddd661aa45e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2ad4da2747049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2026-06-03T07:11:00Z</dcterms:modified>
  <cp:category/>
</cp:coreProperties>
</file>