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2969FE" w:rsidR="009E4E15" w:rsidP="00DE27B7" w:rsidRDefault="00000000" w14:paraId="7388EACD" w14:textId="77777777">
      <w:pPr>
        <w:spacing w:after="60"/>
        <w:jc w:val="right"/>
        <w:rPr>
          <w:lang w:val="tr-TR"/>
        </w:rPr>
      </w:pPr>
      <w:r w:rsidRPr="002969FE">
        <w:rPr>
          <w:lang w:val="tr-TR"/>
        </w:rPr>
        <w:t>Tarih: …… / …… / 20……</w:t>
      </w:r>
    </w:p>
    <w:p w:rsidRPr="002969FE" w:rsidR="00DE27B7" w:rsidRDefault="00DE27B7" w14:paraId="14297628" w14:textId="77777777">
      <w:pPr>
        <w:spacing w:after="120"/>
        <w:jc w:val="center"/>
        <w:rPr>
          <w:b/>
          <w:lang w:val="tr-TR"/>
        </w:rPr>
      </w:pPr>
    </w:p>
    <w:p w:rsidRPr="002969FE" w:rsidR="00DE27B7" w:rsidRDefault="00DE27B7" w14:paraId="3525896A" w14:textId="77777777">
      <w:pPr>
        <w:spacing w:after="120"/>
        <w:jc w:val="center"/>
        <w:rPr>
          <w:b/>
          <w:lang w:val="tr-TR"/>
        </w:rPr>
      </w:pPr>
    </w:p>
    <w:p w:rsidRPr="002969FE" w:rsidR="009E4E15" w:rsidRDefault="00000000" w14:paraId="66A4B6C7" w14:textId="15A6A570">
      <w:pPr>
        <w:spacing w:after="120"/>
        <w:jc w:val="center"/>
        <w:rPr>
          <w:lang w:val="tr-TR"/>
        </w:rPr>
      </w:pPr>
      <w:r w:rsidRPr="002969FE">
        <w:rPr>
          <w:b/>
          <w:lang w:val="tr-TR"/>
        </w:rPr>
        <w:t>DİŞ HEKİMLİĞİ FAKÜLTESİ DEKANLIĞINA</w:t>
      </w:r>
    </w:p>
    <w:p w:rsidRPr="002969FE" w:rsidR="009E4E15" w:rsidRDefault="00000000" w14:paraId="5804D751" w14:textId="77777777">
      <w:pPr>
        <w:spacing w:after="80"/>
        <w:rPr>
          <w:lang w:val="tr-TR"/>
        </w:rPr>
      </w:pPr>
      <w:r w:rsidRPr="002969FE">
        <w:rPr>
          <w:lang w:val="tr-TR"/>
        </w:rPr>
        <w:t>Uzmanlık öğrencisinin ilgili öğretim yılı ve yarıyılında alacağı dersler aşağıda bildirilmiştir. Bilgilerinize arz ederim.</w:t>
      </w:r>
    </w:p>
    <w:p w:rsidRPr="002969FE" w:rsidR="00DE27B7" w:rsidRDefault="00DE27B7" w14:paraId="5D0A64E7" w14:textId="77777777">
      <w:pPr>
        <w:spacing w:after="80"/>
        <w:rPr>
          <w:lang w:val="tr-TR"/>
        </w:rPr>
      </w:pPr>
    </w:p>
    <w:p w:rsidRPr="002969FE" w:rsidR="00DE27B7" w:rsidRDefault="00DE27B7" w14:paraId="5C875DB7" w14:textId="77777777">
      <w:pPr>
        <w:spacing w:after="80"/>
        <w:rPr>
          <w:lang w:val="tr-TR"/>
        </w:rPr>
      </w:pPr>
    </w:p>
    <w:p w:rsidRPr="002969FE" w:rsidR="00DE27B7" w:rsidRDefault="00DE27B7" w14:paraId="6ECCEEE7" w14:textId="77777777">
      <w:pPr>
        <w:spacing w:after="80"/>
        <w:rPr>
          <w:lang w:val="tr-TR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663"/>
        <w:gridCol w:w="2663"/>
        <w:gridCol w:w="2663"/>
        <w:gridCol w:w="2663"/>
      </w:tblGrid>
      <w:tr w:rsidRPr="002969FE" w:rsidR="009E4E15" w14:paraId="29A60E04" w14:textId="77777777">
        <w:trPr>
          <w:jc w:val="center"/>
        </w:trPr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2969FE" w:rsidR="009E4E15" w:rsidRDefault="00000000" w14:paraId="4CC53543" w14:textId="77777777">
            <w:pPr>
              <w:spacing w:after="0"/>
              <w:rPr>
                <w:lang w:val="tr-TR"/>
              </w:rPr>
            </w:pPr>
            <w:r w:rsidRPr="002969FE">
              <w:rPr>
                <w:b/>
                <w:sz w:val="18"/>
                <w:lang w:val="tr-TR"/>
              </w:rPr>
              <w:t>Anabilim Dalı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9E4E15" w14:paraId="44992853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2969FE" w:rsidR="009E4E15" w:rsidRDefault="00000000" w14:paraId="42ACE1F4" w14:textId="77777777">
            <w:pPr>
              <w:spacing w:after="0"/>
              <w:rPr>
                <w:lang w:val="tr-TR"/>
              </w:rPr>
            </w:pPr>
            <w:r w:rsidRPr="002969FE">
              <w:rPr>
                <w:b/>
                <w:sz w:val="18"/>
                <w:lang w:val="tr-TR"/>
              </w:rPr>
              <w:t>Öğretim Yılı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000000" w14:paraId="7D651365" w14:textId="77777777">
            <w:pPr>
              <w:spacing w:after="0"/>
              <w:rPr>
                <w:lang w:val="tr-TR"/>
              </w:rPr>
            </w:pPr>
            <w:r w:rsidRPr="002969FE">
              <w:rPr>
                <w:sz w:val="18"/>
                <w:lang w:val="tr-TR"/>
              </w:rPr>
              <w:t>20…</w:t>
            </w:r>
            <w:proofErr w:type="gramStart"/>
            <w:r w:rsidRPr="002969FE">
              <w:rPr>
                <w:sz w:val="18"/>
                <w:lang w:val="tr-TR"/>
              </w:rPr>
              <w:t>… -</w:t>
            </w:r>
            <w:proofErr w:type="gramEnd"/>
            <w:r w:rsidRPr="002969FE">
              <w:rPr>
                <w:sz w:val="18"/>
                <w:lang w:val="tr-TR"/>
              </w:rPr>
              <w:t xml:space="preserve"> 20……</w:t>
            </w:r>
          </w:p>
        </w:tc>
      </w:tr>
      <w:tr w:rsidRPr="002969FE" w:rsidR="009E4E15" w14:paraId="47F5A9DD" w14:textId="77777777">
        <w:trPr>
          <w:jc w:val="center"/>
        </w:trPr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2969FE" w:rsidR="009E4E15" w:rsidRDefault="00000000" w14:paraId="627480C0" w14:textId="77777777">
            <w:pPr>
              <w:spacing w:after="0"/>
              <w:rPr>
                <w:lang w:val="tr-TR"/>
              </w:rPr>
            </w:pPr>
            <w:r w:rsidRPr="002969FE">
              <w:rPr>
                <w:b/>
                <w:sz w:val="18"/>
                <w:lang w:val="tr-TR"/>
              </w:rPr>
              <w:t>Uzmanlık Öğrencisi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9E4E15" w14:paraId="2A7C22AA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2969FE" w:rsidR="009E4E15" w:rsidRDefault="00000000" w14:paraId="774A9039" w14:textId="77777777">
            <w:pPr>
              <w:spacing w:after="0"/>
              <w:rPr>
                <w:lang w:val="tr-TR"/>
              </w:rPr>
            </w:pPr>
            <w:r w:rsidRPr="002969FE">
              <w:rPr>
                <w:b/>
                <w:sz w:val="18"/>
                <w:lang w:val="tr-TR"/>
              </w:rPr>
              <w:t>Yarıyıl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000000" w14:paraId="028BCAF4" w14:textId="77777777">
            <w:pPr>
              <w:spacing w:after="0"/>
              <w:rPr>
                <w:lang w:val="tr-TR"/>
              </w:rPr>
            </w:pPr>
            <w:r w:rsidRPr="002969FE">
              <w:rPr>
                <w:sz w:val="18"/>
                <w:lang w:val="tr-TR"/>
              </w:rPr>
              <w:t>Güz / Bahar</w:t>
            </w:r>
          </w:p>
        </w:tc>
      </w:tr>
      <w:tr w:rsidRPr="002969FE" w:rsidR="009E4E15" w14:paraId="00A6065B" w14:textId="77777777">
        <w:trPr>
          <w:jc w:val="center"/>
        </w:trPr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2969FE" w:rsidR="009E4E15" w:rsidRDefault="00000000" w14:paraId="3682581B" w14:textId="77777777">
            <w:pPr>
              <w:spacing w:after="0"/>
              <w:rPr>
                <w:lang w:val="tr-TR"/>
              </w:rPr>
            </w:pPr>
            <w:r w:rsidRPr="002969FE">
              <w:rPr>
                <w:b/>
                <w:sz w:val="18"/>
                <w:lang w:val="tr-TR"/>
              </w:rPr>
              <w:t>Öğrenci No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9E4E15" w14:paraId="417AE5F7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2969FE" w:rsidR="009E4E15" w:rsidRDefault="00000000" w14:paraId="22D50CA0" w14:textId="77777777">
            <w:pPr>
              <w:spacing w:after="0"/>
              <w:rPr>
                <w:lang w:val="tr-TR"/>
              </w:rPr>
            </w:pPr>
            <w:r w:rsidRPr="002969FE">
              <w:rPr>
                <w:b/>
                <w:sz w:val="18"/>
                <w:lang w:val="tr-TR"/>
              </w:rPr>
              <w:t>Program / Uzmanlık Dalı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9E4E15" w14:paraId="62520C12" w14:textId="77777777">
            <w:pPr>
              <w:spacing w:after="0"/>
              <w:rPr>
                <w:lang w:val="tr-TR"/>
              </w:rPr>
            </w:pPr>
          </w:p>
        </w:tc>
      </w:tr>
      <w:tr w:rsidRPr="002969FE" w:rsidR="009E4E15" w14:paraId="686726A7" w14:textId="77777777">
        <w:trPr>
          <w:jc w:val="center"/>
        </w:trPr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2969FE" w:rsidR="009E4E15" w:rsidRDefault="00000000" w14:paraId="7C4E6F2D" w14:textId="77777777">
            <w:pPr>
              <w:spacing w:after="0"/>
              <w:rPr>
                <w:lang w:val="tr-TR"/>
              </w:rPr>
            </w:pPr>
            <w:r w:rsidRPr="002969FE">
              <w:rPr>
                <w:b/>
                <w:sz w:val="18"/>
                <w:lang w:val="tr-TR"/>
              </w:rPr>
              <w:t>Tez Danışmanı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9E4E15" w14:paraId="680C124C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EAF3F8"/>
            <w:vAlign w:val="center"/>
          </w:tcPr>
          <w:p w:rsidRPr="002969FE" w:rsidR="009E4E15" w:rsidRDefault="00000000" w14:paraId="3226EA11" w14:textId="77777777">
            <w:pPr>
              <w:spacing w:after="0"/>
              <w:rPr>
                <w:lang w:val="tr-TR"/>
              </w:rPr>
            </w:pPr>
            <w:r w:rsidRPr="002969FE">
              <w:rPr>
                <w:b/>
                <w:sz w:val="18"/>
                <w:lang w:val="tr-TR"/>
              </w:rPr>
              <w:t>Kayıt Tarihi</w:t>
            </w:r>
          </w:p>
        </w:tc>
        <w:tc>
          <w:tcPr>
            <w:tcW w:w="2663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000000" w14:paraId="19EE5CB4" w14:textId="77777777">
            <w:pPr>
              <w:spacing w:after="0"/>
              <w:rPr>
                <w:lang w:val="tr-TR"/>
              </w:rPr>
            </w:pPr>
            <w:r w:rsidRPr="002969FE">
              <w:rPr>
                <w:sz w:val="18"/>
                <w:lang w:val="tr-TR"/>
              </w:rPr>
              <w:t>…… / …… / 20……</w:t>
            </w:r>
          </w:p>
        </w:tc>
      </w:tr>
    </w:tbl>
    <w:p w:rsidRPr="002969FE" w:rsidR="00DE27B7" w:rsidRDefault="00DE27B7" w14:paraId="682709C0" w14:textId="77777777">
      <w:pPr>
        <w:spacing w:after="80"/>
        <w:rPr>
          <w:b/>
          <w:lang w:val="tr-TR"/>
        </w:rPr>
      </w:pPr>
    </w:p>
    <w:p w:rsidRPr="002969FE" w:rsidR="00DE27B7" w:rsidRDefault="00DE27B7" w14:paraId="788B8AFA" w14:textId="77777777">
      <w:pPr>
        <w:spacing w:after="80"/>
        <w:rPr>
          <w:b/>
          <w:lang w:val="tr-TR"/>
        </w:rPr>
      </w:pPr>
    </w:p>
    <w:p w:rsidRPr="002969FE" w:rsidR="00DE27B7" w:rsidRDefault="00DE27B7" w14:paraId="1B1C65BE" w14:textId="77777777">
      <w:pPr>
        <w:spacing w:after="80"/>
        <w:rPr>
          <w:b/>
          <w:lang w:val="tr-TR"/>
        </w:rPr>
      </w:pPr>
    </w:p>
    <w:p w:rsidRPr="002969FE" w:rsidR="009E4E15" w:rsidRDefault="00000000" w14:paraId="5842B686" w14:textId="1C5F9D25">
      <w:pPr>
        <w:spacing w:after="80"/>
        <w:rPr>
          <w:lang w:val="tr-TR"/>
        </w:rPr>
      </w:pPr>
      <w:r w:rsidRPr="002969FE">
        <w:rPr>
          <w:b/>
          <w:lang w:val="tr-TR"/>
        </w:rPr>
        <w:t>Alınacak Dersler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775"/>
        <w:gridCol w:w="1775"/>
        <w:gridCol w:w="1775"/>
        <w:gridCol w:w="1775"/>
        <w:gridCol w:w="1775"/>
        <w:gridCol w:w="1775"/>
      </w:tblGrid>
      <w:tr w:rsidRPr="002969FE" w:rsidR="009E4E15" w14:paraId="1DCFE2D8" w14:textId="77777777">
        <w:tc>
          <w:tcPr>
            <w:tcW w:w="1775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2969FE" w:rsidR="009E4E15" w:rsidRDefault="00000000" w14:paraId="12611510" w14:textId="77777777">
            <w:pPr>
              <w:spacing w:after="0"/>
              <w:rPr>
                <w:lang w:val="tr-TR"/>
              </w:rPr>
            </w:pPr>
            <w:r w:rsidRPr="002969FE">
              <w:rPr>
                <w:b/>
                <w:sz w:val="18"/>
                <w:lang w:val="tr-TR"/>
              </w:rPr>
              <w:t>Sıra No</w:t>
            </w:r>
          </w:p>
        </w:tc>
        <w:tc>
          <w:tcPr>
            <w:tcW w:w="1775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2969FE" w:rsidR="009E4E15" w:rsidRDefault="00000000" w14:paraId="3171CD3F" w14:textId="77777777">
            <w:pPr>
              <w:spacing w:after="0"/>
              <w:rPr>
                <w:lang w:val="tr-TR"/>
              </w:rPr>
            </w:pPr>
            <w:r w:rsidRPr="002969FE">
              <w:rPr>
                <w:b/>
                <w:sz w:val="18"/>
                <w:lang w:val="tr-TR"/>
              </w:rPr>
              <w:t>Dersin Kodu</w:t>
            </w:r>
          </w:p>
        </w:tc>
        <w:tc>
          <w:tcPr>
            <w:tcW w:w="1775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2969FE" w:rsidR="009E4E15" w:rsidRDefault="00000000" w14:paraId="75DBB9D5" w14:textId="77777777">
            <w:pPr>
              <w:spacing w:after="0"/>
              <w:rPr>
                <w:lang w:val="tr-TR"/>
              </w:rPr>
            </w:pPr>
            <w:r w:rsidRPr="002969FE">
              <w:rPr>
                <w:b/>
                <w:sz w:val="18"/>
                <w:lang w:val="tr-TR"/>
              </w:rPr>
              <w:t>Dersin Adı</w:t>
            </w:r>
          </w:p>
        </w:tc>
        <w:tc>
          <w:tcPr>
            <w:tcW w:w="1775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2969FE" w:rsidR="009E4E15" w:rsidRDefault="00000000" w14:paraId="09751951" w14:textId="77777777">
            <w:pPr>
              <w:spacing w:after="0"/>
              <w:rPr>
                <w:lang w:val="tr-TR"/>
              </w:rPr>
            </w:pPr>
            <w:r w:rsidRPr="002969FE">
              <w:rPr>
                <w:b/>
                <w:sz w:val="18"/>
                <w:lang w:val="tr-TR"/>
              </w:rPr>
              <w:t>Dersin Kredisi</w:t>
            </w:r>
          </w:p>
        </w:tc>
        <w:tc>
          <w:tcPr>
            <w:tcW w:w="1775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2969FE" w:rsidR="009E4E15" w:rsidRDefault="00000000" w14:paraId="6C58F258" w14:textId="77777777">
            <w:pPr>
              <w:spacing w:after="0"/>
              <w:rPr>
                <w:lang w:val="tr-TR"/>
              </w:rPr>
            </w:pPr>
            <w:r w:rsidRPr="002969FE">
              <w:rPr>
                <w:b/>
                <w:sz w:val="18"/>
                <w:lang w:val="tr-TR"/>
              </w:rPr>
              <w:t>Dersi Veren Öğretim Elemanı</w:t>
            </w:r>
          </w:p>
        </w:tc>
        <w:tc>
          <w:tcPr>
            <w:tcW w:w="1775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2969FE" w:rsidR="009E4E15" w:rsidRDefault="00000000" w14:paraId="2B560378" w14:textId="77777777">
            <w:pPr>
              <w:spacing w:after="0"/>
              <w:rPr>
                <w:lang w:val="tr-TR"/>
              </w:rPr>
            </w:pPr>
            <w:r w:rsidRPr="002969FE">
              <w:rPr>
                <w:b/>
                <w:sz w:val="18"/>
                <w:lang w:val="tr-TR"/>
              </w:rPr>
              <w:t>Açıklama</w:t>
            </w:r>
          </w:p>
        </w:tc>
      </w:tr>
      <w:tr w:rsidRPr="002969FE" w:rsidR="009E4E15" w14:paraId="6C9E5D5A" w14:textId="77777777">
        <w:tc>
          <w:tcPr>
            <w:tcW w:w="1775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000000" w14:paraId="4B3E408D" w14:textId="77777777">
            <w:pPr>
              <w:spacing w:after="0"/>
              <w:rPr>
                <w:lang w:val="tr-TR"/>
              </w:rPr>
            </w:pPr>
            <w:r w:rsidRPr="002969FE">
              <w:rPr>
                <w:sz w:val="18"/>
                <w:lang w:val="tr-TR"/>
              </w:rPr>
              <w:t>1</w:t>
            </w:r>
          </w:p>
        </w:tc>
        <w:tc>
          <w:tcPr>
            <w:tcW w:w="1775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9E4E15" w14:paraId="2E3F3106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1775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9E4E15" w14:paraId="494877D0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1775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9E4E15" w14:paraId="7C294F16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1775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9E4E15" w14:paraId="57CBE7BE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1775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9E4E15" w14:paraId="44863B51" w14:textId="77777777">
            <w:pPr>
              <w:spacing w:after="0"/>
              <w:rPr>
                <w:lang w:val="tr-TR"/>
              </w:rPr>
            </w:pPr>
          </w:p>
        </w:tc>
      </w:tr>
      <w:tr w:rsidRPr="002969FE" w:rsidR="009E4E15" w14:paraId="1B8EE232" w14:textId="77777777">
        <w:tc>
          <w:tcPr>
            <w:tcW w:w="1775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000000" w14:paraId="1270381D" w14:textId="77777777">
            <w:pPr>
              <w:spacing w:after="0"/>
              <w:rPr>
                <w:lang w:val="tr-TR"/>
              </w:rPr>
            </w:pPr>
            <w:r w:rsidRPr="002969FE">
              <w:rPr>
                <w:sz w:val="18"/>
                <w:lang w:val="tr-TR"/>
              </w:rPr>
              <w:t>2</w:t>
            </w:r>
          </w:p>
        </w:tc>
        <w:tc>
          <w:tcPr>
            <w:tcW w:w="1775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9E4E15" w14:paraId="76257218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1775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9E4E15" w14:paraId="15970074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1775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9E4E15" w14:paraId="5CF90DAC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1775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9E4E15" w14:paraId="598E6DC7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1775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9E4E15" w14:paraId="48165385" w14:textId="77777777">
            <w:pPr>
              <w:spacing w:after="0"/>
              <w:rPr>
                <w:lang w:val="tr-TR"/>
              </w:rPr>
            </w:pPr>
          </w:p>
        </w:tc>
      </w:tr>
      <w:tr w:rsidRPr="002969FE" w:rsidR="009E4E15" w14:paraId="7ADF47FD" w14:textId="77777777">
        <w:tc>
          <w:tcPr>
            <w:tcW w:w="1775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000000" w14:paraId="53885993" w14:textId="77777777">
            <w:pPr>
              <w:spacing w:after="0"/>
              <w:rPr>
                <w:lang w:val="tr-TR"/>
              </w:rPr>
            </w:pPr>
            <w:r w:rsidRPr="002969FE">
              <w:rPr>
                <w:sz w:val="18"/>
                <w:lang w:val="tr-TR"/>
              </w:rPr>
              <w:t>3</w:t>
            </w:r>
          </w:p>
        </w:tc>
        <w:tc>
          <w:tcPr>
            <w:tcW w:w="1775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9E4E15" w14:paraId="30E14C32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1775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9E4E15" w14:paraId="4E34F44D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1775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9E4E15" w14:paraId="608D1B84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1775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9E4E15" w14:paraId="20658639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1775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9E4E15" w14:paraId="71DB086E" w14:textId="77777777">
            <w:pPr>
              <w:spacing w:after="0"/>
              <w:rPr>
                <w:lang w:val="tr-TR"/>
              </w:rPr>
            </w:pPr>
          </w:p>
        </w:tc>
      </w:tr>
      <w:tr w:rsidRPr="002969FE" w:rsidR="009E4E15" w14:paraId="31A162D4" w14:textId="77777777">
        <w:tc>
          <w:tcPr>
            <w:tcW w:w="1775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000000" w14:paraId="62D9A1A1" w14:textId="77777777">
            <w:pPr>
              <w:spacing w:after="0"/>
              <w:rPr>
                <w:lang w:val="tr-TR"/>
              </w:rPr>
            </w:pPr>
            <w:r w:rsidRPr="002969FE">
              <w:rPr>
                <w:sz w:val="18"/>
                <w:lang w:val="tr-TR"/>
              </w:rPr>
              <w:t>4</w:t>
            </w:r>
          </w:p>
        </w:tc>
        <w:tc>
          <w:tcPr>
            <w:tcW w:w="1775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9E4E15" w14:paraId="521A8CE8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1775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9E4E15" w14:paraId="5F9C7DF1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1775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9E4E15" w14:paraId="11986257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1775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9E4E15" w14:paraId="1E016AA4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1775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9E4E15" w14:paraId="3764D08C" w14:textId="77777777">
            <w:pPr>
              <w:spacing w:after="0"/>
              <w:rPr>
                <w:lang w:val="tr-TR"/>
              </w:rPr>
            </w:pPr>
          </w:p>
        </w:tc>
      </w:tr>
      <w:tr w:rsidRPr="002969FE" w:rsidR="009E4E15" w14:paraId="6A38CA02" w14:textId="77777777">
        <w:tc>
          <w:tcPr>
            <w:tcW w:w="1775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000000" w14:paraId="17591BEF" w14:textId="77777777">
            <w:pPr>
              <w:spacing w:after="0"/>
              <w:rPr>
                <w:lang w:val="tr-TR"/>
              </w:rPr>
            </w:pPr>
            <w:r w:rsidRPr="002969FE">
              <w:rPr>
                <w:sz w:val="18"/>
                <w:lang w:val="tr-TR"/>
              </w:rPr>
              <w:t>5</w:t>
            </w:r>
          </w:p>
        </w:tc>
        <w:tc>
          <w:tcPr>
            <w:tcW w:w="1775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9E4E15" w14:paraId="50916D26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1775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9E4E15" w14:paraId="76153606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1775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9E4E15" w14:paraId="26C6819D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1775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9E4E15" w14:paraId="28671A0F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1775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9E4E15" w14:paraId="165F89DE" w14:textId="77777777">
            <w:pPr>
              <w:spacing w:after="0"/>
              <w:rPr>
                <w:lang w:val="tr-TR"/>
              </w:rPr>
            </w:pPr>
          </w:p>
        </w:tc>
      </w:tr>
      <w:tr w:rsidRPr="002969FE" w:rsidR="009E4E15" w14:paraId="317CBFCE" w14:textId="77777777">
        <w:tc>
          <w:tcPr>
            <w:tcW w:w="1775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000000" w14:paraId="1FAAB00E" w14:textId="77777777">
            <w:pPr>
              <w:spacing w:after="0"/>
              <w:rPr>
                <w:lang w:val="tr-TR"/>
              </w:rPr>
            </w:pPr>
            <w:r w:rsidRPr="002969FE">
              <w:rPr>
                <w:sz w:val="18"/>
                <w:lang w:val="tr-TR"/>
              </w:rPr>
              <w:t>6</w:t>
            </w:r>
          </w:p>
        </w:tc>
        <w:tc>
          <w:tcPr>
            <w:tcW w:w="1775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9E4E15" w14:paraId="7230D031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1775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9E4E15" w14:paraId="55AFD01A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1775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9E4E15" w14:paraId="54CF494A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1775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9E4E15" w14:paraId="2F3B7F8A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1775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9E4E15" w14:paraId="18989AF1" w14:textId="77777777">
            <w:pPr>
              <w:spacing w:after="0"/>
              <w:rPr>
                <w:lang w:val="tr-TR"/>
              </w:rPr>
            </w:pPr>
          </w:p>
        </w:tc>
      </w:tr>
      <w:tr w:rsidRPr="002969FE" w:rsidR="009E4E15" w14:paraId="73859A90" w14:textId="77777777">
        <w:tc>
          <w:tcPr>
            <w:tcW w:w="1775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000000" w14:paraId="19D71AC7" w14:textId="77777777">
            <w:pPr>
              <w:spacing w:after="0"/>
              <w:rPr>
                <w:lang w:val="tr-TR"/>
              </w:rPr>
            </w:pPr>
            <w:r w:rsidRPr="002969FE">
              <w:rPr>
                <w:sz w:val="18"/>
                <w:lang w:val="tr-TR"/>
              </w:rPr>
              <w:t>7</w:t>
            </w:r>
          </w:p>
        </w:tc>
        <w:tc>
          <w:tcPr>
            <w:tcW w:w="1775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9E4E15" w14:paraId="6C2B0F12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1775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9E4E15" w14:paraId="4AEE0A04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1775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9E4E15" w14:paraId="29032B9F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1775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9E4E15" w14:paraId="79AD4960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1775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9E4E15" w14:paraId="07E4E72F" w14:textId="77777777">
            <w:pPr>
              <w:spacing w:after="0"/>
              <w:rPr>
                <w:lang w:val="tr-TR"/>
              </w:rPr>
            </w:pPr>
          </w:p>
        </w:tc>
      </w:tr>
      <w:tr w:rsidRPr="002969FE" w:rsidR="009E4E15" w14:paraId="4A7A806D" w14:textId="77777777">
        <w:tc>
          <w:tcPr>
            <w:tcW w:w="1775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000000" w14:paraId="678771C2" w14:textId="77777777">
            <w:pPr>
              <w:spacing w:after="0"/>
              <w:rPr>
                <w:lang w:val="tr-TR"/>
              </w:rPr>
            </w:pPr>
            <w:r w:rsidRPr="002969FE">
              <w:rPr>
                <w:sz w:val="18"/>
                <w:lang w:val="tr-TR"/>
              </w:rPr>
              <w:t>8</w:t>
            </w:r>
          </w:p>
        </w:tc>
        <w:tc>
          <w:tcPr>
            <w:tcW w:w="1775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9E4E15" w14:paraId="52240B73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1775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9E4E15" w14:paraId="4BD80ACD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1775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9E4E15" w14:paraId="3A233403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1775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9E4E15" w14:paraId="738F3340" w14:textId="77777777">
            <w:pPr>
              <w:spacing w:after="0"/>
              <w:rPr>
                <w:lang w:val="tr-TR"/>
              </w:rPr>
            </w:pPr>
          </w:p>
        </w:tc>
        <w:tc>
          <w:tcPr>
            <w:tcW w:w="1775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9E4E15" w14:paraId="57AE081F" w14:textId="77777777">
            <w:pPr>
              <w:spacing w:after="0"/>
              <w:rPr>
                <w:lang w:val="tr-TR"/>
              </w:rPr>
            </w:pPr>
          </w:p>
        </w:tc>
      </w:tr>
    </w:tbl>
    <w:p w:rsidRPr="002969FE" w:rsidR="009E4E15" w:rsidRDefault="009E4E15" w14:paraId="589DB667" w14:textId="77777777">
      <w:pPr>
        <w:rPr>
          <w:lang w:val="tr-TR"/>
        </w:rPr>
      </w:pPr>
    </w:p>
    <w:p w:rsidRPr="002969FE" w:rsidR="00DE27B7" w:rsidRDefault="00DE27B7" w14:paraId="4A0361B9" w14:textId="77777777">
      <w:pPr>
        <w:rPr>
          <w:lang w:val="tr-TR"/>
        </w:rPr>
      </w:pPr>
    </w:p>
    <w:p w:rsidRPr="002969FE" w:rsidR="00DE27B7" w:rsidRDefault="00DE27B7" w14:paraId="7A777BCB" w14:textId="77777777">
      <w:pPr>
        <w:rPr>
          <w:lang w:val="tr-TR"/>
        </w:rPr>
      </w:pPr>
    </w:p>
    <w:p w:rsidRPr="002969FE" w:rsidR="00DE27B7" w:rsidRDefault="00DE27B7" w14:paraId="0D91B860" w14:textId="77777777">
      <w:pPr>
        <w:rPr>
          <w:lang w:val="tr-TR"/>
        </w:rPr>
      </w:pPr>
    </w:p>
    <w:p w:rsidRPr="002969FE" w:rsidR="00DE27B7" w:rsidRDefault="00DE27B7" w14:paraId="7C1AF403" w14:textId="77777777">
      <w:pPr>
        <w:rPr>
          <w:lang w:val="tr-TR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551"/>
        <w:gridCol w:w="3551"/>
        <w:gridCol w:w="3551"/>
      </w:tblGrid>
      <w:tr w:rsidRPr="002969FE" w:rsidR="009E4E15" w14:paraId="7914D686" w14:textId="77777777">
        <w:trPr>
          <w:jc w:val="center"/>
        </w:trPr>
        <w:tc>
          <w:tcPr>
            <w:tcW w:w="3551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2969FE" w:rsidR="009E4E15" w:rsidRDefault="00000000" w14:paraId="356B8155" w14:textId="77777777">
            <w:pPr>
              <w:spacing w:after="0"/>
              <w:jc w:val="center"/>
              <w:rPr>
                <w:lang w:val="tr-TR"/>
              </w:rPr>
            </w:pPr>
            <w:r w:rsidRPr="002969FE">
              <w:rPr>
                <w:b/>
                <w:sz w:val="18"/>
                <w:lang w:val="tr-TR"/>
              </w:rPr>
              <w:t>Danışman</w:t>
            </w:r>
          </w:p>
        </w:tc>
        <w:tc>
          <w:tcPr>
            <w:tcW w:w="3551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2969FE" w:rsidR="009E4E15" w:rsidRDefault="00000000" w14:paraId="784D73A4" w14:textId="77777777">
            <w:pPr>
              <w:spacing w:after="0"/>
              <w:jc w:val="center"/>
              <w:rPr>
                <w:lang w:val="tr-TR"/>
              </w:rPr>
            </w:pPr>
            <w:r w:rsidRPr="002969FE">
              <w:rPr>
                <w:b/>
                <w:sz w:val="18"/>
                <w:lang w:val="tr-TR"/>
              </w:rPr>
              <w:t>Anabilim Dalı Başkanı</w:t>
            </w:r>
          </w:p>
        </w:tc>
        <w:tc>
          <w:tcPr>
            <w:tcW w:w="3551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shd w:val="clear" w:color="auto" w:fill="D9EAF7"/>
            <w:vAlign w:val="center"/>
          </w:tcPr>
          <w:p w:rsidRPr="002969FE" w:rsidR="009E4E15" w:rsidRDefault="00000000" w14:paraId="4E5A4BA5" w14:textId="77777777">
            <w:pPr>
              <w:spacing w:after="0"/>
              <w:jc w:val="center"/>
              <w:rPr>
                <w:lang w:val="tr-TR"/>
              </w:rPr>
            </w:pPr>
            <w:r w:rsidRPr="002969FE">
              <w:rPr>
                <w:b/>
                <w:sz w:val="18"/>
                <w:lang w:val="tr-TR"/>
              </w:rPr>
              <w:t>Uzmanlık Eğitimi Birimi</w:t>
            </w:r>
          </w:p>
        </w:tc>
      </w:tr>
      <w:tr w:rsidRPr="002969FE" w:rsidR="009E4E15" w14:paraId="238CEC6E" w14:textId="77777777">
        <w:trPr>
          <w:jc w:val="center"/>
        </w:trPr>
        <w:tc>
          <w:tcPr>
            <w:tcW w:w="3551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000000" w14:paraId="2F76CDDD" w14:textId="77777777">
            <w:pPr>
              <w:spacing w:after="0"/>
              <w:jc w:val="center"/>
              <w:rPr>
                <w:lang w:val="tr-TR"/>
              </w:rPr>
            </w:pPr>
            <w:r w:rsidRPr="002969FE">
              <w:rPr>
                <w:sz w:val="18"/>
                <w:lang w:val="tr-TR"/>
              </w:rPr>
              <w:br/>
              <w:t>Unvanı Adı Soyadı</w:t>
            </w:r>
            <w:r w:rsidRPr="002969FE">
              <w:rPr>
                <w:sz w:val="18"/>
                <w:lang w:val="tr-TR"/>
              </w:rPr>
              <w:br/>
              <w:t>İmza</w:t>
            </w:r>
            <w:r w:rsidRPr="002969FE">
              <w:rPr>
                <w:sz w:val="18"/>
                <w:lang w:val="tr-TR"/>
              </w:rPr>
              <w:br/>
            </w:r>
          </w:p>
        </w:tc>
        <w:tc>
          <w:tcPr>
            <w:tcW w:w="3551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000000" w14:paraId="7BC4626F" w14:textId="77777777">
            <w:pPr>
              <w:spacing w:after="0"/>
              <w:jc w:val="center"/>
              <w:rPr>
                <w:lang w:val="tr-TR"/>
              </w:rPr>
            </w:pPr>
            <w:r w:rsidRPr="002969FE">
              <w:rPr>
                <w:sz w:val="18"/>
                <w:lang w:val="tr-TR"/>
              </w:rPr>
              <w:br/>
              <w:t>Unvanı Adı Soyadı</w:t>
            </w:r>
            <w:r w:rsidRPr="002969FE">
              <w:rPr>
                <w:sz w:val="18"/>
                <w:lang w:val="tr-TR"/>
              </w:rPr>
              <w:br/>
              <w:t>İmza</w:t>
            </w:r>
            <w:r w:rsidRPr="002969FE">
              <w:rPr>
                <w:sz w:val="18"/>
                <w:lang w:val="tr-TR"/>
              </w:rPr>
              <w:br/>
            </w:r>
          </w:p>
        </w:tc>
        <w:tc>
          <w:tcPr>
            <w:tcW w:w="3551" w:type="dxa"/>
            <w:tcBorders>
              <w:top w:val="single" w:color="777777" w:sz="6" w:space="0"/>
              <w:left w:val="single" w:color="777777" w:sz="6" w:space="0"/>
              <w:bottom w:val="single" w:color="777777" w:sz="6" w:space="0"/>
              <w:right w:val="single" w:color="777777" w:sz="6" w:space="0"/>
            </w:tcBorders>
            <w:vAlign w:val="center"/>
          </w:tcPr>
          <w:p w:rsidRPr="002969FE" w:rsidR="009E4E15" w:rsidRDefault="00000000" w14:paraId="380143A5" w14:textId="77777777">
            <w:pPr>
              <w:spacing w:after="0"/>
              <w:jc w:val="center"/>
              <w:rPr>
                <w:lang w:val="tr-TR"/>
              </w:rPr>
            </w:pPr>
            <w:r w:rsidRPr="002969FE">
              <w:rPr>
                <w:sz w:val="18"/>
                <w:lang w:val="tr-TR"/>
              </w:rPr>
              <w:br/>
              <w:t>Unvanı Adı Soyadı</w:t>
            </w:r>
            <w:r w:rsidRPr="002969FE">
              <w:rPr>
                <w:sz w:val="18"/>
                <w:lang w:val="tr-TR"/>
              </w:rPr>
              <w:br/>
              <w:t>İmza</w:t>
            </w:r>
            <w:r w:rsidRPr="002969FE">
              <w:rPr>
                <w:sz w:val="18"/>
                <w:lang w:val="tr-TR"/>
              </w:rPr>
              <w:br/>
            </w:r>
          </w:p>
        </w:tc>
      </w:tr>
    </w:tbl>
    <w:p w:rsidRPr="002969FE" w:rsidR="009E4E15" w:rsidRDefault="00000000" w14:paraId="7057097B" w14:textId="77777777">
      <w:pPr>
        <w:spacing w:after="0"/>
        <w:rPr>
          <w:lang w:val="tr-TR"/>
        </w:rPr>
      </w:pPr>
      <w:r w:rsidRPr="002969FE">
        <w:rPr>
          <w:sz w:val="16"/>
          <w:lang w:val="tr-TR"/>
        </w:rPr>
        <w:t>Not: Form, ilgili anabilim dalı başkanlığı tarafından onaylandıktan sonra Uzmanlık Eğitimi Birimine teslim edilir.</w:t>
      </w:r>
    </w:p>
    <w:sectPr w:rsidRPr="002969FE" w:rsidR="009E4E15" w:rsidSect="00034616">
      <w:headerReference w:type="default" r:id="R4db280c2e124479f"/>
      <w:headerReference w:type="first" r:id="R4db280c2e124479f"/>
      <w:headerReference w:type="even" r:id="R4db280c2e124479f"/>
      <w:footerReference w:type="default" r:id="R9258414fd3254040"/>
      <w:footerReference w:type="first" r:id="R9258414fd3254040"/>
      <w:footerReference w:type="even" r:id="R9258414fd3254040"/>
      <w:pgSz w:w="11906" w:h="16838"/>
      <w:pgMar w:top="2155" w:right="850" w:bottom="1588" w:left="850" w:header="720" w:footer="28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KYS-FR.347, R00, 28.09.2026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d7a8918482bc41eb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kvys.giresun.edu.tr/dg/1009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864b137335b0416c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191aa0dc8c8d4f38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Uzmanlık Eğitimi Ders Kayıt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KYS-FR.347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28.09.2026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8982727">
    <w:abstractNumId w:val="8"/>
  </w:num>
  <w:num w:numId="2" w16cid:durableId="2037123565">
    <w:abstractNumId w:val="6"/>
  </w:num>
  <w:num w:numId="3" w16cid:durableId="83186394">
    <w:abstractNumId w:val="5"/>
  </w:num>
  <w:num w:numId="4" w16cid:durableId="66853674">
    <w:abstractNumId w:val="4"/>
  </w:num>
  <w:num w:numId="5" w16cid:durableId="114909473">
    <w:abstractNumId w:val="7"/>
  </w:num>
  <w:num w:numId="6" w16cid:durableId="1822110688">
    <w:abstractNumId w:val="3"/>
  </w:num>
  <w:num w:numId="7" w16cid:durableId="41835609">
    <w:abstractNumId w:val="2"/>
  </w:num>
  <w:num w:numId="8" w16cid:durableId="625739770">
    <w:abstractNumId w:val="1"/>
  </w:num>
  <w:num w:numId="9" w16cid:durableId="18406546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1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06642"/>
    <w:rsid w:val="00034616"/>
    <w:rsid w:val="0006063C"/>
    <w:rsid w:val="0015074B"/>
    <w:rsid w:val="0029639D"/>
    <w:rsid w:val="002969FE"/>
    <w:rsid w:val="002C63F0"/>
    <w:rsid w:val="00326F90"/>
    <w:rsid w:val="003F7834"/>
    <w:rsid w:val="009E4E15"/>
    <w:rsid w:val="00AA1D8D"/>
    <w:rsid w:val="00B47730"/>
    <w:rsid w:val="00CB0664"/>
    <w:rsid w:val="00DE27B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ABD5F7"/>
  <w14:defaultImageDpi w14:val="300"/>
  <w15:docId w15:val="{C462A75E-35C0-594D-8563-022855C7F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hAnsi="Times New Roman" w:cs="Times New Roman" w:eastAsia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eastAsia="Times New Roman" w:hAnsi="Times New Roman" w:cs="Times New Roman"/>
      <w:sz w:val="20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="Times New Roman" w:hAnsi="Times New Roman" w:cs="Times New Roman" w:eastAsia="Times New Roman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Times New Roman" w:hAnsi="Times New Roman" w:cs="Times New Roman" w:eastAsia="Times New Roman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="Times New Roman" w:hAnsi="Times New Roman" w:cs="Times New Roman" w:eastAsia="Times New Roman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="Times New Roman" w:hAnsi="Times New Roman" w:cs="Times New Roman" w:eastAsia="Times New Roman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="Times New Roman" w:hAnsi="Times New Roman" w:cs="Times New Roman" w:eastAsia="Times New Roman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="Times New Roman" w:hAnsi="Times New Roman" w:cs="Times New Roman" w:eastAsia="Times New Roman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="Times New Roman" w:hAnsi="Times New Roman" w:cs="Times New Roman" w:eastAsia="Times New Roman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="Times New Roman" w:hAnsi="Times New Roman" w:cs="Times New Roman" w:eastAsia="Times New Roman"/>
      <w:color w:val="4F81BD" w:themeColor="accent1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="Times New Roman" w:hAnsi="Times New Roman" w:cs="Times New Roman" w:eastAsia="Times New Roman"/>
      <w:i/>
      <w:iCs/>
      <w:color w:val="404040" w:themeColor="text1" w:themeTint="BF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="Times New Roman" w:hAnsi="Times New Roman" w:cs="Times New Roman" w:eastAsia="Times New Roman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="Times New Roman" w:hAnsi="Times New Roman" w:cs="Times New Roman" w:eastAsia="Times New Roman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="Times New Roman" w:hAnsi="Times New Roman" w:cs="Times New Roman" w:eastAsia="Times New Roman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Times New Roman" w:hAnsi="Times New Roman" w:cs="Times New Roman" w:eastAsia="Times New Roman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="Times New Roman" w:hAnsi="Times New Roman" w:cs="Times New Roman" w:eastAsia="Times New Roman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="Times New Roman" w:hAnsi="Times New Roman" w:cs="Times New Roman" w:eastAsia="Times New Roman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="Times New Roman" w:hAnsi="Times New Roman" w:cs="Times New Roman" w:eastAsia="Times New Roman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Times New Roman" w:hAnsi="Times New Roman" w:cs="Times New Roman" w:eastAsia="Times New Roman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Times New Roman" w:hAnsi="Times New Roman" w:cs="Times New Roman" w:eastAsia="Times New Roman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="Times New Roman" w:hAnsi="Times New Roman" w:cs="Times New Roman" w:eastAsia="Times New Roman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="Times New Roman" w:hAnsi="Times New Roman" w:cs="Times New Roman" w:eastAsia="Times New Roman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="Times New Roman" w:hAnsi="Times New Roman" w:cs="Times New Roman" w:eastAsia="Times New Roman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="Times New Roman" w:hAnsi="Times New Roman" w:cs="Times New Roman" w:eastAsia="Times New Roman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="Times New Roman" w:hAnsi="Times New Roman" w:cs="Times New Roman" w:eastAsia="Times New Roman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="Times New Roman" w:hAnsi="Times New Roman" w:cs="Times New Roman" w:eastAsia="Times New Roman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="Times New Roman" w:hAnsi="Times New Roman" w:cs="Times New Roman" w:eastAsia="Times New Roman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="Times New Roman" w:hAnsi="Times New Roman" w:cs="Times New Roman" w:eastAsia="Times New Roman"/>
        <w:b/>
        <w:bCs/>
      </w:rPr>
    </w:tblStylePr>
    <w:tblStylePr w:type="lastCol">
      <w:rPr>
        <w:rFonts w:ascii="Times New Roman" w:hAnsi="Times New Roman" w:cs="Times New Roman" w:eastAsia="Times New Roman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="Times New Roman" w:hAnsi="Times New Roman" w:cs="Times New Roman" w:eastAsia="Times New Roman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="Times New Roman" w:hAnsi="Times New Roman" w:cs="Times New Roman" w:eastAsia="Times New Roman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theme" Target="theme/theme1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header" Target="/word/header1.xml" Id="R4db280c2e124479f" /><Relationship Type="http://schemas.openxmlformats.org/officeDocument/2006/relationships/footer" Target="/word/footer1.xml" Id="R9258414fd3254040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864b137335b0416c" /><Relationship Type="http://schemas.openxmlformats.org/officeDocument/2006/relationships/hyperlink" Target="https://kvys.giresun.edu.tr/dg/1009" TargetMode="External" Id="Rd7a8918482bc41eb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191aa0dc8c8d4f3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954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Prof. Dr. Çağrı URAL</cp:lastModifiedBy>
  <cp:revision>4</cp:revision>
  <dcterms:created xsi:type="dcterms:W3CDTF">2013-12-23T23:15:00Z</dcterms:created>
  <dcterms:modified xsi:type="dcterms:W3CDTF">2026-06-03T07:12:00Z</dcterms:modified>
  <cp:category/>
</cp:coreProperties>
</file>