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7E2D36" w:rsidR="00BC3940" w:rsidP="004E72A9" w:rsidRDefault="00000000" w14:paraId="32C130A9" w14:textId="77777777">
      <w:pPr>
        <w:spacing w:after="60"/>
        <w:jc w:val="right"/>
        <w:rPr>
          <w:lang w:val="tr-TR"/>
        </w:rPr>
      </w:pPr>
      <w:r w:rsidRPr="007E2D36">
        <w:rPr>
          <w:lang w:val="tr-TR"/>
        </w:rPr>
        <w:t>Tarih: …… / …… / 20……</w:t>
      </w:r>
    </w:p>
    <w:p w:rsidRPr="007E2D36" w:rsidR="004E72A9" w:rsidRDefault="004E72A9" w14:paraId="096E72BB" w14:textId="77777777">
      <w:pPr>
        <w:spacing w:after="120"/>
        <w:jc w:val="center"/>
        <w:rPr>
          <w:b/>
          <w:lang w:val="tr-TR"/>
        </w:rPr>
      </w:pPr>
    </w:p>
    <w:p w:rsidRPr="007E2D36" w:rsidR="004E72A9" w:rsidRDefault="004E72A9" w14:paraId="062DAE94" w14:textId="77777777">
      <w:pPr>
        <w:spacing w:after="120"/>
        <w:jc w:val="center"/>
        <w:rPr>
          <w:b/>
          <w:lang w:val="tr-TR"/>
        </w:rPr>
      </w:pPr>
    </w:p>
    <w:p w:rsidRPr="007E2D36" w:rsidR="00BC3940" w:rsidRDefault="00000000" w14:paraId="387484CF" w14:textId="6D34304B">
      <w:pPr>
        <w:spacing w:after="120"/>
        <w:jc w:val="center"/>
        <w:rPr>
          <w:lang w:val="tr-TR"/>
        </w:rPr>
      </w:pPr>
      <w:r w:rsidRPr="007E2D36">
        <w:rPr>
          <w:b/>
          <w:lang w:val="tr-TR"/>
        </w:rPr>
        <w:t>DİŞ HEKİMLİĞİ FAKÜLTESİ DEKANLIĞINA</w:t>
      </w:r>
    </w:p>
    <w:p w:rsidRPr="007E2D36" w:rsidR="00BC3940" w:rsidRDefault="00000000" w14:paraId="6917C2A0" w14:textId="77777777">
      <w:pPr>
        <w:spacing w:after="80"/>
        <w:rPr>
          <w:lang w:val="tr-TR"/>
        </w:rPr>
      </w:pPr>
      <w:r w:rsidRPr="007E2D36">
        <w:rPr>
          <w:lang w:val="tr-TR"/>
        </w:rPr>
        <w:t>Uzmanlık öğrencisinin uzmanlık eğitimini bitirme sınavını yapmak üzere aşağıda belirtilen öğretim üyelerinin Uzmanlık Eğitimini Bitirme Sınav Jürisi olarak görevlendirilmesini bilgilerinize arz ederim.</w:t>
      </w:r>
    </w:p>
    <w:p w:rsidRPr="007E2D36" w:rsidR="004E72A9" w:rsidRDefault="004E72A9" w14:paraId="54619C34" w14:textId="77777777">
      <w:pPr>
        <w:spacing w:after="80"/>
        <w:rPr>
          <w:lang w:val="tr-TR"/>
        </w:rPr>
      </w:pPr>
    </w:p>
    <w:p w:rsidRPr="007E2D36" w:rsidR="004E72A9" w:rsidRDefault="004E72A9" w14:paraId="3A1A21B7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7E2D36" w:rsidR="00BC3940" w14:paraId="32B670C1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4F9274A0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40910BAC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17798E64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2D58620E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7FBE3397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1C106266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3B9BA51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5D1857FD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09F46473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78E1A4EF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3ECE2151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Eğitim Başlama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04E0E4D7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7E2D36" w:rsidR="00BC3940" w:rsidRDefault="00000000" w14:paraId="42B7B95D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Öneri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1D4EF38A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/ …… / 20……</w:t>
            </w:r>
          </w:p>
        </w:tc>
      </w:tr>
    </w:tbl>
    <w:p w:rsidRPr="007E2D36" w:rsidR="004E72A9" w:rsidRDefault="004E72A9" w14:paraId="7833B2A9" w14:textId="77777777">
      <w:pPr>
        <w:spacing w:after="80"/>
        <w:rPr>
          <w:b/>
          <w:lang w:val="tr-TR"/>
        </w:rPr>
      </w:pPr>
    </w:p>
    <w:p w:rsidRPr="007E2D36" w:rsidR="004E72A9" w:rsidRDefault="004E72A9" w14:paraId="7FDE99B6" w14:textId="77777777">
      <w:pPr>
        <w:spacing w:after="80"/>
        <w:rPr>
          <w:b/>
          <w:lang w:val="tr-TR"/>
        </w:rPr>
      </w:pPr>
    </w:p>
    <w:p w:rsidRPr="007E2D36" w:rsidR="00BC3940" w:rsidRDefault="00000000" w14:paraId="038160AF" w14:textId="7259F37B">
      <w:pPr>
        <w:spacing w:after="80"/>
        <w:rPr>
          <w:lang w:val="tr-TR"/>
        </w:rPr>
      </w:pPr>
      <w:r w:rsidRPr="007E2D36">
        <w:rPr>
          <w:b/>
          <w:lang w:val="tr-TR"/>
        </w:rPr>
        <w:t>Uzmanlık Eğitimini Bitirme Sınav Jürisi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7E2D36" w:rsidR="00BC3940" w14:paraId="5BD91F36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1566D6CB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Görev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254AEC96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Unvanı Adı Soyadı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4662EADE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Bölümü / Kurumu</w:t>
            </w:r>
          </w:p>
        </w:tc>
      </w:tr>
      <w:tr w:rsidRPr="007E2D36" w:rsidR="00BC3940" w14:paraId="0E1BD27B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338F4F48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Başkan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1BE14FE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2DC23299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354B687A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5C666351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Kâtip Üye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5EFD01D3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2B3BEEF8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15FDFED9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28F3D5A1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Üye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2D575C0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0B715607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49EDF4EA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4C267611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Üye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7A8C3C98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70FD8BED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11C3C4EB" w14:textId="77777777"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48D98B8D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Üye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5CCB723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03E8B711" w14:textId="77777777">
            <w:pPr>
              <w:spacing w:after="0"/>
              <w:rPr>
                <w:lang w:val="tr-TR"/>
              </w:rPr>
            </w:pPr>
          </w:p>
        </w:tc>
      </w:tr>
    </w:tbl>
    <w:p w:rsidRPr="007E2D36" w:rsidR="004E72A9" w:rsidRDefault="004E72A9" w14:paraId="1BE3CDD1" w14:textId="77777777">
      <w:pPr>
        <w:spacing w:after="80"/>
        <w:rPr>
          <w:b/>
          <w:lang w:val="tr-TR"/>
        </w:rPr>
      </w:pPr>
    </w:p>
    <w:p w:rsidRPr="007E2D36" w:rsidR="004E72A9" w:rsidRDefault="004E72A9" w14:paraId="0AA5603D" w14:textId="77777777">
      <w:pPr>
        <w:spacing w:after="80"/>
        <w:rPr>
          <w:b/>
          <w:lang w:val="tr-TR"/>
        </w:rPr>
      </w:pPr>
    </w:p>
    <w:p w:rsidRPr="007E2D36" w:rsidR="00BC3940" w:rsidRDefault="00000000" w14:paraId="1E6638A0" w14:textId="0D5B8260">
      <w:pPr>
        <w:spacing w:after="80"/>
        <w:rPr>
          <w:lang w:val="tr-TR"/>
        </w:rPr>
      </w:pPr>
      <w:r w:rsidRPr="007E2D36">
        <w:rPr>
          <w:b/>
          <w:lang w:val="tr-TR"/>
        </w:rPr>
        <w:t>Sınav Bilgileri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7E2D36" w:rsidR="00BC3940" w14:paraId="5A75C7B7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52971004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Sınav Türü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084E44A5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3DAC2397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Saati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0FDE33CC" w14:textId="77777777">
            <w:pPr>
              <w:spacing w:after="0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Yeri</w:t>
            </w:r>
          </w:p>
        </w:tc>
      </w:tr>
      <w:tr w:rsidRPr="007E2D36" w:rsidR="00BC3940" w14:paraId="60A586F4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737B9091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Mesleki Bilgi Sınavı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666609C1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73910D59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: 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1EBA002D" w14:textId="77777777">
            <w:pPr>
              <w:spacing w:after="0"/>
              <w:rPr>
                <w:lang w:val="tr-TR"/>
              </w:rPr>
            </w:pPr>
          </w:p>
        </w:tc>
      </w:tr>
      <w:tr w:rsidRPr="007E2D36" w:rsidR="00BC3940" w14:paraId="072CFCF7" w14:textId="77777777"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493718DB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Uygulama ve Beceri Sınavı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61C157B5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/ …… / 20……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514EA5E7" w14:textId="77777777">
            <w:pPr>
              <w:spacing w:after="0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t>…… : ……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BC3940" w14:paraId="513F5F04" w14:textId="77777777">
            <w:pPr>
              <w:spacing w:after="0"/>
              <w:rPr>
                <w:lang w:val="tr-TR"/>
              </w:rPr>
            </w:pPr>
          </w:p>
        </w:tc>
      </w:tr>
    </w:tbl>
    <w:p w:rsidRPr="007E2D36" w:rsidR="00BC3940" w:rsidRDefault="00BC3940" w14:paraId="63F14168" w14:textId="77777777">
      <w:pPr>
        <w:rPr>
          <w:lang w:val="tr-TR"/>
        </w:rPr>
      </w:pPr>
    </w:p>
    <w:p w:rsidRPr="007E2D36" w:rsidR="004E72A9" w:rsidRDefault="004E72A9" w14:paraId="4568C65C" w14:textId="77777777">
      <w:pPr>
        <w:rPr>
          <w:lang w:val="tr-TR"/>
        </w:rPr>
      </w:pPr>
    </w:p>
    <w:p w:rsidRPr="007E2D36" w:rsidR="004E72A9" w:rsidRDefault="004E72A9" w14:paraId="7A117866" w14:textId="77777777">
      <w:pPr>
        <w:rPr>
          <w:lang w:val="tr-TR"/>
        </w:rPr>
      </w:pPr>
    </w:p>
    <w:p w:rsidRPr="007E2D36" w:rsidR="004E72A9" w:rsidRDefault="004E72A9" w14:paraId="6B3221C7" w14:textId="77777777">
      <w:pPr>
        <w:rPr>
          <w:lang w:val="tr-TR"/>
        </w:rPr>
      </w:pPr>
    </w:p>
    <w:p w:rsidRPr="007E2D36" w:rsidR="004E72A9" w:rsidRDefault="004E72A9" w14:paraId="1E068A2B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326"/>
        <w:gridCol w:w="5326"/>
      </w:tblGrid>
      <w:tr w:rsidRPr="007E2D36" w:rsidR="00BC3940" w14:paraId="57EC6EC5" w14:textId="77777777">
        <w:trPr>
          <w:jc w:val="center"/>
        </w:trPr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39671D08" w14:textId="77777777">
            <w:pPr>
              <w:spacing w:after="0"/>
              <w:jc w:val="center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7E2D36" w:rsidR="00BC3940" w:rsidRDefault="00000000" w14:paraId="43D1851C" w14:textId="77777777">
            <w:pPr>
              <w:spacing w:after="0"/>
              <w:jc w:val="center"/>
              <w:rPr>
                <w:lang w:val="tr-TR"/>
              </w:rPr>
            </w:pPr>
            <w:r w:rsidRPr="007E2D36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7E2D36" w:rsidR="00BC3940" w14:paraId="1194A4B8" w14:textId="77777777">
        <w:trPr>
          <w:jc w:val="center"/>
        </w:trPr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24624F1D" w14:textId="77777777">
            <w:pPr>
              <w:spacing w:after="0"/>
              <w:jc w:val="center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br/>
              <w:t>Unvanı Adı Soyadı</w:t>
            </w:r>
            <w:r w:rsidRPr="007E2D36">
              <w:rPr>
                <w:sz w:val="18"/>
                <w:lang w:val="tr-TR"/>
              </w:rPr>
              <w:br/>
              <w:t>İmza</w:t>
            </w:r>
            <w:r w:rsidRPr="007E2D36">
              <w:rPr>
                <w:sz w:val="18"/>
                <w:lang w:val="tr-TR"/>
              </w:rPr>
              <w:br/>
            </w:r>
          </w:p>
        </w:tc>
        <w:tc>
          <w:tcPr>
            <w:tcW w:w="5326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7E2D36" w:rsidR="00BC3940" w:rsidRDefault="00000000" w14:paraId="6A81D350" w14:textId="77777777">
            <w:pPr>
              <w:spacing w:after="0"/>
              <w:jc w:val="center"/>
              <w:rPr>
                <w:lang w:val="tr-TR"/>
              </w:rPr>
            </w:pPr>
            <w:r w:rsidRPr="007E2D36">
              <w:rPr>
                <w:sz w:val="18"/>
                <w:lang w:val="tr-TR"/>
              </w:rPr>
              <w:br/>
              <w:t>Unvanı Adı Soyadı</w:t>
            </w:r>
            <w:r w:rsidRPr="007E2D36">
              <w:rPr>
                <w:sz w:val="18"/>
                <w:lang w:val="tr-TR"/>
              </w:rPr>
              <w:br/>
              <w:t>İmza</w:t>
            </w:r>
            <w:r w:rsidRPr="007E2D36">
              <w:rPr>
                <w:sz w:val="18"/>
                <w:lang w:val="tr-TR"/>
              </w:rPr>
              <w:br/>
            </w:r>
          </w:p>
        </w:tc>
      </w:tr>
    </w:tbl>
    <w:p w:rsidRPr="007E2D36" w:rsidR="00BC3940" w:rsidRDefault="00000000" w14:paraId="0E7FD59A" w14:textId="77777777">
      <w:pPr>
        <w:spacing w:after="0"/>
        <w:rPr>
          <w:lang w:val="tr-TR"/>
        </w:rPr>
      </w:pPr>
      <w:r w:rsidRPr="007E2D36">
        <w:rPr>
          <w:sz w:val="16"/>
          <w:lang w:val="tr-TR"/>
        </w:rPr>
        <w:t>Not: Jüri önerisi ve sınav bilgileri, Dekanlık onayı alınmak üzere Uzmanlık Eğitimi Birimine iletilir.</w:t>
      </w:r>
    </w:p>
    <w:sectPr w:rsidRPr="007E2D36" w:rsidR="00BC3940" w:rsidSect="00034616">
      <w:headerReference w:type="default" r:id="R57dbf8cd93b84dd1"/>
      <w:headerReference w:type="first" r:id="R57dbf8cd93b84dd1"/>
      <w:headerReference w:type="even" r:id="R57dbf8cd93b84dd1"/>
      <w:footerReference w:type="default" r:id="R7659df691dfc479b"/>
      <w:footerReference w:type="first" r:id="R7659df691dfc479b"/>
      <w:footerReference w:type="even" r:id="R7659df691dfc479b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KYS-FR.348,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7aec976a35742d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6bfee497f61447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189827b75fc486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Eğitimini Bitirme Sınav Jürisi Öneri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KYS-FR.348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5333047">
    <w:abstractNumId w:val="8"/>
  </w:num>
  <w:num w:numId="2" w16cid:durableId="747925658">
    <w:abstractNumId w:val="6"/>
  </w:num>
  <w:num w:numId="3" w16cid:durableId="1183592778">
    <w:abstractNumId w:val="5"/>
  </w:num>
  <w:num w:numId="4" w16cid:durableId="307244661">
    <w:abstractNumId w:val="4"/>
  </w:num>
  <w:num w:numId="5" w16cid:durableId="248320105">
    <w:abstractNumId w:val="7"/>
  </w:num>
  <w:num w:numId="6" w16cid:durableId="1253121175">
    <w:abstractNumId w:val="3"/>
  </w:num>
  <w:num w:numId="7" w16cid:durableId="1330448803">
    <w:abstractNumId w:val="2"/>
  </w:num>
  <w:num w:numId="8" w16cid:durableId="2141654600">
    <w:abstractNumId w:val="1"/>
  </w:num>
  <w:num w:numId="9" w16cid:durableId="86585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27376"/>
    <w:rsid w:val="0015074B"/>
    <w:rsid w:val="0029639D"/>
    <w:rsid w:val="00326F90"/>
    <w:rsid w:val="003F7834"/>
    <w:rsid w:val="004E72A9"/>
    <w:rsid w:val="007E2D36"/>
    <w:rsid w:val="00AA1D8D"/>
    <w:rsid w:val="00B47730"/>
    <w:rsid w:val="00BC394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0AD26D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57dbf8cd93b84dd1" /><Relationship Type="http://schemas.openxmlformats.org/officeDocument/2006/relationships/footer" Target="/word/footer1.xml" Id="R7659df691dfc479b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f6bfee497f614477" /><Relationship Type="http://schemas.openxmlformats.org/officeDocument/2006/relationships/hyperlink" Target="https://kvys.giresun.edu.tr/dg/1010" TargetMode="External" Id="Rc7aec976a35742d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189827b75fc48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2026-06-03T07:12:00Z</dcterms:modified>
  <cp:category/>
</cp:coreProperties>
</file>