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A94175" w:rsidR="00A62BD8" w:rsidP="00C4017F" w:rsidRDefault="00000000" w14:paraId="5FDF051E" w14:textId="77777777">
      <w:pPr>
        <w:spacing w:after="60"/>
        <w:jc w:val="right"/>
        <w:rPr>
          <w:lang w:val="tr-TR"/>
        </w:rPr>
      </w:pPr>
      <w:r w:rsidRPr="00A94175">
        <w:rPr>
          <w:lang w:val="tr-TR"/>
        </w:rPr>
        <w:t>Tarih: …… / …… / 20……</w:t>
      </w:r>
    </w:p>
    <w:p w:rsidRPr="00A94175" w:rsidR="00C4017F" w:rsidRDefault="00C4017F" w14:paraId="5C5FDED9" w14:textId="77777777">
      <w:pPr>
        <w:spacing w:after="120"/>
        <w:jc w:val="center"/>
        <w:rPr>
          <w:b/>
          <w:lang w:val="tr-TR"/>
        </w:rPr>
      </w:pPr>
    </w:p>
    <w:p w:rsidRPr="00A94175" w:rsidR="00A62BD8" w:rsidRDefault="00000000" w14:paraId="09D42A91" w14:textId="0704C0AA">
      <w:pPr>
        <w:spacing w:after="120"/>
        <w:jc w:val="center"/>
        <w:rPr>
          <w:lang w:val="tr-TR"/>
        </w:rPr>
      </w:pPr>
      <w:r w:rsidRPr="00A94175">
        <w:rPr>
          <w:b/>
          <w:lang w:val="tr-TR"/>
        </w:rPr>
        <w:t>DİŞ HEKİMLİĞİ FAKÜLTESİ DEKANLIĞINA</w:t>
      </w:r>
    </w:p>
    <w:p w:rsidRPr="00A94175" w:rsidR="00A62BD8" w:rsidRDefault="00000000" w14:paraId="2B71A7E9" w14:textId="77777777">
      <w:pPr>
        <w:spacing w:after="80"/>
        <w:rPr>
          <w:lang w:val="tr-TR"/>
        </w:rPr>
      </w:pPr>
      <w:r w:rsidRPr="00A94175">
        <w:rPr>
          <w:lang w:val="tr-TR"/>
        </w:rPr>
        <w:t>Uzmanlık öğrencisinin tez danışmanı, varsa eş danışmanı ve tez konusu aşağıda bildirilmiştir. Bilgilerinize arz ederim.</w:t>
      </w:r>
    </w:p>
    <w:p w:rsidRPr="00A94175" w:rsidR="00C4017F" w:rsidRDefault="00C4017F" w14:paraId="4FA14231" w14:textId="77777777">
      <w:pPr>
        <w:spacing w:after="80"/>
        <w:rPr>
          <w:lang w:val="tr-TR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663"/>
        <w:gridCol w:w="2663"/>
        <w:gridCol w:w="2663"/>
        <w:gridCol w:w="2663"/>
      </w:tblGrid>
      <w:tr w:rsidRPr="00A94175" w:rsidR="00A62BD8" w14:paraId="1889ED68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A94175" w:rsidR="00A62BD8" w:rsidRDefault="00000000" w14:paraId="42436811" w14:textId="77777777">
            <w:pPr>
              <w:spacing w:after="0"/>
              <w:rPr>
                <w:lang w:val="tr-TR"/>
              </w:rPr>
            </w:pPr>
            <w:r w:rsidRPr="00A94175">
              <w:rPr>
                <w:b/>
                <w:sz w:val="18"/>
                <w:lang w:val="tr-TR"/>
              </w:rPr>
              <w:t>Anabilim Dalı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A94175" w:rsidR="00A62BD8" w:rsidRDefault="00A62BD8" w14:paraId="2EFC2686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A94175" w:rsidR="00A62BD8" w:rsidRDefault="00000000" w14:paraId="1A5EAE0F" w14:textId="77777777">
            <w:pPr>
              <w:spacing w:after="0"/>
              <w:rPr>
                <w:lang w:val="tr-TR"/>
              </w:rPr>
            </w:pPr>
            <w:r w:rsidRPr="00A94175">
              <w:rPr>
                <w:b/>
                <w:sz w:val="18"/>
                <w:lang w:val="tr-TR"/>
              </w:rPr>
              <w:t>Program / Uzmanlık Dalı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A94175" w:rsidR="00A62BD8" w:rsidRDefault="00A62BD8" w14:paraId="3D4844F3" w14:textId="77777777">
            <w:pPr>
              <w:spacing w:after="0"/>
              <w:rPr>
                <w:lang w:val="tr-TR"/>
              </w:rPr>
            </w:pPr>
          </w:p>
        </w:tc>
      </w:tr>
      <w:tr w:rsidRPr="00A94175" w:rsidR="00A62BD8" w14:paraId="38915128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A94175" w:rsidR="00A62BD8" w:rsidRDefault="00000000" w14:paraId="7E655B0F" w14:textId="77777777">
            <w:pPr>
              <w:spacing w:after="0"/>
              <w:rPr>
                <w:lang w:val="tr-TR"/>
              </w:rPr>
            </w:pPr>
            <w:r w:rsidRPr="00A94175">
              <w:rPr>
                <w:b/>
                <w:sz w:val="18"/>
                <w:lang w:val="tr-TR"/>
              </w:rPr>
              <w:t>Uzmanlık Öğrencisi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A94175" w:rsidR="00A62BD8" w:rsidRDefault="00A62BD8" w14:paraId="11635C11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A94175" w:rsidR="00A62BD8" w:rsidRDefault="00000000" w14:paraId="2BCFB731" w14:textId="77777777">
            <w:pPr>
              <w:spacing w:after="0"/>
              <w:rPr>
                <w:lang w:val="tr-TR"/>
              </w:rPr>
            </w:pPr>
            <w:r w:rsidRPr="00A94175">
              <w:rPr>
                <w:b/>
                <w:sz w:val="18"/>
                <w:lang w:val="tr-TR"/>
              </w:rPr>
              <w:t>Öğrenci No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A94175" w:rsidR="00A62BD8" w:rsidRDefault="00A62BD8" w14:paraId="5AB3A36C" w14:textId="77777777">
            <w:pPr>
              <w:spacing w:after="0"/>
              <w:rPr>
                <w:lang w:val="tr-TR"/>
              </w:rPr>
            </w:pPr>
          </w:p>
        </w:tc>
      </w:tr>
      <w:tr w:rsidRPr="00A94175" w:rsidR="00A62BD8" w14:paraId="41DFD143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A94175" w:rsidR="00A62BD8" w:rsidRDefault="00000000" w14:paraId="39E34D17" w14:textId="77777777">
            <w:pPr>
              <w:spacing w:after="0"/>
              <w:rPr>
                <w:lang w:val="tr-TR"/>
              </w:rPr>
            </w:pPr>
            <w:r w:rsidRPr="00A94175">
              <w:rPr>
                <w:b/>
                <w:sz w:val="18"/>
                <w:lang w:val="tr-TR"/>
              </w:rPr>
              <w:t>Tez Danışmanı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A94175" w:rsidR="00A62BD8" w:rsidRDefault="00A62BD8" w14:paraId="601131DD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A94175" w:rsidR="00A62BD8" w:rsidRDefault="00000000" w14:paraId="0EB2C235" w14:textId="77777777">
            <w:pPr>
              <w:spacing w:after="0"/>
              <w:rPr>
                <w:lang w:val="tr-TR"/>
              </w:rPr>
            </w:pPr>
            <w:r w:rsidRPr="00A94175">
              <w:rPr>
                <w:b/>
                <w:sz w:val="18"/>
                <w:lang w:val="tr-TR"/>
              </w:rPr>
              <w:t>Varsa Eş Danışman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A94175" w:rsidR="00A62BD8" w:rsidRDefault="00A62BD8" w14:paraId="7AD11356" w14:textId="77777777">
            <w:pPr>
              <w:spacing w:after="0"/>
              <w:rPr>
                <w:lang w:val="tr-TR"/>
              </w:rPr>
            </w:pPr>
          </w:p>
        </w:tc>
      </w:tr>
      <w:tr w:rsidRPr="00A94175" w:rsidR="00A62BD8" w14:paraId="7A0BE107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A94175" w:rsidR="00A62BD8" w:rsidRDefault="00000000" w14:paraId="426BDD51" w14:textId="77777777">
            <w:pPr>
              <w:spacing w:after="0"/>
              <w:rPr>
                <w:lang w:val="tr-TR"/>
              </w:rPr>
            </w:pPr>
            <w:r w:rsidRPr="00A94175">
              <w:rPr>
                <w:b/>
                <w:sz w:val="18"/>
                <w:lang w:val="tr-TR"/>
              </w:rPr>
              <w:t>Tez Başlığı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A94175" w:rsidR="00A62BD8" w:rsidRDefault="00A62BD8" w14:paraId="3F164E6F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A94175" w:rsidR="00A62BD8" w:rsidRDefault="00000000" w14:paraId="55CBC247" w14:textId="77777777">
            <w:pPr>
              <w:spacing w:after="0"/>
              <w:rPr>
                <w:lang w:val="tr-TR"/>
              </w:rPr>
            </w:pPr>
            <w:r w:rsidRPr="00A94175">
              <w:rPr>
                <w:b/>
                <w:sz w:val="18"/>
                <w:lang w:val="tr-TR"/>
              </w:rPr>
              <w:t>Tez Başlama Tarihi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A94175" w:rsidR="00A62BD8" w:rsidRDefault="00000000" w14:paraId="04E9025A" w14:textId="77777777">
            <w:pPr>
              <w:spacing w:after="0"/>
              <w:rPr>
                <w:lang w:val="tr-TR"/>
              </w:rPr>
            </w:pPr>
            <w:r w:rsidRPr="00A94175">
              <w:rPr>
                <w:sz w:val="18"/>
                <w:lang w:val="tr-TR"/>
              </w:rPr>
              <w:t>…… / …… / 20……</w:t>
            </w:r>
          </w:p>
        </w:tc>
      </w:tr>
      <w:tr w:rsidRPr="00A94175" w:rsidR="00C4017F" w:rsidTr="00A4511B" w14:paraId="71E3045D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A94175" w:rsidR="00C4017F" w:rsidP="00C4017F" w:rsidRDefault="00C4017F" w14:paraId="72C80FE3" w14:textId="5C3BBAE3">
            <w:pPr>
              <w:spacing w:after="0"/>
              <w:rPr>
                <w:b/>
                <w:sz w:val="18"/>
                <w:lang w:val="tr-TR"/>
              </w:rPr>
            </w:pPr>
            <w:r w:rsidRPr="00A94175">
              <w:rPr>
                <w:b/>
                <w:sz w:val="18"/>
                <w:lang w:val="tr-TR"/>
              </w:rPr>
              <w:t>Tez Konusu / Kapsamı</w:t>
            </w:r>
          </w:p>
        </w:tc>
        <w:tc>
          <w:tcPr>
            <w:tcW w:w="7989" w:type="dxa"/>
            <w:gridSpan w:val="3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A94175" w:rsidR="00C4017F" w:rsidP="00C4017F" w:rsidRDefault="00C4017F" w14:paraId="4F14F40A" w14:textId="77777777">
            <w:pPr>
              <w:spacing w:after="0"/>
              <w:rPr>
                <w:sz w:val="18"/>
                <w:lang w:val="tr-TR"/>
              </w:rPr>
            </w:pPr>
          </w:p>
        </w:tc>
      </w:tr>
      <w:tr w:rsidRPr="00A94175" w:rsidR="00C4017F" w:rsidTr="00E6764D" w14:paraId="434018B8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A94175" w:rsidR="00C4017F" w:rsidP="00C4017F" w:rsidRDefault="00C4017F" w14:paraId="2F2E1F13" w14:textId="0D0116E6">
            <w:pPr>
              <w:spacing w:after="0"/>
              <w:rPr>
                <w:b/>
                <w:sz w:val="18"/>
                <w:lang w:val="tr-TR"/>
              </w:rPr>
            </w:pPr>
            <w:r w:rsidRPr="00A94175">
              <w:rPr>
                <w:b/>
                <w:sz w:val="18"/>
                <w:lang w:val="tr-TR"/>
              </w:rPr>
              <w:t>Anahtar Kelimeler</w:t>
            </w:r>
          </w:p>
        </w:tc>
        <w:tc>
          <w:tcPr>
            <w:tcW w:w="7989" w:type="dxa"/>
            <w:gridSpan w:val="3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A94175" w:rsidR="00C4017F" w:rsidP="00C4017F" w:rsidRDefault="00C4017F" w14:paraId="7CA0E362" w14:textId="77777777">
            <w:pPr>
              <w:spacing w:after="0"/>
              <w:rPr>
                <w:sz w:val="18"/>
                <w:lang w:val="tr-TR"/>
              </w:rPr>
            </w:pPr>
          </w:p>
        </w:tc>
      </w:tr>
      <w:tr w:rsidRPr="00A94175" w:rsidR="00C4017F" w:rsidTr="00BD78DE" w14:paraId="4271FDEC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A94175" w:rsidR="00C4017F" w:rsidP="00C4017F" w:rsidRDefault="00C4017F" w14:paraId="0116A1FF" w14:textId="2A2730D6">
            <w:pPr>
              <w:spacing w:after="0"/>
              <w:rPr>
                <w:b/>
                <w:sz w:val="18"/>
                <w:lang w:val="tr-TR"/>
              </w:rPr>
            </w:pPr>
            <w:r w:rsidRPr="00A94175">
              <w:rPr>
                <w:b/>
                <w:sz w:val="18"/>
                <w:lang w:val="tr-TR"/>
              </w:rPr>
              <w:t>Açıklama</w:t>
            </w:r>
          </w:p>
        </w:tc>
        <w:tc>
          <w:tcPr>
            <w:tcW w:w="7989" w:type="dxa"/>
            <w:gridSpan w:val="3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A94175" w:rsidR="00C4017F" w:rsidP="00C4017F" w:rsidRDefault="00C4017F" w14:paraId="50CF796C" w14:textId="77777777">
            <w:pPr>
              <w:spacing w:after="0"/>
              <w:rPr>
                <w:sz w:val="18"/>
                <w:lang w:val="tr-TR"/>
              </w:rPr>
            </w:pPr>
          </w:p>
        </w:tc>
      </w:tr>
    </w:tbl>
    <w:p w:rsidRPr="00A94175" w:rsidR="00C4017F" w:rsidRDefault="00C4017F" w14:paraId="15D1628F" w14:textId="77777777">
      <w:pPr>
        <w:rPr>
          <w:lang w:val="tr-TR"/>
        </w:rPr>
      </w:pPr>
    </w:p>
    <w:p w:rsidRPr="00A94175" w:rsidR="00C4017F" w:rsidRDefault="00C4017F" w14:paraId="5FE92B13" w14:textId="77777777">
      <w:pPr>
        <w:rPr>
          <w:lang w:val="tr-TR"/>
        </w:rPr>
      </w:pPr>
    </w:p>
    <w:p w:rsidRPr="00A94175" w:rsidR="00C4017F" w:rsidRDefault="00C4017F" w14:paraId="4CBBB074" w14:textId="77777777">
      <w:pPr>
        <w:rPr>
          <w:lang w:val="tr-TR"/>
        </w:rPr>
      </w:pPr>
    </w:p>
    <w:p w:rsidRPr="00A94175" w:rsidR="00C4017F" w:rsidRDefault="00C4017F" w14:paraId="1214CFAB" w14:textId="77777777">
      <w:pPr>
        <w:rPr>
          <w:lang w:val="tr-TR"/>
        </w:rPr>
      </w:pPr>
    </w:p>
    <w:p w:rsidRPr="00A94175" w:rsidR="00C4017F" w:rsidRDefault="00C4017F" w14:paraId="2B5FCCAA" w14:textId="77777777">
      <w:pPr>
        <w:rPr>
          <w:lang w:val="tr-TR"/>
        </w:rPr>
      </w:pPr>
    </w:p>
    <w:p w:rsidRPr="00A94175" w:rsidR="00C4017F" w:rsidRDefault="00C4017F" w14:paraId="23BC57B0" w14:textId="77777777">
      <w:pPr>
        <w:rPr>
          <w:lang w:val="tr-TR"/>
        </w:rPr>
      </w:pPr>
    </w:p>
    <w:p w:rsidRPr="00A94175" w:rsidR="00C4017F" w:rsidRDefault="00C4017F" w14:paraId="4C1BC912" w14:textId="77777777">
      <w:pPr>
        <w:rPr>
          <w:lang w:val="tr-TR"/>
        </w:rPr>
      </w:pPr>
    </w:p>
    <w:p w:rsidRPr="00A94175" w:rsidR="00C4017F" w:rsidRDefault="00C4017F" w14:paraId="7D8DA793" w14:textId="77777777">
      <w:pPr>
        <w:rPr>
          <w:lang w:val="tr-TR"/>
        </w:rPr>
      </w:pPr>
    </w:p>
    <w:p w:rsidRPr="00A94175" w:rsidR="00C4017F" w:rsidRDefault="00C4017F" w14:paraId="6C2E2D42" w14:textId="77777777">
      <w:pPr>
        <w:rPr>
          <w:lang w:val="tr-TR"/>
        </w:rPr>
      </w:pPr>
    </w:p>
    <w:p w:rsidRPr="00A94175" w:rsidR="00C4017F" w:rsidRDefault="00C4017F" w14:paraId="71F0884E" w14:textId="77777777">
      <w:pPr>
        <w:rPr>
          <w:lang w:val="tr-TR"/>
        </w:rPr>
      </w:pPr>
    </w:p>
    <w:p w:rsidRPr="00A94175" w:rsidR="00C4017F" w:rsidRDefault="00C4017F" w14:paraId="1C09BF83" w14:textId="77777777">
      <w:pPr>
        <w:rPr>
          <w:lang w:val="tr-TR"/>
        </w:rPr>
      </w:pPr>
    </w:p>
    <w:p w:rsidRPr="00A94175" w:rsidR="00C4017F" w:rsidRDefault="00C4017F" w14:paraId="78E5580B" w14:textId="77777777">
      <w:pPr>
        <w:rPr>
          <w:lang w:val="tr-TR"/>
        </w:rPr>
      </w:pPr>
    </w:p>
    <w:p w:rsidRPr="00A94175" w:rsidR="00C4017F" w:rsidRDefault="00C4017F" w14:paraId="6FAA6755" w14:textId="77777777">
      <w:pPr>
        <w:rPr>
          <w:lang w:val="tr-TR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663"/>
        <w:gridCol w:w="2663"/>
        <w:gridCol w:w="2663"/>
        <w:gridCol w:w="2663"/>
      </w:tblGrid>
      <w:tr w:rsidRPr="00A94175" w:rsidR="00A62BD8" w14:paraId="2B0D7199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A94175" w:rsidR="00A62BD8" w:rsidRDefault="00000000" w14:paraId="6693C65F" w14:textId="77777777">
            <w:pPr>
              <w:spacing w:after="0"/>
              <w:jc w:val="center"/>
              <w:rPr>
                <w:lang w:val="tr-TR"/>
              </w:rPr>
            </w:pPr>
            <w:r w:rsidRPr="00A94175">
              <w:rPr>
                <w:b/>
                <w:sz w:val="18"/>
                <w:lang w:val="tr-TR"/>
              </w:rPr>
              <w:t>Danışman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A94175" w:rsidR="00A62BD8" w:rsidRDefault="00000000" w14:paraId="4E2E1044" w14:textId="77777777">
            <w:pPr>
              <w:spacing w:after="0"/>
              <w:jc w:val="center"/>
              <w:rPr>
                <w:lang w:val="tr-TR"/>
              </w:rPr>
            </w:pPr>
            <w:r w:rsidRPr="00A94175">
              <w:rPr>
                <w:b/>
                <w:sz w:val="18"/>
                <w:lang w:val="tr-TR"/>
              </w:rPr>
              <w:t>Varsa Eş Danışman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A94175" w:rsidR="00A62BD8" w:rsidRDefault="00000000" w14:paraId="5832CDCE" w14:textId="77777777">
            <w:pPr>
              <w:spacing w:after="0"/>
              <w:jc w:val="center"/>
              <w:rPr>
                <w:lang w:val="tr-TR"/>
              </w:rPr>
            </w:pPr>
            <w:r w:rsidRPr="00A94175">
              <w:rPr>
                <w:b/>
                <w:sz w:val="18"/>
                <w:lang w:val="tr-TR"/>
              </w:rPr>
              <w:t>Anabilim Dalı Başkanı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A94175" w:rsidR="00A62BD8" w:rsidRDefault="00000000" w14:paraId="300E2E28" w14:textId="77777777">
            <w:pPr>
              <w:spacing w:after="0"/>
              <w:jc w:val="center"/>
              <w:rPr>
                <w:lang w:val="tr-TR"/>
              </w:rPr>
            </w:pPr>
            <w:r w:rsidRPr="00A94175">
              <w:rPr>
                <w:b/>
                <w:sz w:val="18"/>
                <w:lang w:val="tr-TR"/>
              </w:rPr>
              <w:t>Uzmanlık Eğitimi Birimi</w:t>
            </w:r>
          </w:p>
        </w:tc>
      </w:tr>
      <w:tr w:rsidRPr="00A94175" w:rsidR="00A62BD8" w14:paraId="77A42AE1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A94175" w:rsidR="00A62BD8" w:rsidRDefault="00000000" w14:paraId="3DCBD5D8" w14:textId="77777777">
            <w:pPr>
              <w:spacing w:after="0"/>
              <w:jc w:val="center"/>
              <w:rPr>
                <w:lang w:val="tr-TR"/>
              </w:rPr>
            </w:pPr>
            <w:r w:rsidRPr="00A94175">
              <w:rPr>
                <w:sz w:val="18"/>
                <w:lang w:val="tr-TR"/>
              </w:rPr>
              <w:br/>
              <w:t>Unvanı Adı Soyadı</w:t>
            </w:r>
            <w:r w:rsidRPr="00A94175">
              <w:rPr>
                <w:sz w:val="18"/>
                <w:lang w:val="tr-TR"/>
              </w:rPr>
              <w:br/>
              <w:t>İmza</w:t>
            </w:r>
            <w:r w:rsidRPr="00A94175">
              <w:rPr>
                <w:sz w:val="18"/>
                <w:lang w:val="tr-TR"/>
              </w:rPr>
              <w:br/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A94175" w:rsidR="00A62BD8" w:rsidRDefault="00000000" w14:paraId="4FD7A273" w14:textId="77777777">
            <w:pPr>
              <w:spacing w:after="0"/>
              <w:jc w:val="center"/>
              <w:rPr>
                <w:lang w:val="tr-TR"/>
              </w:rPr>
            </w:pPr>
            <w:r w:rsidRPr="00A94175">
              <w:rPr>
                <w:sz w:val="18"/>
                <w:lang w:val="tr-TR"/>
              </w:rPr>
              <w:br/>
              <w:t>Unvanı Adı Soyadı</w:t>
            </w:r>
            <w:r w:rsidRPr="00A94175">
              <w:rPr>
                <w:sz w:val="18"/>
                <w:lang w:val="tr-TR"/>
              </w:rPr>
              <w:br/>
              <w:t>İmza</w:t>
            </w:r>
            <w:r w:rsidRPr="00A94175">
              <w:rPr>
                <w:sz w:val="18"/>
                <w:lang w:val="tr-TR"/>
              </w:rPr>
              <w:br/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A94175" w:rsidR="00A62BD8" w:rsidRDefault="00000000" w14:paraId="1E7FED98" w14:textId="77777777">
            <w:pPr>
              <w:spacing w:after="0"/>
              <w:jc w:val="center"/>
              <w:rPr>
                <w:lang w:val="tr-TR"/>
              </w:rPr>
            </w:pPr>
            <w:r w:rsidRPr="00A94175">
              <w:rPr>
                <w:sz w:val="18"/>
                <w:lang w:val="tr-TR"/>
              </w:rPr>
              <w:br/>
              <w:t>Unvanı Adı Soyadı</w:t>
            </w:r>
            <w:r w:rsidRPr="00A94175">
              <w:rPr>
                <w:sz w:val="18"/>
                <w:lang w:val="tr-TR"/>
              </w:rPr>
              <w:br/>
              <w:t>İmza</w:t>
            </w:r>
            <w:r w:rsidRPr="00A94175">
              <w:rPr>
                <w:sz w:val="18"/>
                <w:lang w:val="tr-TR"/>
              </w:rPr>
              <w:br/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A94175" w:rsidR="00A62BD8" w:rsidRDefault="00000000" w14:paraId="2CCAB590" w14:textId="77777777">
            <w:pPr>
              <w:spacing w:after="0"/>
              <w:jc w:val="center"/>
              <w:rPr>
                <w:lang w:val="tr-TR"/>
              </w:rPr>
            </w:pPr>
            <w:r w:rsidRPr="00A94175">
              <w:rPr>
                <w:sz w:val="18"/>
                <w:lang w:val="tr-TR"/>
              </w:rPr>
              <w:br/>
              <w:t>Unvanı Adı Soyadı</w:t>
            </w:r>
            <w:r w:rsidRPr="00A94175">
              <w:rPr>
                <w:sz w:val="18"/>
                <w:lang w:val="tr-TR"/>
              </w:rPr>
              <w:br/>
              <w:t>İmza</w:t>
            </w:r>
            <w:r w:rsidRPr="00A94175">
              <w:rPr>
                <w:sz w:val="18"/>
                <w:lang w:val="tr-TR"/>
              </w:rPr>
              <w:br/>
            </w:r>
          </w:p>
        </w:tc>
      </w:tr>
    </w:tbl>
    <w:p w:rsidRPr="00A94175" w:rsidR="00A62BD8" w:rsidRDefault="00000000" w14:paraId="700DE435" w14:textId="77777777">
      <w:pPr>
        <w:spacing w:after="0"/>
        <w:rPr>
          <w:lang w:val="tr-TR"/>
        </w:rPr>
      </w:pPr>
      <w:r w:rsidRPr="00A94175">
        <w:rPr>
          <w:sz w:val="16"/>
          <w:lang w:val="tr-TR"/>
        </w:rPr>
        <w:t>Not: Tez danışmanı ve tez konusu bildirimi, ilgili anabilim dalı onayından sonra Dekanlığa iletilir.</w:t>
      </w:r>
    </w:p>
    <w:sectPr w:rsidRPr="00A94175" w:rsidR="00A62BD8" w:rsidSect="00034616">
      <w:headerReference w:type="default" r:id="Rc02ab9e31b474c18"/>
      <w:headerReference w:type="first" r:id="Rc02ab9e31b474c18"/>
      <w:headerReference w:type="even" r:id="Rc02ab9e31b474c18"/>
      <w:footerReference w:type="default" r:id="R45cbe1bc7efd4aae"/>
      <w:footerReference w:type="first" r:id="R45cbe1bc7efd4aae"/>
      <w:footerReference w:type="even" r:id="R45cbe1bc7efd4aae"/>
      <w:pgSz w:w="11906" w:h="16838"/>
      <w:pgMar w:top="2155" w:right="850" w:bottom="1588" w:left="850" w:header="720" w:footer="28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KYS-FR.349, R00, 28.09.2026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2913f16d4d25475d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kvys.giresun.edu.tr/dg/1011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794651970e7c40a5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a52f676db1d9475d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Tez Danışmanı ve Tez Konusu Bildirim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KYS-FR.349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28.09.2026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95189557">
    <w:abstractNumId w:val="8"/>
  </w:num>
  <w:num w:numId="2" w16cid:durableId="1511875127">
    <w:abstractNumId w:val="6"/>
  </w:num>
  <w:num w:numId="3" w16cid:durableId="2130973235">
    <w:abstractNumId w:val="5"/>
  </w:num>
  <w:num w:numId="4" w16cid:durableId="1774939089">
    <w:abstractNumId w:val="4"/>
  </w:num>
  <w:num w:numId="5" w16cid:durableId="1148938755">
    <w:abstractNumId w:val="7"/>
  </w:num>
  <w:num w:numId="6" w16cid:durableId="1798178207">
    <w:abstractNumId w:val="3"/>
  </w:num>
  <w:num w:numId="7" w16cid:durableId="1363824058">
    <w:abstractNumId w:val="2"/>
  </w:num>
  <w:num w:numId="8" w16cid:durableId="2048527839">
    <w:abstractNumId w:val="1"/>
  </w:num>
  <w:num w:numId="9" w16cid:durableId="11327937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1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6642"/>
    <w:rsid w:val="00034616"/>
    <w:rsid w:val="0006063C"/>
    <w:rsid w:val="000D57E5"/>
    <w:rsid w:val="0015074B"/>
    <w:rsid w:val="0029639D"/>
    <w:rsid w:val="00326F90"/>
    <w:rsid w:val="003F7834"/>
    <w:rsid w:val="00A62BD8"/>
    <w:rsid w:val="00A94175"/>
    <w:rsid w:val="00AA1D8D"/>
    <w:rsid w:val="00B47730"/>
    <w:rsid w:val="00C4017F"/>
    <w:rsid w:val="00CB0664"/>
    <w:rsid w:val="00D1407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30D443"/>
  <w14:defaultImageDpi w14:val="300"/>
  <w15:docId w15:val="{C462A75E-35C0-594D-8563-022855C7F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cs="Times New Roman" w:eastAsia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eastAsia="Times New Roman" w:hAnsi="Times New Roman" w:cs="Times New Roman"/>
      <w:sz w:val="20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="Times New Roman" w:hAnsi="Times New Roman" w:cs="Times New Roman" w:eastAsia="Times New Roman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Times New Roman" w:hAnsi="Times New Roman" w:cs="Times New Roman" w:eastAsia="Times New Roman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Times New Roman" w:hAnsi="Times New Roman" w:cs="Times New Roman" w:eastAsia="Times New Roman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Times New Roman" w:hAnsi="Times New Roman" w:cs="Times New Roman" w:eastAsia="Times New Roman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Times New Roman" w:hAnsi="Times New Roman" w:cs="Times New Roman" w:eastAsia="Times New Roman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Times New Roman" w:hAnsi="Times New Roman" w:cs="Times New Roman" w:eastAsia="Times New Roman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Times New Roman" w:hAnsi="Times New Roman" w:cs="Times New Roman" w:eastAsia="Times New Roman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Times New Roman" w:hAnsi="Times New Roman" w:cs="Times New Roman" w:eastAsia="Times New Roman"/>
      <w:color w:val="4F81BD" w:themeColor="accent1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Times New Roman" w:hAnsi="Times New Roman" w:cs="Times New Roman" w:eastAsia="Times New Roman"/>
      <w:i/>
      <w:iCs/>
      <w:color w:val="404040" w:themeColor="text1" w:themeTint="BF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="Times New Roman" w:hAnsi="Times New Roman" w:cs="Times New Roman" w:eastAsia="Times New Roman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="Times New Roman" w:hAnsi="Times New Roman" w:cs="Times New Roman" w:eastAsia="Times New Roman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="Times New Roman" w:hAnsi="Times New Roman" w:cs="Times New Roman" w:eastAsia="Times New Roman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Times New Roman" w:hAnsi="Times New Roman" w:cs="Times New Roman" w:eastAsia="Times New Roman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="Times New Roman" w:hAnsi="Times New Roman" w:cs="Times New Roman" w:eastAsia="Times New Roman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="Times New Roman" w:hAnsi="Times New Roman" w:cs="Times New Roman" w:eastAsia="Times New Roman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="Times New Roman" w:hAnsi="Times New Roman" w:cs="Times New Roman" w:eastAsia="Times New Roman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hAnsi="Times New Roman" w:cs="Times New Roman" w:eastAsia="Times New Roman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Times New Roman" w:hAnsi="Times New Roman" w:cs="Times New Roman" w:eastAsia="Times New Roman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="Times New Roman" w:hAnsi="Times New Roman" w:cs="Times New Roman" w:eastAsia="Times New Roman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="Times New Roman" w:hAnsi="Times New Roman" w:cs="Times New Roman" w:eastAsia="Times New Roman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="Times New Roman" w:hAnsi="Times New Roman" w:cs="Times New Roman" w:eastAsia="Times New Roman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="Times New Roman" w:hAnsi="Times New Roman" w:cs="Times New Roman" w:eastAsia="Times New Roman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="Times New Roman" w:hAnsi="Times New Roman" w:cs="Times New Roman" w:eastAsia="Times New Roman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="Times New Roman" w:hAnsi="Times New Roman" w:cs="Times New Roman" w:eastAsia="Times New Roman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header" Target="/word/header1.xml" Id="Rc02ab9e31b474c18" /><Relationship Type="http://schemas.openxmlformats.org/officeDocument/2006/relationships/footer" Target="/word/footer1.xml" Id="R45cbe1bc7efd4aae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794651970e7c40a5" /><Relationship Type="http://schemas.openxmlformats.org/officeDocument/2006/relationships/hyperlink" Target="https://kvys.giresun.edu.tr/dg/1011" TargetMode="External" Id="R2913f16d4d25475d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a52f676db1d9475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875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Prof. Dr. Çağrı URAL</cp:lastModifiedBy>
  <cp:revision>5</cp:revision>
  <dcterms:created xsi:type="dcterms:W3CDTF">2013-12-23T23:15:00Z</dcterms:created>
  <dcterms:modified xsi:type="dcterms:W3CDTF">2026-06-03T07:13:00Z</dcterms:modified>
  <cp:category/>
</cp:coreProperties>
</file>