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971D44" w:rsidR="00505289" w:rsidP="00943C42" w:rsidRDefault="003F31A6" w14:paraId="49D7B039" w14:textId="3B5CEB27">
      <w:pPr>
        <w:spacing w:after="60" w:line="240" w:lineRule="auto"/>
        <w:jc w:val="right"/>
        <w:rPr>
          <w:lang w:val="tr-TR"/>
        </w:rPr>
      </w:pPr>
      <w:r w:rsidRPr="00971D44">
        <w:rPr>
          <w:lang w:val="tr-TR"/>
        </w:rPr>
        <w:t>Tarih: …… / …… / 20……</w:t>
      </w:r>
    </w:p>
    <w:p w:rsidRPr="00971D44" w:rsidR="00E27684" w:rsidP="00943C42" w:rsidRDefault="003F31A6" w14:paraId="5F794A02" w14:textId="696459D8">
      <w:pPr>
        <w:spacing w:after="80" w:line="240" w:lineRule="auto"/>
        <w:jc w:val="center"/>
        <w:rPr>
          <w:lang w:val="tr-TR"/>
        </w:rPr>
      </w:pPr>
      <w:r w:rsidRPr="00971D44">
        <w:rPr>
          <w:b/>
          <w:lang w:val="tr-TR"/>
        </w:rPr>
        <w:t>DİŞ HEKİMLİĞİ FAKÜLTESİ DEKANLIĞINA</w:t>
      </w:r>
    </w:p>
    <w:p w:rsidRPr="00971D44" w:rsidR="00E27684" w:rsidP="00943C42" w:rsidRDefault="003F31A6" w14:paraId="4B19123B" w14:textId="77777777">
      <w:pPr>
        <w:spacing w:after="80" w:line="240" w:lineRule="auto"/>
        <w:rPr>
          <w:sz w:val="18"/>
          <w:lang w:val="tr-TR"/>
        </w:rPr>
      </w:pPr>
      <w:r w:rsidRPr="00971D44">
        <w:rPr>
          <w:sz w:val="18"/>
          <w:lang w:val="tr-TR"/>
        </w:rPr>
        <w:t>Bu form, uzmanlık tezinin jüri üyesi tarafından bilimsel içerik, etik uygunluk, sunum ve biçimsel yeterlilik yönünden değerlendirilmesi amacıyla kullanılır.</w:t>
      </w:r>
    </w:p>
    <w:p w:rsidRPr="00971D44" w:rsidR="00505289" w:rsidP="00943C42" w:rsidRDefault="00505289" w14:paraId="6243C4C6" w14:textId="77777777">
      <w:pPr>
        <w:spacing w:after="80" w:line="240" w:lineRule="auto"/>
        <w:rPr>
          <w:lang w:val="tr-TR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563"/>
        <w:gridCol w:w="3563"/>
        <w:gridCol w:w="3563"/>
        <w:gridCol w:w="3563"/>
      </w:tblGrid>
      <w:tr w:rsidRPr="00971D44" w:rsidR="00E27684" w14:paraId="64E9162C" w14:textId="77777777">
        <w:trPr>
          <w:jc w:val="center"/>
        </w:trPr>
        <w:tc>
          <w:tcPr>
            <w:tcW w:w="35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971D44" w:rsidR="00E27684" w:rsidP="00943C42" w:rsidRDefault="003F31A6" w14:paraId="1BDD43AB" w14:textId="77777777">
            <w:pPr>
              <w:spacing w:after="0" w:line="240" w:lineRule="auto"/>
              <w:rPr>
                <w:lang w:val="tr-TR"/>
              </w:rPr>
            </w:pPr>
            <w:r w:rsidRPr="00971D44">
              <w:rPr>
                <w:b/>
                <w:sz w:val="18"/>
                <w:lang w:val="tr-TR"/>
              </w:rPr>
              <w:t>Uzmanlık Öğrencisi</w:t>
            </w:r>
          </w:p>
        </w:tc>
        <w:tc>
          <w:tcPr>
            <w:tcW w:w="35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971D44" w:rsidR="00E27684" w:rsidP="00943C42" w:rsidRDefault="00E27684" w14:paraId="1279AF9F" w14:textId="77777777">
            <w:pPr>
              <w:spacing w:after="0" w:line="240" w:lineRule="auto"/>
              <w:rPr>
                <w:lang w:val="tr-TR"/>
              </w:rPr>
            </w:pPr>
          </w:p>
        </w:tc>
        <w:tc>
          <w:tcPr>
            <w:tcW w:w="35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971D44" w:rsidR="00E27684" w:rsidP="00943C42" w:rsidRDefault="003F31A6" w14:paraId="61531896" w14:textId="77777777">
            <w:pPr>
              <w:spacing w:after="0" w:line="240" w:lineRule="auto"/>
              <w:rPr>
                <w:lang w:val="tr-TR"/>
              </w:rPr>
            </w:pPr>
            <w:r w:rsidRPr="00971D44">
              <w:rPr>
                <w:b/>
                <w:sz w:val="18"/>
                <w:lang w:val="tr-TR"/>
              </w:rPr>
              <w:t>Tarih</w:t>
            </w:r>
          </w:p>
        </w:tc>
        <w:tc>
          <w:tcPr>
            <w:tcW w:w="35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971D44" w:rsidR="00E27684" w:rsidP="00943C42" w:rsidRDefault="003F31A6" w14:paraId="4BE32AAD" w14:textId="77777777">
            <w:pPr>
              <w:spacing w:after="0" w:line="240" w:lineRule="auto"/>
              <w:rPr>
                <w:lang w:val="tr-TR"/>
              </w:rPr>
            </w:pPr>
            <w:r w:rsidRPr="00971D44">
              <w:rPr>
                <w:sz w:val="18"/>
                <w:lang w:val="tr-TR"/>
              </w:rPr>
              <w:t>…… / …… / 20……</w:t>
            </w:r>
          </w:p>
        </w:tc>
      </w:tr>
      <w:tr w:rsidRPr="00971D44" w:rsidR="00E27684" w14:paraId="6B014B19" w14:textId="77777777">
        <w:trPr>
          <w:jc w:val="center"/>
        </w:trPr>
        <w:tc>
          <w:tcPr>
            <w:tcW w:w="35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971D44" w:rsidR="00E27684" w:rsidP="00943C42" w:rsidRDefault="003F31A6" w14:paraId="5D048254" w14:textId="77777777">
            <w:pPr>
              <w:spacing w:after="0" w:line="240" w:lineRule="auto"/>
              <w:rPr>
                <w:lang w:val="tr-TR"/>
              </w:rPr>
            </w:pPr>
            <w:r w:rsidRPr="00971D44">
              <w:rPr>
                <w:b/>
                <w:sz w:val="18"/>
                <w:lang w:val="tr-TR"/>
              </w:rPr>
              <w:t>Anabilim Dalı</w:t>
            </w:r>
          </w:p>
        </w:tc>
        <w:tc>
          <w:tcPr>
            <w:tcW w:w="35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971D44" w:rsidR="00E27684" w:rsidP="00943C42" w:rsidRDefault="00E27684" w14:paraId="1108C362" w14:textId="77777777">
            <w:pPr>
              <w:spacing w:after="0" w:line="240" w:lineRule="auto"/>
              <w:rPr>
                <w:lang w:val="tr-TR"/>
              </w:rPr>
            </w:pPr>
          </w:p>
        </w:tc>
        <w:tc>
          <w:tcPr>
            <w:tcW w:w="35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971D44" w:rsidR="00E27684" w:rsidP="00943C42" w:rsidRDefault="003F31A6" w14:paraId="183C4B8A" w14:textId="77777777">
            <w:pPr>
              <w:spacing w:after="0" w:line="240" w:lineRule="auto"/>
              <w:rPr>
                <w:lang w:val="tr-TR"/>
              </w:rPr>
            </w:pPr>
            <w:r w:rsidRPr="00971D44">
              <w:rPr>
                <w:b/>
                <w:sz w:val="18"/>
                <w:lang w:val="tr-TR"/>
              </w:rPr>
              <w:t>Tez Danışmanı</w:t>
            </w:r>
          </w:p>
        </w:tc>
        <w:tc>
          <w:tcPr>
            <w:tcW w:w="35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971D44" w:rsidR="00E27684" w:rsidP="00943C42" w:rsidRDefault="00E27684" w14:paraId="5C2AA4CE" w14:textId="77777777">
            <w:pPr>
              <w:spacing w:after="0" w:line="240" w:lineRule="auto"/>
              <w:rPr>
                <w:lang w:val="tr-TR"/>
              </w:rPr>
            </w:pPr>
          </w:p>
        </w:tc>
      </w:tr>
      <w:tr w:rsidRPr="00971D44" w:rsidR="00E27684" w14:paraId="7F5DD067" w14:textId="77777777">
        <w:trPr>
          <w:jc w:val="center"/>
        </w:trPr>
        <w:tc>
          <w:tcPr>
            <w:tcW w:w="35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971D44" w:rsidR="00E27684" w:rsidP="00943C42" w:rsidRDefault="003F31A6" w14:paraId="2BAAFD3D" w14:textId="77777777">
            <w:pPr>
              <w:spacing w:after="0" w:line="240" w:lineRule="auto"/>
              <w:rPr>
                <w:lang w:val="tr-TR"/>
              </w:rPr>
            </w:pPr>
            <w:r w:rsidRPr="00971D44">
              <w:rPr>
                <w:b/>
                <w:sz w:val="18"/>
                <w:lang w:val="tr-TR"/>
              </w:rPr>
              <w:t>Tez Başlığı</w:t>
            </w:r>
          </w:p>
        </w:tc>
        <w:tc>
          <w:tcPr>
            <w:tcW w:w="35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971D44" w:rsidR="00E27684" w:rsidP="00943C42" w:rsidRDefault="00E27684" w14:paraId="59C1CA13" w14:textId="77777777">
            <w:pPr>
              <w:spacing w:after="0" w:line="240" w:lineRule="auto"/>
              <w:rPr>
                <w:lang w:val="tr-TR"/>
              </w:rPr>
            </w:pPr>
          </w:p>
        </w:tc>
        <w:tc>
          <w:tcPr>
            <w:tcW w:w="35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971D44" w:rsidR="00E27684" w:rsidP="00943C42" w:rsidRDefault="003F31A6" w14:paraId="7A722E97" w14:textId="77777777">
            <w:pPr>
              <w:spacing w:after="0" w:line="240" w:lineRule="auto"/>
              <w:rPr>
                <w:lang w:val="tr-TR"/>
              </w:rPr>
            </w:pPr>
            <w:r w:rsidRPr="00971D44">
              <w:rPr>
                <w:b/>
                <w:sz w:val="18"/>
                <w:lang w:val="tr-TR"/>
              </w:rPr>
              <w:t>Jüri Üyesi</w:t>
            </w:r>
          </w:p>
        </w:tc>
        <w:tc>
          <w:tcPr>
            <w:tcW w:w="35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971D44" w:rsidR="00E27684" w:rsidP="00943C42" w:rsidRDefault="00E27684" w14:paraId="09724215" w14:textId="77777777">
            <w:pPr>
              <w:spacing w:after="0" w:line="240" w:lineRule="auto"/>
              <w:rPr>
                <w:lang w:val="tr-TR"/>
              </w:rPr>
            </w:pPr>
          </w:p>
        </w:tc>
      </w:tr>
    </w:tbl>
    <w:p w:rsidRPr="00971D44" w:rsidR="00505289" w:rsidP="00943C42" w:rsidRDefault="00505289" w14:paraId="6E1FDE74" w14:textId="77777777">
      <w:pPr>
        <w:spacing w:after="80" w:line="240" w:lineRule="auto"/>
        <w:rPr>
          <w:b/>
          <w:sz w:val="18"/>
          <w:lang w:val="tr-TR"/>
        </w:rPr>
      </w:pPr>
    </w:p>
    <w:p w:rsidRPr="00971D44" w:rsidR="00505289" w:rsidP="00943C42" w:rsidRDefault="00505289" w14:paraId="1710EFED" w14:textId="77777777">
      <w:pPr>
        <w:spacing w:after="80" w:line="240" w:lineRule="auto"/>
        <w:rPr>
          <w:b/>
          <w:sz w:val="18"/>
          <w:lang w:val="tr-TR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563"/>
        <w:gridCol w:w="3563"/>
        <w:gridCol w:w="3563"/>
        <w:gridCol w:w="3563"/>
      </w:tblGrid>
      <w:tr w:rsidRPr="00971D44" w:rsidR="00505289" w:rsidTr="000E3E0A" w14:paraId="3FF843AD" w14:textId="77777777">
        <w:tc>
          <w:tcPr>
            <w:tcW w:w="35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D9EAF7"/>
            <w:vAlign w:val="center"/>
          </w:tcPr>
          <w:p w:rsidRPr="00971D44" w:rsidR="00505289" w:rsidP="00943C42" w:rsidRDefault="00505289" w14:paraId="302F0818" w14:textId="77777777">
            <w:pPr>
              <w:spacing w:after="0" w:line="240" w:lineRule="auto"/>
              <w:rPr>
                <w:lang w:val="tr-TR"/>
              </w:rPr>
            </w:pPr>
            <w:r w:rsidRPr="00971D44">
              <w:rPr>
                <w:b/>
                <w:sz w:val="18"/>
                <w:lang w:val="tr-TR"/>
              </w:rPr>
              <w:t>Bölüm</w:t>
            </w:r>
          </w:p>
        </w:tc>
        <w:tc>
          <w:tcPr>
            <w:tcW w:w="35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D9EAF7"/>
            <w:vAlign w:val="center"/>
          </w:tcPr>
          <w:p w:rsidRPr="00971D44" w:rsidR="00505289" w:rsidP="00943C42" w:rsidRDefault="00505289" w14:paraId="17564714" w14:textId="77777777">
            <w:pPr>
              <w:spacing w:after="0" w:line="240" w:lineRule="auto"/>
              <w:rPr>
                <w:lang w:val="tr-TR"/>
              </w:rPr>
            </w:pPr>
            <w:r w:rsidRPr="00971D44">
              <w:rPr>
                <w:b/>
                <w:sz w:val="18"/>
                <w:lang w:val="tr-TR"/>
              </w:rPr>
              <w:t>Değerlendirme Kriteri</w:t>
            </w:r>
          </w:p>
        </w:tc>
        <w:tc>
          <w:tcPr>
            <w:tcW w:w="35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D9EAF7"/>
            <w:vAlign w:val="center"/>
          </w:tcPr>
          <w:p w:rsidRPr="00971D44" w:rsidR="00505289" w:rsidP="00943C42" w:rsidRDefault="00505289" w14:paraId="63F1933E" w14:textId="77777777">
            <w:pPr>
              <w:spacing w:after="0" w:line="240" w:lineRule="auto"/>
              <w:rPr>
                <w:lang w:val="tr-TR"/>
              </w:rPr>
            </w:pPr>
            <w:r w:rsidRPr="00971D44">
              <w:rPr>
                <w:b/>
                <w:sz w:val="18"/>
                <w:lang w:val="tr-TR"/>
              </w:rPr>
              <w:t>Evet</w:t>
            </w:r>
          </w:p>
        </w:tc>
        <w:tc>
          <w:tcPr>
            <w:tcW w:w="35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D9EAF7"/>
            <w:vAlign w:val="center"/>
          </w:tcPr>
          <w:p w:rsidRPr="00971D44" w:rsidR="00505289" w:rsidP="00943C42" w:rsidRDefault="00505289" w14:paraId="45AAAE94" w14:textId="77777777">
            <w:pPr>
              <w:spacing w:after="0" w:line="240" w:lineRule="auto"/>
              <w:rPr>
                <w:lang w:val="tr-TR"/>
              </w:rPr>
            </w:pPr>
            <w:r w:rsidRPr="00971D44">
              <w:rPr>
                <w:b/>
                <w:sz w:val="18"/>
                <w:lang w:val="tr-TR"/>
              </w:rPr>
              <w:t>Hayır</w:t>
            </w:r>
          </w:p>
        </w:tc>
      </w:tr>
      <w:tr w:rsidRPr="00971D44" w:rsidR="00505289" w:rsidTr="000E3E0A" w14:paraId="3724DBB8" w14:textId="77777777">
        <w:tc>
          <w:tcPr>
            <w:tcW w:w="14252" w:type="dxa"/>
            <w:gridSpan w:val="4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971D44" w:rsidR="00505289" w:rsidP="00943C42" w:rsidRDefault="00505289" w14:paraId="32490A82" w14:textId="77777777">
            <w:pPr>
              <w:spacing w:after="0" w:line="240" w:lineRule="auto"/>
              <w:rPr>
                <w:lang w:val="tr-TR"/>
              </w:rPr>
            </w:pPr>
            <w:r w:rsidRPr="00971D44">
              <w:rPr>
                <w:b/>
                <w:sz w:val="18"/>
                <w:lang w:val="tr-TR"/>
              </w:rPr>
              <w:t>Tezin Sunumu</w:t>
            </w:r>
          </w:p>
        </w:tc>
      </w:tr>
      <w:tr w:rsidRPr="00971D44" w:rsidR="00505289" w:rsidTr="000E3E0A" w14:paraId="14C5C6E5" w14:textId="77777777">
        <w:tc>
          <w:tcPr>
            <w:tcW w:w="35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971D44" w:rsidR="00505289" w:rsidP="00943C42" w:rsidRDefault="00505289" w14:paraId="1C0DE80E" w14:textId="77777777">
            <w:pPr>
              <w:spacing w:after="0" w:line="240" w:lineRule="auto"/>
              <w:rPr>
                <w:lang w:val="tr-TR"/>
              </w:rPr>
            </w:pPr>
          </w:p>
        </w:tc>
        <w:tc>
          <w:tcPr>
            <w:tcW w:w="35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971D44" w:rsidR="00505289" w:rsidP="00943C42" w:rsidRDefault="00505289" w14:paraId="5C8C1C21" w14:textId="77777777">
            <w:pPr>
              <w:spacing w:after="0" w:line="240" w:lineRule="auto"/>
              <w:rPr>
                <w:lang w:val="tr-TR"/>
              </w:rPr>
            </w:pPr>
            <w:r w:rsidRPr="00971D44">
              <w:rPr>
                <w:sz w:val="18"/>
                <w:lang w:val="tr-TR"/>
              </w:rPr>
              <w:t>Akıcı ve kolay anlaşılır bir sunum yapıldı mı?</w:t>
            </w:r>
          </w:p>
        </w:tc>
        <w:tc>
          <w:tcPr>
            <w:tcW w:w="35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971D44" w:rsidR="00505289" w:rsidP="00943C42" w:rsidRDefault="00505289" w14:paraId="061FFCED" w14:textId="77777777">
            <w:pPr>
              <w:spacing w:after="0" w:line="240" w:lineRule="auto"/>
              <w:jc w:val="center"/>
              <w:rPr>
                <w:lang w:val="tr-TR"/>
              </w:rPr>
            </w:pPr>
            <w:r w:rsidRPr="00971D44">
              <w:rPr>
                <w:sz w:val="18"/>
                <w:lang w:val="tr-TR"/>
              </w:rPr>
              <w:t>☐</w:t>
            </w:r>
          </w:p>
        </w:tc>
        <w:tc>
          <w:tcPr>
            <w:tcW w:w="35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971D44" w:rsidR="00505289" w:rsidP="00943C42" w:rsidRDefault="00505289" w14:paraId="1436C8E5" w14:textId="77777777">
            <w:pPr>
              <w:spacing w:after="0" w:line="240" w:lineRule="auto"/>
              <w:jc w:val="center"/>
              <w:rPr>
                <w:lang w:val="tr-TR"/>
              </w:rPr>
            </w:pPr>
            <w:r w:rsidRPr="00971D44">
              <w:rPr>
                <w:sz w:val="18"/>
                <w:lang w:val="tr-TR"/>
              </w:rPr>
              <w:t>☐</w:t>
            </w:r>
          </w:p>
        </w:tc>
      </w:tr>
      <w:tr w:rsidRPr="00971D44" w:rsidR="00505289" w:rsidTr="000E3E0A" w14:paraId="09A626E0" w14:textId="77777777">
        <w:tc>
          <w:tcPr>
            <w:tcW w:w="35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971D44" w:rsidR="00505289" w:rsidP="00943C42" w:rsidRDefault="00505289" w14:paraId="026C0088" w14:textId="77777777">
            <w:pPr>
              <w:spacing w:after="0" w:line="240" w:lineRule="auto"/>
              <w:rPr>
                <w:lang w:val="tr-TR"/>
              </w:rPr>
            </w:pPr>
          </w:p>
        </w:tc>
        <w:tc>
          <w:tcPr>
            <w:tcW w:w="35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971D44" w:rsidR="00505289" w:rsidP="00943C42" w:rsidRDefault="00505289" w14:paraId="045D23DF" w14:textId="77777777">
            <w:pPr>
              <w:spacing w:after="0" w:line="240" w:lineRule="auto"/>
              <w:rPr>
                <w:lang w:val="tr-TR"/>
              </w:rPr>
            </w:pPr>
            <w:r w:rsidRPr="00971D44">
              <w:rPr>
                <w:sz w:val="18"/>
                <w:lang w:val="tr-TR"/>
              </w:rPr>
              <w:t>Adayın sunum esnasında konuya hâkimiyeti yeterli mi?</w:t>
            </w:r>
          </w:p>
        </w:tc>
        <w:tc>
          <w:tcPr>
            <w:tcW w:w="35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971D44" w:rsidR="00505289" w:rsidP="00943C42" w:rsidRDefault="00505289" w14:paraId="0435D9EA" w14:textId="77777777">
            <w:pPr>
              <w:spacing w:after="0" w:line="240" w:lineRule="auto"/>
              <w:jc w:val="center"/>
              <w:rPr>
                <w:lang w:val="tr-TR"/>
              </w:rPr>
            </w:pPr>
            <w:r w:rsidRPr="00971D44">
              <w:rPr>
                <w:sz w:val="18"/>
                <w:lang w:val="tr-TR"/>
              </w:rPr>
              <w:t>☐</w:t>
            </w:r>
          </w:p>
        </w:tc>
        <w:tc>
          <w:tcPr>
            <w:tcW w:w="35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971D44" w:rsidR="00505289" w:rsidP="00943C42" w:rsidRDefault="00505289" w14:paraId="20F59D74" w14:textId="77777777">
            <w:pPr>
              <w:spacing w:after="0" w:line="240" w:lineRule="auto"/>
              <w:jc w:val="center"/>
              <w:rPr>
                <w:lang w:val="tr-TR"/>
              </w:rPr>
            </w:pPr>
            <w:r w:rsidRPr="00971D44">
              <w:rPr>
                <w:sz w:val="18"/>
                <w:lang w:val="tr-TR"/>
              </w:rPr>
              <w:t>☐</w:t>
            </w:r>
          </w:p>
        </w:tc>
      </w:tr>
      <w:tr w:rsidRPr="00971D44" w:rsidR="00505289" w:rsidTr="000E3E0A" w14:paraId="391783F0" w14:textId="77777777">
        <w:tc>
          <w:tcPr>
            <w:tcW w:w="35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971D44" w:rsidR="00505289" w:rsidP="00943C42" w:rsidRDefault="00505289" w14:paraId="462E20D3" w14:textId="77777777">
            <w:pPr>
              <w:spacing w:after="0" w:line="240" w:lineRule="auto"/>
              <w:rPr>
                <w:lang w:val="tr-TR"/>
              </w:rPr>
            </w:pPr>
          </w:p>
        </w:tc>
        <w:tc>
          <w:tcPr>
            <w:tcW w:w="35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971D44" w:rsidR="00505289" w:rsidP="00943C42" w:rsidRDefault="00505289" w14:paraId="72AE1EBF" w14:textId="77777777">
            <w:pPr>
              <w:spacing w:after="0" w:line="240" w:lineRule="auto"/>
              <w:rPr>
                <w:lang w:val="tr-TR"/>
              </w:rPr>
            </w:pPr>
            <w:r w:rsidRPr="00971D44">
              <w:rPr>
                <w:sz w:val="18"/>
                <w:lang w:val="tr-TR"/>
              </w:rPr>
              <w:t>Adayın, elde edilen verileri yorumlama yeteneği yeterli mi?</w:t>
            </w:r>
          </w:p>
        </w:tc>
        <w:tc>
          <w:tcPr>
            <w:tcW w:w="35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971D44" w:rsidR="00505289" w:rsidP="00943C42" w:rsidRDefault="00505289" w14:paraId="1CDE70B0" w14:textId="77777777">
            <w:pPr>
              <w:spacing w:after="0" w:line="240" w:lineRule="auto"/>
              <w:jc w:val="center"/>
              <w:rPr>
                <w:lang w:val="tr-TR"/>
              </w:rPr>
            </w:pPr>
            <w:r w:rsidRPr="00971D44">
              <w:rPr>
                <w:sz w:val="18"/>
                <w:lang w:val="tr-TR"/>
              </w:rPr>
              <w:t>☐</w:t>
            </w:r>
          </w:p>
        </w:tc>
        <w:tc>
          <w:tcPr>
            <w:tcW w:w="35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971D44" w:rsidR="00505289" w:rsidP="00943C42" w:rsidRDefault="00505289" w14:paraId="1C95C79D" w14:textId="77777777">
            <w:pPr>
              <w:spacing w:after="0" w:line="240" w:lineRule="auto"/>
              <w:jc w:val="center"/>
              <w:rPr>
                <w:lang w:val="tr-TR"/>
              </w:rPr>
            </w:pPr>
            <w:r w:rsidRPr="00971D44">
              <w:rPr>
                <w:sz w:val="18"/>
                <w:lang w:val="tr-TR"/>
              </w:rPr>
              <w:t>☐</w:t>
            </w:r>
          </w:p>
        </w:tc>
      </w:tr>
      <w:tr w:rsidRPr="00971D44" w:rsidR="00505289" w:rsidTr="000E3E0A" w14:paraId="26D46807" w14:textId="77777777">
        <w:tc>
          <w:tcPr>
            <w:tcW w:w="14252" w:type="dxa"/>
            <w:gridSpan w:val="4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971D44" w:rsidR="00505289" w:rsidP="00943C42" w:rsidRDefault="00505289" w14:paraId="562D66FA" w14:textId="77777777">
            <w:pPr>
              <w:spacing w:after="0" w:line="240" w:lineRule="auto"/>
              <w:rPr>
                <w:lang w:val="tr-TR"/>
              </w:rPr>
            </w:pPr>
            <w:r w:rsidRPr="00971D44">
              <w:rPr>
                <w:b/>
                <w:sz w:val="18"/>
                <w:lang w:val="tr-TR"/>
              </w:rPr>
              <w:t>Giriş ve Amaç</w:t>
            </w:r>
          </w:p>
        </w:tc>
      </w:tr>
      <w:tr w:rsidRPr="00971D44" w:rsidR="00505289" w:rsidTr="000E3E0A" w14:paraId="5F485EC4" w14:textId="77777777">
        <w:tc>
          <w:tcPr>
            <w:tcW w:w="35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971D44" w:rsidR="00505289" w:rsidP="00943C42" w:rsidRDefault="00505289" w14:paraId="3DA79AE7" w14:textId="77777777">
            <w:pPr>
              <w:spacing w:after="0" w:line="240" w:lineRule="auto"/>
              <w:rPr>
                <w:lang w:val="tr-TR"/>
              </w:rPr>
            </w:pPr>
          </w:p>
        </w:tc>
        <w:tc>
          <w:tcPr>
            <w:tcW w:w="35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971D44" w:rsidR="00505289" w:rsidP="00943C42" w:rsidRDefault="00505289" w14:paraId="61EE58E5" w14:textId="77777777">
            <w:pPr>
              <w:spacing w:after="0" w:line="240" w:lineRule="auto"/>
              <w:rPr>
                <w:lang w:val="tr-TR"/>
              </w:rPr>
            </w:pPr>
            <w:r w:rsidRPr="00971D44">
              <w:rPr>
                <w:sz w:val="18"/>
                <w:lang w:val="tr-TR"/>
              </w:rPr>
              <w:t>Girişteki bilgiler çalışmanın yapılma gerekçesini ortaya koyuyor mu?</w:t>
            </w:r>
          </w:p>
        </w:tc>
        <w:tc>
          <w:tcPr>
            <w:tcW w:w="35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971D44" w:rsidR="00505289" w:rsidP="00943C42" w:rsidRDefault="00505289" w14:paraId="0FD54640" w14:textId="77777777">
            <w:pPr>
              <w:spacing w:after="0" w:line="240" w:lineRule="auto"/>
              <w:jc w:val="center"/>
              <w:rPr>
                <w:lang w:val="tr-TR"/>
              </w:rPr>
            </w:pPr>
            <w:r w:rsidRPr="00971D44">
              <w:rPr>
                <w:sz w:val="18"/>
                <w:lang w:val="tr-TR"/>
              </w:rPr>
              <w:t>☐</w:t>
            </w:r>
          </w:p>
        </w:tc>
        <w:tc>
          <w:tcPr>
            <w:tcW w:w="35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971D44" w:rsidR="00505289" w:rsidP="00943C42" w:rsidRDefault="00505289" w14:paraId="03F4BECD" w14:textId="77777777">
            <w:pPr>
              <w:spacing w:after="0" w:line="240" w:lineRule="auto"/>
              <w:jc w:val="center"/>
              <w:rPr>
                <w:lang w:val="tr-TR"/>
              </w:rPr>
            </w:pPr>
            <w:r w:rsidRPr="00971D44">
              <w:rPr>
                <w:sz w:val="18"/>
                <w:lang w:val="tr-TR"/>
              </w:rPr>
              <w:t>☐</w:t>
            </w:r>
          </w:p>
        </w:tc>
      </w:tr>
      <w:tr w:rsidRPr="00971D44" w:rsidR="00505289" w:rsidTr="000E3E0A" w14:paraId="754968CF" w14:textId="77777777">
        <w:tc>
          <w:tcPr>
            <w:tcW w:w="35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971D44" w:rsidR="00505289" w:rsidP="00943C42" w:rsidRDefault="00505289" w14:paraId="76686A0E" w14:textId="77777777">
            <w:pPr>
              <w:spacing w:after="0" w:line="240" w:lineRule="auto"/>
              <w:rPr>
                <w:lang w:val="tr-TR"/>
              </w:rPr>
            </w:pPr>
          </w:p>
        </w:tc>
        <w:tc>
          <w:tcPr>
            <w:tcW w:w="35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971D44" w:rsidR="00505289" w:rsidP="00943C42" w:rsidRDefault="00505289" w14:paraId="1EB987A9" w14:textId="77777777">
            <w:pPr>
              <w:spacing w:after="0" w:line="240" w:lineRule="auto"/>
              <w:rPr>
                <w:lang w:val="tr-TR"/>
              </w:rPr>
            </w:pPr>
            <w:r w:rsidRPr="00971D44">
              <w:rPr>
                <w:sz w:val="18"/>
                <w:lang w:val="tr-TR"/>
              </w:rPr>
              <w:t>Araştırmanın amacı açık olarak belirtilmiş mi?</w:t>
            </w:r>
          </w:p>
        </w:tc>
        <w:tc>
          <w:tcPr>
            <w:tcW w:w="35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971D44" w:rsidR="00505289" w:rsidP="00943C42" w:rsidRDefault="00505289" w14:paraId="4E961983" w14:textId="77777777">
            <w:pPr>
              <w:spacing w:after="0" w:line="240" w:lineRule="auto"/>
              <w:jc w:val="center"/>
              <w:rPr>
                <w:lang w:val="tr-TR"/>
              </w:rPr>
            </w:pPr>
            <w:r w:rsidRPr="00971D44">
              <w:rPr>
                <w:sz w:val="18"/>
                <w:lang w:val="tr-TR"/>
              </w:rPr>
              <w:t>☐</w:t>
            </w:r>
          </w:p>
        </w:tc>
        <w:tc>
          <w:tcPr>
            <w:tcW w:w="35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971D44" w:rsidR="00505289" w:rsidP="00943C42" w:rsidRDefault="00505289" w14:paraId="6F5D9C7D" w14:textId="77777777">
            <w:pPr>
              <w:spacing w:after="0" w:line="240" w:lineRule="auto"/>
              <w:jc w:val="center"/>
              <w:rPr>
                <w:lang w:val="tr-TR"/>
              </w:rPr>
            </w:pPr>
            <w:r w:rsidRPr="00971D44">
              <w:rPr>
                <w:sz w:val="18"/>
                <w:lang w:val="tr-TR"/>
              </w:rPr>
              <w:t>☐</w:t>
            </w:r>
          </w:p>
        </w:tc>
      </w:tr>
      <w:tr w:rsidRPr="00971D44" w:rsidR="00505289" w:rsidTr="000E3E0A" w14:paraId="346F836E" w14:textId="77777777">
        <w:tc>
          <w:tcPr>
            <w:tcW w:w="35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971D44" w:rsidR="00505289" w:rsidP="00943C42" w:rsidRDefault="00505289" w14:paraId="1C46C1B7" w14:textId="77777777">
            <w:pPr>
              <w:spacing w:after="0" w:line="240" w:lineRule="auto"/>
              <w:rPr>
                <w:lang w:val="tr-TR"/>
              </w:rPr>
            </w:pPr>
          </w:p>
        </w:tc>
        <w:tc>
          <w:tcPr>
            <w:tcW w:w="35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971D44" w:rsidR="00505289" w:rsidP="00943C42" w:rsidRDefault="00505289" w14:paraId="61824E56" w14:textId="77777777">
            <w:pPr>
              <w:spacing w:after="0" w:line="240" w:lineRule="auto"/>
              <w:rPr>
                <w:lang w:val="tr-TR"/>
              </w:rPr>
            </w:pPr>
            <w:r w:rsidRPr="00971D44">
              <w:rPr>
                <w:sz w:val="18"/>
                <w:lang w:val="tr-TR"/>
              </w:rPr>
              <w:t>Araştırma hipotezi ve sonuç değişkenleri açık olarak belirtilmiş mi?</w:t>
            </w:r>
          </w:p>
        </w:tc>
        <w:tc>
          <w:tcPr>
            <w:tcW w:w="35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971D44" w:rsidR="00505289" w:rsidP="00943C42" w:rsidRDefault="00505289" w14:paraId="5F0436AC" w14:textId="77777777">
            <w:pPr>
              <w:spacing w:after="0" w:line="240" w:lineRule="auto"/>
              <w:jc w:val="center"/>
              <w:rPr>
                <w:lang w:val="tr-TR"/>
              </w:rPr>
            </w:pPr>
            <w:r w:rsidRPr="00971D44">
              <w:rPr>
                <w:sz w:val="18"/>
                <w:lang w:val="tr-TR"/>
              </w:rPr>
              <w:t>☐</w:t>
            </w:r>
          </w:p>
        </w:tc>
        <w:tc>
          <w:tcPr>
            <w:tcW w:w="35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971D44" w:rsidR="00505289" w:rsidP="00943C42" w:rsidRDefault="00505289" w14:paraId="3FB240DF" w14:textId="77777777">
            <w:pPr>
              <w:spacing w:after="0" w:line="240" w:lineRule="auto"/>
              <w:jc w:val="center"/>
              <w:rPr>
                <w:lang w:val="tr-TR"/>
              </w:rPr>
            </w:pPr>
            <w:r w:rsidRPr="00971D44">
              <w:rPr>
                <w:sz w:val="18"/>
                <w:lang w:val="tr-TR"/>
              </w:rPr>
              <w:t>☐</w:t>
            </w:r>
          </w:p>
        </w:tc>
      </w:tr>
      <w:tr w:rsidRPr="00971D44" w:rsidR="00505289" w:rsidTr="000E3E0A" w14:paraId="14BF139B" w14:textId="77777777">
        <w:tc>
          <w:tcPr>
            <w:tcW w:w="35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971D44" w:rsidR="00505289" w:rsidP="00943C42" w:rsidRDefault="00505289" w14:paraId="3511D353" w14:textId="77777777">
            <w:pPr>
              <w:spacing w:after="0" w:line="240" w:lineRule="auto"/>
              <w:rPr>
                <w:lang w:val="tr-TR"/>
              </w:rPr>
            </w:pPr>
          </w:p>
        </w:tc>
        <w:tc>
          <w:tcPr>
            <w:tcW w:w="35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971D44" w:rsidR="00505289" w:rsidP="00943C42" w:rsidRDefault="00505289" w14:paraId="07E4F21E" w14:textId="77777777">
            <w:pPr>
              <w:spacing w:after="0" w:line="240" w:lineRule="auto"/>
              <w:rPr>
                <w:lang w:val="tr-TR"/>
              </w:rPr>
            </w:pPr>
            <w:r w:rsidRPr="00971D44">
              <w:rPr>
                <w:sz w:val="18"/>
                <w:lang w:val="tr-TR"/>
              </w:rPr>
              <w:t>Çalışma özgün bir araştırma niteliği taşıyor mu?</w:t>
            </w:r>
          </w:p>
        </w:tc>
        <w:tc>
          <w:tcPr>
            <w:tcW w:w="35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971D44" w:rsidR="00505289" w:rsidP="00943C42" w:rsidRDefault="00505289" w14:paraId="75293001" w14:textId="77777777">
            <w:pPr>
              <w:spacing w:after="0" w:line="240" w:lineRule="auto"/>
              <w:jc w:val="center"/>
              <w:rPr>
                <w:lang w:val="tr-TR"/>
              </w:rPr>
            </w:pPr>
            <w:r w:rsidRPr="00971D44">
              <w:rPr>
                <w:sz w:val="18"/>
                <w:lang w:val="tr-TR"/>
              </w:rPr>
              <w:t>☐</w:t>
            </w:r>
          </w:p>
        </w:tc>
        <w:tc>
          <w:tcPr>
            <w:tcW w:w="35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971D44" w:rsidR="00505289" w:rsidP="00943C42" w:rsidRDefault="00505289" w14:paraId="48237EAA" w14:textId="77777777">
            <w:pPr>
              <w:spacing w:after="0" w:line="240" w:lineRule="auto"/>
              <w:jc w:val="center"/>
              <w:rPr>
                <w:lang w:val="tr-TR"/>
              </w:rPr>
            </w:pPr>
            <w:r w:rsidRPr="00971D44">
              <w:rPr>
                <w:sz w:val="18"/>
                <w:lang w:val="tr-TR"/>
              </w:rPr>
              <w:t>☐</w:t>
            </w:r>
          </w:p>
        </w:tc>
      </w:tr>
      <w:tr w:rsidRPr="00971D44" w:rsidR="00505289" w:rsidTr="000E3E0A" w14:paraId="55EB83C0" w14:textId="77777777">
        <w:tc>
          <w:tcPr>
            <w:tcW w:w="14252" w:type="dxa"/>
            <w:gridSpan w:val="4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971D44" w:rsidR="00505289" w:rsidP="00943C42" w:rsidRDefault="00505289" w14:paraId="015FDE9B" w14:textId="77777777">
            <w:pPr>
              <w:spacing w:after="0" w:line="240" w:lineRule="auto"/>
              <w:rPr>
                <w:lang w:val="tr-TR"/>
              </w:rPr>
            </w:pPr>
            <w:r w:rsidRPr="00971D44">
              <w:rPr>
                <w:b/>
                <w:sz w:val="18"/>
                <w:lang w:val="tr-TR"/>
              </w:rPr>
              <w:t>Gereç ve Yöntem</w:t>
            </w:r>
          </w:p>
        </w:tc>
      </w:tr>
      <w:tr w:rsidRPr="00971D44" w:rsidR="00505289" w:rsidTr="000E3E0A" w14:paraId="57B96321" w14:textId="77777777">
        <w:tc>
          <w:tcPr>
            <w:tcW w:w="35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971D44" w:rsidR="00505289" w:rsidP="00943C42" w:rsidRDefault="00505289" w14:paraId="472A335E" w14:textId="77777777">
            <w:pPr>
              <w:spacing w:after="0" w:line="240" w:lineRule="auto"/>
              <w:rPr>
                <w:lang w:val="tr-TR"/>
              </w:rPr>
            </w:pPr>
          </w:p>
        </w:tc>
        <w:tc>
          <w:tcPr>
            <w:tcW w:w="35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971D44" w:rsidR="00505289" w:rsidP="00943C42" w:rsidRDefault="00505289" w14:paraId="3901818E" w14:textId="77777777">
            <w:pPr>
              <w:spacing w:after="0" w:line="240" w:lineRule="auto"/>
              <w:rPr>
                <w:lang w:val="tr-TR"/>
              </w:rPr>
            </w:pPr>
            <w:r w:rsidRPr="00971D44">
              <w:rPr>
                <w:sz w:val="18"/>
                <w:lang w:val="tr-TR"/>
              </w:rPr>
              <w:t>Çalışmanın yapıldığı yer ve zaman belirtilmiş mi?</w:t>
            </w:r>
          </w:p>
        </w:tc>
        <w:tc>
          <w:tcPr>
            <w:tcW w:w="35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971D44" w:rsidR="00505289" w:rsidP="00943C42" w:rsidRDefault="00505289" w14:paraId="09D3E75A" w14:textId="77777777">
            <w:pPr>
              <w:spacing w:after="0" w:line="240" w:lineRule="auto"/>
              <w:jc w:val="center"/>
              <w:rPr>
                <w:lang w:val="tr-TR"/>
              </w:rPr>
            </w:pPr>
            <w:r w:rsidRPr="00971D44">
              <w:rPr>
                <w:sz w:val="18"/>
                <w:lang w:val="tr-TR"/>
              </w:rPr>
              <w:t>☐</w:t>
            </w:r>
          </w:p>
        </w:tc>
        <w:tc>
          <w:tcPr>
            <w:tcW w:w="35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971D44" w:rsidR="00505289" w:rsidP="00943C42" w:rsidRDefault="00505289" w14:paraId="215F151B" w14:textId="77777777">
            <w:pPr>
              <w:spacing w:after="0" w:line="240" w:lineRule="auto"/>
              <w:jc w:val="center"/>
              <w:rPr>
                <w:lang w:val="tr-TR"/>
              </w:rPr>
            </w:pPr>
            <w:r w:rsidRPr="00971D44">
              <w:rPr>
                <w:sz w:val="18"/>
                <w:lang w:val="tr-TR"/>
              </w:rPr>
              <w:t>☐</w:t>
            </w:r>
          </w:p>
        </w:tc>
      </w:tr>
      <w:tr w:rsidRPr="00971D44" w:rsidR="00505289" w:rsidTr="000E3E0A" w14:paraId="5EC20CEC" w14:textId="77777777">
        <w:tc>
          <w:tcPr>
            <w:tcW w:w="35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971D44" w:rsidR="00505289" w:rsidP="00943C42" w:rsidRDefault="00505289" w14:paraId="7E1CDD46" w14:textId="77777777">
            <w:pPr>
              <w:spacing w:after="0" w:line="240" w:lineRule="auto"/>
              <w:rPr>
                <w:lang w:val="tr-TR"/>
              </w:rPr>
            </w:pPr>
          </w:p>
        </w:tc>
        <w:tc>
          <w:tcPr>
            <w:tcW w:w="35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971D44" w:rsidR="00505289" w:rsidP="00943C42" w:rsidRDefault="00505289" w14:paraId="3461C309" w14:textId="77777777">
            <w:pPr>
              <w:spacing w:after="0" w:line="240" w:lineRule="auto"/>
              <w:rPr>
                <w:lang w:val="tr-TR"/>
              </w:rPr>
            </w:pPr>
            <w:r w:rsidRPr="00971D44">
              <w:rPr>
                <w:sz w:val="18"/>
                <w:lang w:val="tr-TR"/>
              </w:rPr>
              <w:t>Yöntemler eksiksiz olarak verilmiş mi?</w:t>
            </w:r>
          </w:p>
        </w:tc>
        <w:tc>
          <w:tcPr>
            <w:tcW w:w="35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971D44" w:rsidR="00505289" w:rsidP="00943C42" w:rsidRDefault="00505289" w14:paraId="25840CCF" w14:textId="77777777">
            <w:pPr>
              <w:spacing w:after="0" w:line="240" w:lineRule="auto"/>
              <w:jc w:val="center"/>
              <w:rPr>
                <w:lang w:val="tr-TR"/>
              </w:rPr>
            </w:pPr>
            <w:r w:rsidRPr="00971D44">
              <w:rPr>
                <w:sz w:val="18"/>
                <w:lang w:val="tr-TR"/>
              </w:rPr>
              <w:t>☐</w:t>
            </w:r>
          </w:p>
        </w:tc>
        <w:tc>
          <w:tcPr>
            <w:tcW w:w="35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971D44" w:rsidR="00505289" w:rsidP="00943C42" w:rsidRDefault="00505289" w14:paraId="55EC2130" w14:textId="77777777">
            <w:pPr>
              <w:spacing w:after="0" w:line="240" w:lineRule="auto"/>
              <w:jc w:val="center"/>
              <w:rPr>
                <w:lang w:val="tr-TR"/>
              </w:rPr>
            </w:pPr>
            <w:r w:rsidRPr="00971D44">
              <w:rPr>
                <w:sz w:val="18"/>
                <w:lang w:val="tr-TR"/>
              </w:rPr>
              <w:t>☐</w:t>
            </w:r>
          </w:p>
        </w:tc>
      </w:tr>
      <w:tr w:rsidRPr="00971D44" w:rsidR="00505289" w:rsidTr="000E3E0A" w14:paraId="4517F6EF" w14:textId="77777777">
        <w:tc>
          <w:tcPr>
            <w:tcW w:w="35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971D44" w:rsidR="00505289" w:rsidP="00943C42" w:rsidRDefault="00505289" w14:paraId="55769572" w14:textId="77777777">
            <w:pPr>
              <w:spacing w:after="0" w:line="240" w:lineRule="auto"/>
              <w:rPr>
                <w:lang w:val="tr-TR"/>
              </w:rPr>
            </w:pPr>
          </w:p>
        </w:tc>
        <w:tc>
          <w:tcPr>
            <w:tcW w:w="35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971D44" w:rsidR="00505289" w:rsidP="00943C42" w:rsidRDefault="00505289" w14:paraId="41501CD7" w14:textId="77777777">
            <w:pPr>
              <w:spacing w:after="0" w:line="240" w:lineRule="auto"/>
              <w:rPr>
                <w:lang w:val="tr-TR"/>
              </w:rPr>
            </w:pPr>
            <w:r w:rsidRPr="00971D44">
              <w:rPr>
                <w:sz w:val="18"/>
                <w:lang w:val="tr-TR"/>
              </w:rPr>
              <w:t>Örneklem büyüklüğü ve değerlendirme teknikleri uygun mu?</w:t>
            </w:r>
          </w:p>
        </w:tc>
        <w:tc>
          <w:tcPr>
            <w:tcW w:w="35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971D44" w:rsidR="00505289" w:rsidP="00943C42" w:rsidRDefault="00505289" w14:paraId="396F498F" w14:textId="77777777">
            <w:pPr>
              <w:spacing w:after="0" w:line="240" w:lineRule="auto"/>
              <w:jc w:val="center"/>
              <w:rPr>
                <w:lang w:val="tr-TR"/>
              </w:rPr>
            </w:pPr>
            <w:r w:rsidRPr="00971D44">
              <w:rPr>
                <w:sz w:val="18"/>
                <w:lang w:val="tr-TR"/>
              </w:rPr>
              <w:t>☐</w:t>
            </w:r>
          </w:p>
        </w:tc>
        <w:tc>
          <w:tcPr>
            <w:tcW w:w="35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971D44" w:rsidR="00505289" w:rsidP="00943C42" w:rsidRDefault="00505289" w14:paraId="7D65CA89" w14:textId="77777777">
            <w:pPr>
              <w:spacing w:after="0" w:line="240" w:lineRule="auto"/>
              <w:jc w:val="center"/>
              <w:rPr>
                <w:lang w:val="tr-TR"/>
              </w:rPr>
            </w:pPr>
            <w:r w:rsidRPr="00971D44">
              <w:rPr>
                <w:sz w:val="18"/>
                <w:lang w:val="tr-TR"/>
              </w:rPr>
              <w:t>☐</w:t>
            </w:r>
          </w:p>
        </w:tc>
      </w:tr>
      <w:tr w:rsidRPr="00971D44" w:rsidR="00505289" w:rsidTr="000E3E0A" w14:paraId="11ABA357" w14:textId="77777777">
        <w:tc>
          <w:tcPr>
            <w:tcW w:w="35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971D44" w:rsidR="00505289" w:rsidP="00943C42" w:rsidRDefault="00505289" w14:paraId="436910C1" w14:textId="77777777">
            <w:pPr>
              <w:spacing w:after="0" w:line="240" w:lineRule="auto"/>
              <w:rPr>
                <w:lang w:val="tr-TR"/>
              </w:rPr>
            </w:pPr>
          </w:p>
        </w:tc>
        <w:tc>
          <w:tcPr>
            <w:tcW w:w="35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971D44" w:rsidR="00505289" w:rsidP="00943C42" w:rsidRDefault="00505289" w14:paraId="30B4A577" w14:textId="77777777">
            <w:pPr>
              <w:spacing w:after="0" w:line="240" w:lineRule="auto"/>
              <w:rPr>
                <w:lang w:val="tr-TR"/>
              </w:rPr>
            </w:pPr>
            <w:r w:rsidRPr="00971D44">
              <w:rPr>
                <w:sz w:val="18"/>
                <w:lang w:val="tr-TR"/>
              </w:rPr>
              <w:t>İstatistiksel değerlendirme yeterli mi?</w:t>
            </w:r>
          </w:p>
        </w:tc>
        <w:tc>
          <w:tcPr>
            <w:tcW w:w="35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971D44" w:rsidR="00505289" w:rsidP="00943C42" w:rsidRDefault="00505289" w14:paraId="1D3C888B" w14:textId="77777777">
            <w:pPr>
              <w:spacing w:after="0" w:line="240" w:lineRule="auto"/>
              <w:jc w:val="center"/>
              <w:rPr>
                <w:lang w:val="tr-TR"/>
              </w:rPr>
            </w:pPr>
            <w:r w:rsidRPr="00971D44">
              <w:rPr>
                <w:sz w:val="18"/>
                <w:lang w:val="tr-TR"/>
              </w:rPr>
              <w:t>☐</w:t>
            </w:r>
          </w:p>
        </w:tc>
        <w:tc>
          <w:tcPr>
            <w:tcW w:w="35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971D44" w:rsidR="00505289" w:rsidP="00943C42" w:rsidRDefault="00505289" w14:paraId="364F0CD2" w14:textId="77777777">
            <w:pPr>
              <w:spacing w:after="0" w:line="240" w:lineRule="auto"/>
              <w:jc w:val="center"/>
              <w:rPr>
                <w:lang w:val="tr-TR"/>
              </w:rPr>
            </w:pPr>
            <w:r w:rsidRPr="00971D44">
              <w:rPr>
                <w:sz w:val="18"/>
                <w:lang w:val="tr-TR"/>
              </w:rPr>
              <w:t>☐</w:t>
            </w:r>
          </w:p>
        </w:tc>
      </w:tr>
      <w:tr w:rsidRPr="00971D44" w:rsidR="00505289" w:rsidTr="000E3E0A" w14:paraId="7D321186" w14:textId="77777777">
        <w:tc>
          <w:tcPr>
            <w:tcW w:w="14252" w:type="dxa"/>
            <w:gridSpan w:val="4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971D44" w:rsidR="00505289" w:rsidP="00943C42" w:rsidRDefault="00505289" w14:paraId="00A60C4A" w14:textId="77777777">
            <w:pPr>
              <w:spacing w:after="0" w:line="240" w:lineRule="auto"/>
              <w:rPr>
                <w:lang w:val="tr-TR"/>
              </w:rPr>
            </w:pPr>
            <w:r w:rsidRPr="00971D44">
              <w:rPr>
                <w:b/>
                <w:sz w:val="18"/>
                <w:lang w:val="tr-TR"/>
              </w:rPr>
              <w:t>Etik, Bulgular ve Tartışma</w:t>
            </w:r>
          </w:p>
        </w:tc>
      </w:tr>
      <w:tr w:rsidRPr="00971D44" w:rsidR="00505289" w:rsidTr="000E3E0A" w14:paraId="64589F69" w14:textId="77777777">
        <w:tc>
          <w:tcPr>
            <w:tcW w:w="35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971D44" w:rsidR="00505289" w:rsidP="00943C42" w:rsidRDefault="00505289" w14:paraId="04D74D0D" w14:textId="77777777">
            <w:pPr>
              <w:spacing w:after="0" w:line="240" w:lineRule="auto"/>
              <w:rPr>
                <w:lang w:val="tr-TR"/>
              </w:rPr>
            </w:pPr>
          </w:p>
        </w:tc>
        <w:tc>
          <w:tcPr>
            <w:tcW w:w="35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971D44" w:rsidR="00505289" w:rsidP="00943C42" w:rsidRDefault="00505289" w14:paraId="52B3A50B" w14:textId="77777777">
            <w:pPr>
              <w:spacing w:after="0" w:line="240" w:lineRule="auto"/>
              <w:rPr>
                <w:lang w:val="tr-TR"/>
              </w:rPr>
            </w:pPr>
            <w:r w:rsidRPr="00971D44">
              <w:rPr>
                <w:sz w:val="18"/>
                <w:lang w:val="tr-TR"/>
              </w:rPr>
              <w:t>Etik kurul onayı var mı?</w:t>
            </w:r>
          </w:p>
        </w:tc>
        <w:tc>
          <w:tcPr>
            <w:tcW w:w="35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971D44" w:rsidR="00505289" w:rsidP="00943C42" w:rsidRDefault="00505289" w14:paraId="50CF6F1C" w14:textId="77777777">
            <w:pPr>
              <w:spacing w:after="0" w:line="240" w:lineRule="auto"/>
              <w:jc w:val="center"/>
              <w:rPr>
                <w:lang w:val="tr-TR"/>
              </w:rPr>
            </w:pPr>
            <w:r w:rsidRPr="00971D44">
              <w:rPr>
                <w:sz w:val="18"/>
                <w:lang w:val="tr-TR"/>
              </w:rPr>
              <w:t>☐</w:t>
            </w:r>
          </w:p>
        </w:tc>
        <w:tc>
          <w:tcPr>
            <w:tcW w:w="35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971D44" w:rsidR="00505289" w:rsidP="00943C42" w:rsidRDefault="00505289" w14:paraId="40E67664" w14:textId="77777777">
            <w:pPr>
              <w:spacing w:after="0" w:line="240" w:lineRule="auto"/>
              <w:jc w:val="center"/>
              <w:rPr>
                <w:lang w:val="tr-TR"/>
              </w:rPr>
            </w:pPr>
            <w:r w:rsidRPr="00971D44">
              <w:rPr>
                <w:sz w:val="18"/>
                <w:lang w:val="tr-TR"/>
              </w:rPr>
              <w:t>☐</w:t>
            </w:r>
          </w:p>
        </w:tc>
      </w:tr>
      <w:tr w:rsidRPr="00971D44" w:rsidR="00505289" w:rsidTr="000E3E0A" w14:paraId="715DEFBA" w14:textId="77777777">
        <w:tc>
          <w:tcPr>
            <w:tcW w:w="35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971D44" w:rsidR="00505289" w:rsidP="00943C42" w:rsidRDefault="00505289" w14:paraId="36E86B1E" w14:textId="77777777">
            <w:pPr>
              <w:spacing w:after="0" w:line="240" w:lineRule="auto"/>
              <w:rPr>
                <w:lang w:val="tr-TR"/>
              </w:rPr>
            </w:pPr>
          </w:p>
        </w:tc>
        <w:tc>
          <w:tcPr>
            <w:tcW w:w="35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971D44" w:rsidR="00505289" w:rsidP="00943C42" w:rsidRDefault="00505289" w14:paraId="0D622DED" w14:textId="77777777">
            <w:pPr>
              <w:spacing w:after="0" w:line="240" w:lineRule="auto"/>
              <w:rPr>
                <w:lang w:val="tr-TR"/>
              </w:rPr>
            </w:pPr>
            <w:r w:rsidRPr="00971D44">
              <w:rPr>
                <w:sz w:val="18"/>
                <w:lang w:val="tr-TR"/>
              </w:rPr>
              <w:t>Bulgular amaç ve yöntem ile uyumlu yazılmış mı?</w:t>
            </w:r>
          </w:p>
        </w:tc>
        <w:tc>
          <w:tcPr>
            <w:tcW w:w="35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971D44" w:rsidR="00505289" w:rsidP="00943C42" w:rsidRDefault="00505289" w14:paraId="0A889047" w14:textId="77777777">
            <w:pPr>
              <w:spacing w:after="0" w:line="240" w:lineRule="auto"/>
              <w:jc w:val="center"/>
              <w:rPr>
                <w:lang w:val="tr-TR"/>
              </w:rPr>
            </w:pPr>
            <w:r w:rsidRPr="00971D44">
              <w:rPr>
                <w:sz w:val="18"/>
                <w:lang w:val="tr-TR"/>
              </w:rPr>
              <w:t>☐</w:t>
            </w:r>
          </w:p>
        </w:tc>
        <w:tc>
          <w:tcPr>
            <w:tcW w:w="35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971D44" w:rsidR="00505289" w:rsidP="00943C42" w:rsidRDefault="00505289" w14:paraId="3413A998" w14:textId="77777777">
            <w:pPr>
              <w:spacing w:after="0" w:line="240" w:lineRule="auto"/>
              <w:jc w:val="center"/>
              <w:rPr>
                <w:lang w:val="tr-TR"/>
              </w:rPr>
            </w:pPr>
            <w:r w:rsidRPr="00971D44">
              <w:rPr>
                <w:sz w:val="18"/>
                <w:lang w:val="tr-TR"/>
              </w:rPr>
              <w:t>☐</w:t>
            </w:r>
          </w:p>
        </w:tc>
      </w:tr>
      <w:tr w:rsidRPr="00971D44" w:rsidR="00505289" w:rsidTr="000E3E0A" w14:paraId="0402B2C7" w14:textId="77777777">
        <w:tc>
          <w:tcPr>
            <w:tcW w:w="35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971D44" w:rsidR="00505289" w:rsidP="00943C42" w:rsidRDefault="00505289" w14:paraId="3BC2A5A9" w14:textId="77777777">
            <w:pPr>
              <w:spacing w:after="0" w:line="240" w:lineRule="auto"/>
              <w:rPr>
                <w:lang w:val="tr-TR"/>
              </w:rPr>
            </w:pPr>
          </w:p>
        </w:tc>
        <w:tc>
          <w:tcPr>
            <w:tcW w:w="35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971D44" w:rsidR="00505289" w:rsidP="00943C42" w:rsidRDefault="00505289" w14:paraId="355A1E3C" w14:textId="77777777">
            <w:pPr>
              <w:spacing w:after="0" w:line="240" w:lineRule="auto"/>
              <w:rPr>
                <w:lang w:val="tr-TR"/>
              </w:rPr>
            </w:pPr>
            <w:r w:rsidRPr="00971D44">
              <w:rPr>
                <w:sz w:val="18"/>
                <w:lang w:val="tr-TR"/>
              </w:rPr>
              <w:t>Bulgular ayrıntılı olarak tartışılmış ve yorumlanmış mı?</w:t>
            </w:r>
          </w:p>
        </w:tc>
        <w:tc>
          <w:tcPr>
            <w:tcW w:w="35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971D44" w:rsidR="00505289" w:rsidP="00943C42" w:rsidRDefault="00505289" w14:paraId="5D46B578" w14:textId="77777777">
            <w:pPr>
              <w:spacing w:after="0" w:line="240" w:lineRule="auto"/>
              <w:jc w:val="center"/>
              <w:rPr>
                <w:lang w:val="tr-TR"/>
              </w:rPr>
            </w:pPr>
            <w:r w:rsidRPr="00971D44">
              <w:rPr>
                <w:sz w:val="18"/>
                <w:lang w:val="tr-TR"/>
              </w:rPr>
              <w:t>☐</w:t>
            </w:r>
          </w:p>
        </w:tc>
        <w:tc>
          <w:tcPr>
            <w:tcW w:w="35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971D44" w:rsidR="00505289" w:rsidP="00943C42" w:rsidRDefault="00505289" w14:paraId="7CAC95FB" w14:textId="77777777">
            <w:pPr>
              <w:spacing w:after="0" w:line="240" w:lineRule="auto"/>
              <w:jc w:val="center"/>
              <w:rPr>
                <w:lang w:val="tr-TR"/>
              </w:rPr>
            </w:pPr>
            <w:r w:rsidRPr="00971D44">
              <w:rPr>
                <w:sz w:val="18"/>
                <w:lang w:val="tr-TR"/>
              </w:rPr>
              <w:t>☐</w:t>
            </w:r>
          </w:p>
        </w:tc>
      </w:tr>
      <w:tr w:rsidRPr="00971D44" w:rsidR="00505289" w:rsidTr="000E3E0A" w14:paraId="4C166829" w14:textId="77777777">
        <w:tc>
          <w:tcPr>
            <w:tcW w:w="35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971D44" w:rsidR="00505289" w:rsidP="00943C42" w:rsidRDefault="00505289" w14:paraId="769121AE" w14:textId="77777777">
            <w:pPr>
              <w:spacing w:after="0" w:line="240" w:lineRule="auto"/>
              <w:rPr>
                <w:lang w:val="tr-TR"/>
              </w:rPr>
            </w:pPr>
          </w:p>
        </w:tc>
        <w:tc>
          <w:tcPr>
            <w:tcW w:w="35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971D44" w:rsidR="00505289" w:rsidP="00943C42" w:rsidRDefault="00505289" w14:paraId="38C6028D" w14:textId="77777777">
            <w:pPr>
              <w:spacing w:after="0" w:line="240" w:lineRule="auto"/>
              <w:rPr>
                <w:lang w:val="tr-TR"/>
              </w:rPr>
            </w:pPr>
            <w:r w:rsidRPr="00971D44">
              <w:rPr>
                <w:sz w:val="18"/>
                <w:lang w:val="tr-TR"/>
              </w:rPr>
              <w:t>Çalışmanın kısıtlılıkları tartışılmış mı?</w:t>
            </w:r>
          </w:p>
        </w:tc>
        <w:tc>
          <w:tcPr>
            <w:tcW w:w="35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971D44" w:rsidR="00505289" w:rsidP="00943C42" w:rsidRDefault="00505289" w14:paraId="1F5CBC1B" w14:textId="77777777">
            <w:pPr>
              <w:spacing w:after="0" w:line="240" w:lineRule="auto"/>
              <w:jc w:val="center"/>
              <w:rPr>
                <w:lang w:val="tr-TR"/>
              </w:rPr>
            </w:pPr>
            <w:r w:rsidRPr="00971D44">
              <w:rPr>
                <w:sz w:val="18"/>
                <w:lang w:val="tr-TR"/>
              </w:rPr>
              <w:t>☐</w:t>
            </w:r>
          </w:p>
        </w:tc>
        <w:tc>
          <w:tcPr>
            <w:tcW w:w="35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971D44" w:rsidR="00505289" w:rsidP="00943C42" w:rsidRDefault="00505289" w14:paraId="43A92C54" w14:textId="77777777">
            <w:pPr>
              <w:spacing w:after="0" w:line="240" w:lineRule="auto"/>
              <w:jc w:val="center"/>
              <w:rPr>
                <w:lang w:val="tr-TR"/>
              </w:rPr>
            </w:pPr>
            <w:r w:rsidRPr="00971D44">
              <w:rPr>
                <w:sz w:val="18"/>
                <w:lang w:val="tr-TR"/>
              </w:rPr>
              <w:t>☐</w:t>
            </w:r>
          </w:p>
        </w:tc>
      </w:tr>
      <w:tr w:rsidRPr="00971D44" w:rsidR="00505289" w:rsidTr="000E3E0A" w14:paraId="20ECA573" w14:textId="77777777">
        <w:tc>
          <w:tcPr>
            <w:tcW w:w="14252" w:type="dxa"/>
            <w:gridSpan w:val="4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971D44" w:rsidR="00505289" w:rsidP="00943C42" w:rsidRDefault="00505289" w14:paraId="12A6B7FA" w14:textId="77777777">
            <w:pPr>
              <w:spacing w:after="0" w:line="240" w:lineRule="auto"/>
              <w:rPr>
                <w:lang w:val="tr-TR"/>
              </w:rPr>
            </w:pPr>
            <w:r w:rsidRPr="00971D44">
              <w:rPr>
                <w:b/>
                <w:sz w:val="18"/>
                <w:lang w:val="tr-TR"/>
              </w:rPr>
              <w:t>Sonuç, Kaynaklar ve Biçim</w:t>
            </w:r>
          </w:p>
        </w:tc>
      </w:tr>
      <w:tr w:rsidRPr="00971D44" w:rsidR="00505289" w:rsidTr="000E3E0A" w14:paraId="5849522D" w14:textId="77777777">
        <w:tc>
          <w:tcPr>
            <w:tcW w:w="35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971D44" w:rsidR="00505289" w:rsidP="00943C42" w:rsidRDefault="00505289" w14:paraId="3193E606" w14:textId="77777777">
            <w:pPr>
              <w:spacing w:after="0" w:line="240" w:lineRule="auto"/>
              <w:rPr>
                <w:lang w:val="tr-TR"/>
              </w:rPr>
            </w:pPr>
          </w:p>
        </w:tc>
        <w:tc>
          <w:tcPr>
            <w:tcW w:w="35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971D44" w:rsidR="00505289" w:rsidP="00943C42" w:rsidRDefault="00505289" w14:paraId="11EC4555" w14:textId="77777777">
            <w:pPr>
              <w:spacing w:after="0" w:line="240" w:lineRule="auto"/>
              <w:rPr>
                <w:lang w:val="tr-TR"/>
              </w:rPr>
            </w:pPr>
            <w:r w:rsidRPr="00971D44">
              <w:rPr>
                <w:sz w:val="18"/>
                <w:lang w:val="tr-TR"/>
              </w:rPr>
              <w:t>Sonuçlar öz, açık ve düzenli yazılmış mı?</w:t>
            </w:r>
          </w:p>
        </w:tc>
        <w:tc>
          <w:tcPr>
            <w:tcW w:w="35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971D44" w:rsidR="00505289" w:rsidP="00943C42" w:rsidRDefault="00505289" w14:paraId="302C767E" w14:textId="77777777">
            <w:pPr>
              <w:spacing w:after="0" w:line="240" w:lineRule="auto"/>
              <w:jc w:val="center"/>
              <w:rPr>
                <w:lang w:val="tr-TR"/>
              </w:rPr>
            </w:pPr>
            <w:r w:rsidRPr="00971D44">
              <w:rPr>
                <w:sz w:val="18"/>
                <w:lang w:val="tr-TR"/>
              </w:rPr>
              <w:t>☐</w:t>
            </w:r>
          </w:p>
        </w:tc>
        <w:tc>
          <w:tcPr>
            <w:tcW w:w="35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971D44" w:rsidR="00505289" w:rsidP="00943C42" w:rsidRDefault="00505289" w14:paraId="34CA847C" w14:textId="77777777">
            <w:pPr>
              <w:spacing w:after="0" w:line="240" w:lineRule="auto"/>
              <w:jc w:val="center"/>
              <w:rPr>
                <w:lang w:val="tr-TR"/>
              </w:rPr>
            </w:pPr>
            <w:r w:rsidRPr="00971D44">
              <w:rPr>
                <w:sz w:val="18"/>
                <w:lang w:val="tr-TR"/>
              </w:rPr>
              <w:t>☐</w:t>
            </w:r>
          </w:p>
        </w:tc>
      </w:tr>
      <w:tr w:rsidRPr="00971D44" w:rsidR="00505289" w:rsidTr="000E3E0A" w14:paraId="4623CCE4" w14:textId="77777777">
        <w:tc>
          <w:tcPr>
            <w:tcW w:w="35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971D44" w:rsidR="00505289" w:rsidP="00943C42" w:rsidRDefault="00505289" w14:paraId="0FE26CFB" w14:textId="77777777">
            <w:pPr>
              <w:spacing w:after="0" w:line="240" w:lineRule="auto"/>
              <w:rPr>
                <w:lang w:val="tr-TR"/>
              </w:rPr>
            </w:pPr>
          </w:p>
        </w:tc>
        <w:tc>
          <w:tcPr>
            <w:tcW w:w="35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971D44" w:rsidR="00505289" w:rsidP="00943C42" w:rsidRDefault="00505289" w14:paraId="7C7B8A7C" w14:textId="77777777">
            <w:pPr>
              <w:spacing w:after="0" w:line="240" w:lineRule="auto"/>
              <w:rPr>
                <w:lang w:val="tr-TR"/>
              </w:rPr>
            </w:pPr>
            <w:r w:rsidRPr="00971D44">
              <w:rPr>
                <w:sz w:val="18"/>
                <w:lang w:val="tr-TR"/>
              </w:rPr>
              <w:t>Kaynaklar güncel ve doğru kullanılmış mı?</w:t>
            </w:r>
          </w:p>
        </w:tc>
        <w:tc>
          <w:tcPr>
            <w:tcW w:w="35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971D44" w:rsidR="00505289" w:rsidP="00943C42" w:rsidRDefault="00505289" w14:paraId="2A7CA4D2" w14:textId="77777777">
            <w:pPr>
              <w:spacing w:after="0" w:line="240" w:lineRule="auto"/>
              <w:jc w:val="center"/>
              <w:rPr>
                <w:lang w:val="tr-TR"/>
              </w:rPr>
            </w:pPr>
            <w:r w:rsidRPr="00971D44">
              <w:rPr>
                <w:sz w:val="18"/>
                <w:lang w:val="tr-TR"/>
              </w:rPr>
              <w:t>☐</w:t>
            </w:r>
          </w:p>
        </w:tc>
        <w:tc>
          <w:tcPr>
            <w:tcW w:w="35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971D44" w:rsidR="00505289" w:rsidP="00943C42" w:rsidRDefault="00505289" w14:paraId="0ACBC3D1" w14:textId="77777777">
            <w:pPr>
              <w:spacing w:after="0" w:line="240" w:lineRule="auto"/>
              <w:jc w:val="center"/>
              <w:rPr>
                <w:lang w:val="tr-TR"/>
              </w:rPr>
            </w:pPr>
            <w:r w:rsidRPr="00971D44">
              <w:rPr>
                <w:sz w:val="18"/>
                <w:lang w:val="tr-TR"/>
              </w:rPr>
              <w:t>☐</w:t>
            </w:r>
          </w:p>
        </w:tc>
      </w:tr>
      <w:tr w:rsidRPr="00971D44" w:rsidR="00505289" w:rsidTr="000E3E0A" w14:paraId="0CBC8ABB" w14:textId="77777777">
        <w:tc>
          <w:tcPr>
            <w:tcW w:w="35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971D44" w:rsidR="00505289" w:rsidP="00943C42" w:rsidRDefault="00505289" w14:paraId="667827DC" w14:textId="77777777">
            <w:pPr>
              <w:spacing w:after="0" w:line="240" w:lineRule="auto"/>
              <w:rPr>
                <w:lang w:val="tr-TR"/>
              </w:rPr>
            </w:pPr>
          </w:p>
        </w:tc>
        <w:tc>
          <w:tcPr>
            <w:tcW w:w="35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971D44" w:rsidR="00505289" w:rsidP="00943C42" w:rsidRDefault="00505289" w14:paraId="2A9E0561" w14:textId="77777777">
            <w:pPr>
              <w:spacing w:after="0" w:line="240" w:lineRule="auto"/>
              <w:rPr>
                <w:lang w:val="tr-TR"/>
              </w:rPr>
            </w:pPr>
            <w:r w:rsidRPr="00971D44">
              <w:rPr>
                <w:sz w:val="18"/>
                <w:lang w:val="tr-TR"/>
              </w:rPr>
              <w:t>Özetler ve anahtar kelimeler uygun mu?</w:t>
            </w:r>
          </w:p>
        </w:tc>
        <w:tc>
          <w:tcPr>
            <w:tcW w:w="35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971D44" w:rsidR="00505289" w:rsidP="00943C42" w:rsidRDefault="00505289" w14:paraId="0B4127A5" w14:textId="77777777">
            <w:pPr>
              <w:spacing w:after="0" w:line="240" w:lineRule="auto"/>
              <w:jc w:val="center"/>
              <w:rPr>
                <w:lang w:val="tr-TR"/>
              </w:rPr>
            </w:pPr>
            <w:r w:rsidRPr="00971D44">
              <w:rPr>
                <w:sz w:val="18"/>
                <w:lang w:val="tr-TR"/>
              </w:rPr>
              <w:t>☐</w:t>
            </w:r>
          </w:p>
        </w:tc>
        <w:tc>
          <w:tcPr>
            <w:tcW w:w="35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971D44" w:rsidR="00505289" w:rsidP="00943C42" w:rsidRDefault="00505289" w14:paraId="5D9A8A67" w14:textId="77777777">
            <w:pPr>
              <w:spacing w:after="0" w:line="240" w:lineRule="auto"/>
              <w:jc w:val="center"/>
              <w:rPr>
                <w:lang w:val="tr-TR"/>
              </w:rPr>
            </w:pPr>
            <w:r w:rsidRPr="00971D44">
              <w:rPr>
                <w:sz w:val="18"/>
                <w:lang w:val="tr-TR"/>
              </w:rPr>
              <w:t>☐</w:t>
            </w:r>
          </w:p>
        </w:tc>
      </w:tr>
      <w:tr w:rsidRPr="00971D44" w:rsidR="00505289" w:rsidTr="000E3E0A" w14:paraId="77317DCF" w14:textId="77777777">
        <w:tc>
          <w:tcPr>
            <w:tcW w:w="35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971D44" w:rsidR="00505289" w:rsidP="00943C42" w:rsidRDefault="00505289" w14:paraId="3822DE55" w14:textId="77777777">
            <w:pPr>
              <w:spacing w:after="0" w:line="240" w:lineRule="auto"/>
              <w:rPr>
                <w:lang w:val="tr-TR"/>
              </w:rPr>
            </w:pPr>
          </w:p>
        </w:tc>
        <w:tc>
          <w:tcPr>
            <w:tcW w:w="35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971D44" w:rsidR="00505289" w:rsidP="00943C42" w:rsidRDefault="00505289" w14:paraId="2CB837C6" w14:textId="77777777">
            <w:pPr>
              <w:spacing w:after="0" w:line="240" w:lineRule="auto"/>
              <w:rPr>
                <w:lang w:val="tr-TR"/>
              </w:rPr>
            </w:pPr>
            <w:r w:rsidRPr="00971D44">
              <w:rPr>
                <w:sz w:val="18"/>
                <w:lang w:val="tr-TR"/>
              </w:rPr>
              <w:t>Tez Yazım Kılavuzuna uygunluk sağlanmış mı?</w:t>
            </w:r>
          </w:p>
        </w:tc>
        <w:tc>
          <w:tcPr>
            <w:tcW w:w="35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971D44" w:rsidR="00505289" w:rsidP="00943C42" w:rsidRDefault="00505289" w14:paraId="3240790D" w14:textId="77777777">
            <w:pPr>
              <w:spacing w:after="0" w:line="240" w:lineRule="auto"/>
              <w:jc w:val="center"/>
              <w:rPr>
                <w:lang w:val="tr-TR"/>
              </w:rPr>
            </w:pPr>
            <w:r w:rsidRPr="00971D44">
              <w:rPr>
                <w:sz w:val="18"/>
                <w:lang w:val="tr-TR"/>
              </w:rPr>
              <w:t>☐</w:t>
            </w:r>
          </w:p>
        </w:tc>
        <w:tc>
          <w:tcPr>
            <w:tcW w:w="35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971D44" w:rsidR="00505289" w:rsidP="00943C42" w:rsidRDefault="00505289" w14:paraId="6E70C48E" w14:textId="77777777">
            <w:pPr>
              <w:spacing w:after="0" w:line="240" w:lineRule="auto"/>
              <w:jc w:val="center"/>
              <w:rPr>
                <w:lang w:val="tr-TR"/>
              </w:rPr>
            </w:pPr>
            <w:r w:rsidRPr="00971D44">
              <w:rPr>
                <w:sz w:val="18"/>
                <w:lang w:val="tr-TR"/>
              </w:rPr>
              <w:t>☐</w:t>
            </w:r>
          </w:p>
        </w:tc>
      </w:tr>
      <w:tr w:rsidRPr="00971D44" w:rsidR="00505289" w:rsidTr="000E3E0A" w14:paraId="207545B1" w14:textId="77777777">
        <w:tc>
          <w:tcPr>
            <w:tcW w:w="35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971D44" w:rsidR="00505289" w:rsidP="00943C42" w:rsidRDefault="00505289" w14:paraId="40B46290" w14:textId="77777777">
            <w:pPr>
              <w:spacing w:after="0" w:line="240" w:lineRule="auto"/>
              <w:rPr>
                <w:lang w:val="tr-TR"/>
              </w:rPr>
            </w:pPr>
          </w:p>
        </w:tc>
        <w:tc>
          <w:tcPr>
            <w:tcW w:w="35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971D44" w:rsidR="00505289" w:rsidP="00943C42" w:rsidRDefault="00505289" w14:paraId="63360B99" w14:textId="77777777">
            <w:pPr>
              <w:spacing w:after="0" w:line="240" w:lineRule="auto"/>
              <w:rPr>
                <w:lang w:val="tr-TR"/>
              </w:rPr>
            </w:pPr>
            <w:r w:rsidRPr="00971D44">
              <w:rPr>
                <w:sz w:val="18"/>
                <w:lang w:val="tr-TR"/>
              </w:rPr>
              <w:t>İntihal varlığı tespit edildi mi?</w:t>
            </w:r>
          </w:p>
        </w:tc>
        <w:tc>
          <w:tcPr>
            <w:tcW w:w="35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971D44" w:rsidR="00505289" w:rsidP="00943C42" w:rsidRDefault="00505289" w14:paraId="2B67CBE4" w14:textId="77777777">
            <w:pPr>
              <w:spacing w:after="0" w:line="240" w:lineRule="auto"/>
              <w:jc w:val="center"/>
              <w:rPr>
                <w:lang w:val="tr-TR"/>
              </w:rPr>
            </w:pPr>
            <w:r w:rsidRPr="00971D44">
              <w:rPr>
                <w:sz w:val="18"/>
                <w:lang w:val="tr-TR"/>
              </w:rPr>
              <w:t>☐</w:t>
            </w:r>
          </w:p>
        </w:tc>
        <w:tc>
          <w:tcPr>
            <w:tcW w:w="35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971D44" w:rsidR="00505289" w:rsidP="00943C42" w:rsidRDefault="00505289" w14:paraId="4805C577" w14:textId="77777777">
            <w:pPr>
              <w:spacing w:after="0" w:line="240" w:lineRule="auto"/>
              <w:jc w:val="center"/>
              <w:rPr>
                <w:lang w:val="tr-TR"/>
              </w:rPr>
            </w:pPr>
            <w:r w:rsidRPr="00971D44">
              <w:rPr>
                <w:sz w:val="18"/>
                <w:lang w:val="tr-TR"/>
              </w:rPr>
              <w:t>☐</w:t>
            </w:r>
          </w:p>
        </w:tc>
      </w:tr>
    </w:tbl>
    <w:p w:rsidRPr="00971D44" w:rsidR="00505289" w:rsidP="00943C42" w:rsidRDefault="00505289" w14:paraId="4DFF5A83" w14:textId="77777777">
      <w:pPr>
        <w:spacing w:after="80" w:line="240" w:lineRule="auto"/>
        <w:rPr>
          <w:b/>
          <w:sz w:val="18"/>
          <w:lang w:val="tr-TR"/>
        </w:rPr>
      </w:pPr>
    </w:p>
    <w:p w:rsidRPr="00971D44" w:rsidR="00505289" w:rsidP="00943C42" w:rsidRDefault="00505289" w14:paraId="7F9D0C60" w14:textId="77777777">
      <w:pPr>
        <w:spacing w:after="80" w:line="240" w:lineRule="auto"/>
        <w:rPr>
          <w:b/>
          <w:sz w:val="18"/>
          <w:lang w:val="tr-TR"/>
        </w:rPr>
      </w:pPr>
    </w:p>
    <w:p w:rsidRPr="00971D44" w:rsidR="00505289" w:rsidP="00943C42" w:rsidRDefault="00505289" w14:paraId="61801A23" w14:textId="77777777">
      <w:pPr>
        <w:spacing w:after="80" w:line="240" w:lineRule="auto"/>
        <w:rPr>
          <w:b/>
          <w:sz w:val="18"/>
          <w:lang w:val="tr-TR"/>
        </w:rPr>
      </w:pPr>
    </w:p>
    <w:p w:rsidRPr="00971D44" w:rsidR="00E27684" w:rsidP="00943C42" w:rsidRDefault="003F31A6" w14:paraId="4478D151" w14:textId="1976113D">
      <w:pPr>
        <w:spacing w:after="80" w:line="240" w:lineRule="auto"/>
        <w:rPr>
          <w:lang w:val="tr-TR"/>
        </w:rPr>
      </w:pPr>
      <w:r w:rsidRPr="00971D44">
        <w:rPr>
          <w:b/>
          <w:sz w:val="18"/>
          <w:lang w:val="tr-TR"/>
        </w:rPr>
        <w:t>Tezin Bilime Katkısı</w:t>
      </w:r>
    </w:p>
    <w:p w:rsidRPr="00971D44" w:rsidR="00E27684" w:rsidP="00943C42" w:rsidRDefault="003F31A6" w14:paraId="6A02D907" w14:textId="77777777">
      <w:pPr>
        <w:spacing w:after="80" w:line="240" w:lineRule="auto"/>
        <w:rPr>
          <w:lang w:val="tr-TR"/>
        </w:rPr>
      </w:pPr>
      <w:r w:rsidRPr="00971D44">
        <w:rPr>
          <w:sz w:val="16"/>
          <w:lang w:val="tr-TR"/>
        </w:rPr>
        <w:t>☐ Bilime yenilik getirmektedir.   ☐ Bilime katkı sağlamaktadır.   ☐ Yeni bir yöntem geliştirilmiştir.   ☐ Bilime yeterli katkı sağlamamaktadır.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126"/>
        <w:gridCol w:w="7126"/>
      </w:tblGrid>
      <w:tr w:rsidRPr="00971D44" w:rsidR="00E27684" w14:paraId="7EBCE04A" w14:textId="77777777">
        <w:tc>
          <w:tcPr>
            <w:tcW w:w="7126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971D44" w:rsidR="00E27684" w:rsidP="00943C42" w:rsidRDefault="003F31A6" w14:paraId="0A4CE220" w14:textId="77777777">
            <w:pPr>
              <w:spacing w:after="0" w:line="240" w:lineRule="auto"/>
              <w:rPr>
                <w:lang w:val="tr-TR"/>
              </w:rPr>
            </w:pPr>
            <w:r w:rsidRPr="00971D44">
              <w:rPr>
                <w:b/>
                <w:sz w:val="18"/>
                <w:lang w:val="tr-TR"/>
              </w:rPr>
              <w:t>Açıklamalar</w:t>
            </w:r>
          </w:p>
        </w:tc>
        <w:tc>
          <w:tcPr>
            <w:tcW w:w="7126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971D44" w:rsidR="00E27684" w:rsidP="00943C42" w:rsidRDefault="00E27684" w14:paraId="428B8D69" w14:textId="77777777">
            <w:pPr>
              <w:spacing w:after="0" w:line="240" w:lineRule="auto"/>
              <w:rPr>
                <w:lang w:val="tr-TR"/>
              </w:rPr>
            </w:pPr>
          </w:p>
        </w:tc>
      </w:tr>
      <w:tr w:rsidRPr="00971D44" w:rsidR="00E27684" w14:paraId="3525653C" w14:textId="77777777">
        <w:tc>
          <w:tcPr>
            <w:tcW w:w="7126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971D44" w:rsidR="00E27684" w:rsidP="00943C42" w:rsidRDefault="003F31A6" w14:paraId="2EF56D59" w14:textId="77777777">
            <w:pPr>
              <w:spacing w:after="0" w:line="240" w:lineRule="auto"/>
              <w:rPr>
                <w:lang w:val="tr-TR"/>
              </w:rPr>
            </w:pPr>
            <w:r w:rsidRPr="00971D44">
              <w:rPr>
                <w:b/>
                <w:sz w:val="18"/>
                <w:lang w:val="tr-TR"/>
              </w:rPr>
              <w:t>Sonuç</w:t>
            </w:r>
          </w:p>
        </w:tc>
        <w:tc>
          <w:tcPr>
            <w:tcW w:w="7126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971D44" w:rsidR="00E27684" w:rsidP="00943C42" w:rsidRDefault="003F31A6" w14:paraId="1870A98E" w14:textId="77777777">
            <w:pPr>
              <w:spacing w:after="0" w:line="240" w:lineRule="auto"/>
              <w:rPr>
                <w:lang w:val="tr-TR"/>
              </w:rPr>
            </w:pPr>
            <w:r w:rsidRPr="00971D44">
              <w:rPr>
                <w:sz w:val="18"/>
                <w:lang w:val="tr-TR"/>
              </w:rPr>
              <w:t>☐ Başarılı    ☐ Başarısız    ☐ Düzeltilmesi gerekir</w:t>
            </w:r>
          </w:p>
        </w:tc>
      </w:tr>
    </w:tbl>
    <w:p w:rsidRPr="00971D44" w:rsidR="00E27684" w:rsidP="00943C42" w:rsidRDefault="00E27684" w14:paraId="76A96E8F" w14:textId="77777777">
      <w:pPr>
        <w:spacing w:after="80" w:line="240" w:lineRule="auto"/>
        <w:rPr>
          <w:lang w:val="tr-TR"/>
        </w:rPr>
      </w:pPr>
    </w:p>
    <w:p w:rsidRPr="00971D44" w:rsidR="00505289" w:rsidP="00943C42" w:rsidRDefault="00505289" w14:paraId="2C523E7A" w14:textId="77777777">
      <w:pPr>
        <w:spacing w:after="80" w:line="240" w:lineRule="auto"/>
        <w:rPr>
          <w:lang w:val="tr-TR"/>
        </w:rPr>
      </w:pPr>
    </w:p>
    <w:p w:rsidRPr="00971D44" w:rsidR="00505289" w:rsidP="00943C42" w:rsidRDefault="00505289" w14:paraId="57E71FAC" w14:textId="77777777">
      <w:pPr>
        <w:spacing w:after="80" w:line="240" w:lineRule="auto"/>
        <w:rPr>
          <w:lang w:val="tr-TR"/>
        </w:rPr>
      </w:pPr>
    </w:p>
    <w:p w:rsidRPr="00971D44" w:rsidR="00505289" w:rsidP="00943C42" w:rsidRDefault="00505289" w14:paraId="7E0A587D" w14:textId="77777777">
      <w:pPr>
        <w:spacing w:after="80" w:line="240" w:lineRule="auto"/>
        <w:rPr>
          <w:lang w:val="tr-TR"/>
        </w:rPr>
      </w:pPr>
    </w:p>
    <w:p w:rsidRPr="00971D44" w:rsidR="00505289" w:rsidP="00943C42" w:rsidRDefault="00505289" w14:paraId="6D47D6FC" w14:textId="77777777">
      <w:pPr>
        <w:spacing w:after="80" w:line="240" w:lineRule="auto"/>
        <w:rPr>
          <w:lang w:val="tr-TR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4252"/>
      </w:tblGrid>
      <w:tr w:rsidRPr="00971D44" w:rsidR="00E27684" w14:paraId="63B639E7" w14:textId="77777777">
        <w:trPr>
          <w:jc w:val="center"/>
        </w:trPr>
        <w:tc>
          <w:tcPr>
            <w:tcW w:w="14252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D9EAF7"/>
            <w:vAlign w:val="center"/>
          </w:tcPr>
          <w:p w:rsidRPr="00971D44" w:rsidR="00E27684" w:rsidP="00943C42" w:rsidRDefault="003F31A6" w14:paraId="5D0353E4" w14:textId="77777777">
            <w:pPr>
              <w:spacing w:after="0" w:line="240" w:lineRule="auto"/>
              <w:jc w:val="center"/>
              <w:rPr>
                <w:lang w:val="tr-TR"/>
              </w:rPr>
            </w:pPr>
            <w:r w:rsidRPr="00971D44">
              <w:rPr>
                <w:b/>
                <w:sz w:val="18"/>
                <w:lang w:val="tr-TR"/>
              </w:rPr>
              <w:t>Jüri Üyesi</w:t>
            </w:r>
          </w:p>
        </w:tc>
      </w:tr>
      <w:tr w:rsidRPr="00971D44" w:rsidR="00E27684" w14:paraId="61F1AC5C" w14:textId="77777777">
        <w:trPr>
          <w:jc w:val="center"/>
        </w:trPr>
        <w:tc>
          <w:tcPr>
            <w:tcW w:w="14252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971D44" w:rsidR="00E27684" w:rsidP="00943C42" w:rsidRDefault="003F31A6" w14:paraId="60D83838" w14:textId="77777777">
            <w:pPr>
              <w:spacing w:after="0" w:line="240" w:lineRule="auto"/>
              <w:jc w:val="center"/>
              <w:rPr>
                <w:lang w:val="tr-TR"/>
              </w:rPr>
            </w:pPr>
            <w:r w:rsidRPr="00971D44">
              <w:rPr>
                <w:sz w:val="18"/>
                <w:lang w:val="tr-TR"/>
              </w:rPr>
              <w:br/>
              <w:t>Unvanı Adı Soyadı</w:t>
            </w:r>
            <w:r w:rsidRPr="00971D44">
              <w:rPr>
                <w:sz w:val="18"/>
                <w:lang w:val="tr-TR"/>
              </w:rPr>
              <w:br/>
              <w:t>İmza</w:t>
            </w:r>
            <w:r w:rsidRPr="00971D44">
              <w:rPr>
                <w:sz w:val="18"/>
                <w:lang w:val="tr-TR"/>
              </w:rPr>
              <w:br/>
            </w:r>
          </w:p>
        </w:tc>
      </w:tr>
    </w:tbl>
    <w:p w:rsidRPr="00971D44" w:rsidR="00E27684" w:rsidP="00943C42" w:rsidRDefault="003F31A6" w14:paraId="0F6E3478" w14:textId="77777777">
      <w:pPr>
        <w:spacing w:after="0" w:line="240" w:lineRule="auto"/>
        <w:rPr>
          <w:lang w:val="tr-TR"/>
        </w:rPr>
      </w:pPr>
      <w:r w:rsidRPr="00971D44">
        <w:rPr>
          <w:sz w:val="16"/>
          <w:lang w:val="tr-TR"/>
        </w:rPr>
        <w:t>Not: Hayır seçeneği işaretlenen alanlara ilişkin gerekçeler açıklamalar bölümünde belirtilir.</w:t>
      </w:r>
    </w:p>
    <w:sectPr w:rsidRPr="00971D44" w:rsidR="00E27684" w:rsidSect="00034616">
      <w:headerReference w:type="default" r:id="R02cdf469bbd441bc"/>
      <w:headerReference w:type="first" r:id="R02cdf469bbd441bc"/>
      <w:headerReference w:type="even" r:id="R02cdf469bbd441bc"/>
      <w:footerReference w:type="default" r:id="Rb4bff997496945c0"/>
      <w:footerReference w:type="first" r:id="Rb4bff997496945c0"/>
      <w:footerReference w:type="even" r:id="Rb4bff997496945c0"/>
      <w:pgSz w:w="16838" w:h="11906" w:orient="landscape"/>
      <w:pgMar w:top="2155" w:right="850" w:bottom="1588" w:left="850" w:header="720" w:footer="283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KYS-FR.350, R00, 28.09.2026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2404de8bb3404a63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kvys.giresun.edu.tr/dg/1012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c304ffd413a1470a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177e7f0f3e634fb8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Tez Değerlendirme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KYS-FR.350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28.09.2026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811091596">
    <w:abstractNumId w:val="8"/>
  </w:num>
  <w:num w:numId="2" w16cid:durableId="1645350148">
    <w:abstractNumId w:val="6"/>
  </w:num>
  <w:num w:numId="3" w16cid:durableId="1121847823">
    <w:abstractNumId w:val="5"/>
  </w:num>
  <w:num w:numId="4" w16cid:durableId="1249315728">
    <w:abstractNumId w:val="4"/>
  </w:num>
  <w:num w:numId="5" w16cid:durableId="838040551">
    <w:abstractNumId w:val="7"/>
  </w:num>
  <w:num w:numId="6" w16cid:durableId="115829143">
    <w:abstractNumId w:val="3"/>
  </w:num>
  <w:num w:numId="7" w16cid:durableId="204605145">
    <w:abstractNumId w:val="2"/>
  </w:num>
  <w:num w:numId="8" w16cid:durableId="1578637575">
    <w:abstractNumId w:val="1"/>
  </w:num>
  <w:num w:numId="9" w16cid:durableId="15035439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06642"/>
    <w:rsid w:val="00034616"/>
    <w:rsid w:val="00045F8D"/>
    <w:rsid w:val="0006063C"/>
    <w:rsid w:val="0015074B"/>
    <w:rsid w:val="0029639D"/>
    <w:rsid w:val="00326F90"/>
    <w:rsid w:val="003F31A6"/>
    <w:rsid w:val="003F7834"/>
    <w:rsid w:val="00505289"/>
    <w:rsid w:val="00943C42"/>
    <w:rsid w:val="00971D44"/>
    <w:rsid w:val="00AA1D8D"/>
    <w:rsid w:val="00B33EF7"/>
    <w:rsid w:val="00B47730"/>
    <w:rsid w:val="00CB0664"/>
    <w:rsid w:val="00E2768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55D94B"/>
  <w14:defaultImageDpi w14:val="300"/>
  <w15:docId w15:val="{C462A75E-35C0-594D-8563-022855C7F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sz w:val="20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color w:val="4F81BD" w:themeColor="accent1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i/>
      <w:iCs/>
      <w:color w:val="404040" w:themeColor="text1" w:themeTint="BF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="Times New Roman" w:eastAsia="Times New Roman" w:hAnsi="Times New Roman" w:cs="Times New Roman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="Times New Roman" w:eastAsia="Times New Roman" w:hAnsi="Times New Roman" w:cs="Times New Roman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="Times New Roman" w:eastAsia="Times New Roman" w:hAnsi="Times New Roman" w:cs="Times New Roman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="Times New Roman" w:eastAsia="Times New Roman" w:hAnsi="Times New Roman" w:cs="Times New Roman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="Times New Roman" w:eastAsia="Times New Roman" w:hAnsi="Times New Roman" w:cs="Times New Roman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Times New Roman" w:eastAsia="Times New Roman" w:hAnsi="Times New Roman" w:cs="Times New Roman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="Times New Roman" w:eastAsia="Times New Roman" w:hAnsi="Times New Roman" w:cs="Times New Roman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="Times New Roman" w:eastAsia="Times New Roman" w:hAnsi="Times New Roman" w:cs="Times New Roman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="Times New Roman" w:eastAsia="Times New Roman" w:hAnsi="Times New Roman" w:cs="Times New Roman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="Times New Roman" w:eastAsia="Times New Roman" w:hAnsi="Times New Roman" w:cs="Times New Roman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="Times New Roman" w:eastAsia="Times New Roman" w:hAnsi="Times New Roman" w:cs="Times New Roman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="Times New Roman" w:eastAsia="Times New Roman" w:hAnsi="Times New Roman" w:cs="Times New Roman"/>
        <w:b/>
        <w:bCs/>
      </w:rPr>
    </w:tblStylePr>
    <w:tblStylePr w:type="lastCol"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="Times New Roman" w:eastAsia="Times New Roman" w:hAnsi="Times New Roman" w:cs="Times New Roman"/>
        <w:b/>
        <w:bCs/>
      </w:rPr>
    </w:tblStylePr>
    <w:tblStylePr w:type="lastCol"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="Times New Roman" w:eastAsia="Times New Roman" w:hAnsi="Times New Roman" w:cs="Times New Roman"/>
        <w:b/>
        <w:bCs/>
      </w:rPr>
    </w:tblStylePr>
    <w:tblStylePr w:type="lastCol"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="Times New Roman" w:eastAsia="Times New Roman" w:hAnsi="Times New Roman" w:cs="Times New Roman"/>
        <w:b/>
        <w:bCs/>
      </w:rPr>
    </w:tblStylePr>
    <w:tblStylePr w:type="lastCol"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="Times New Roman" w:eastAsia="Times New Roman" w:hAnsi="Times New Roman" w:cs="Times New Roman"/>
        <w:b/>
        <w:bCs/>
      </w:rPr>
    </w:tblStylePr>
    <w:tblStylePr w:type="lastCol"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="Times New Roman" w:eastAsia="Times New Roman" w:hAnsi="Times New Roman" w:cs="Times New Roman"/>
        <w:b/>
        <w:bCs/>
      </w:rPr>
    </w:tblStylePr>
    <w:tblStylePr w:type="lastCol"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="Times New Roman" w:eastAsia="Times New Roman" w:hAnsi="Times New Roman" w:cs="Times New Roman"/>
        <w:b/>
        <w:bCs/>
      </w:rPr>
    </w:tblStylePr>
    <w:tblStylePr w:type="lastCol"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="Times New Roman" w:eastAsia="Times New Roman" w:hAnsi="Times New Roman" w:cs="Times New Roman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="Times New Roman" w:eastAsia="Times New Roman" w:hAnsi="Times New Roman" w:cs="Times New Roman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="Times New Roman" w:eastAsia="Times New Roman" w:hAnsi="Times New Roman" w:cs="Times New Roman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="Times New Roman" w:eastAsia="Times New Roman" w:hAnsi="Times New Roman" w:cs="Times New Roman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="Times New Roman" w:eastAsia="Times New Roman" w:hAnsi="Times New Roman" w:cs="Times New Roman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="Times New Roman" w:eastAsia="Times New Roman" w:hAnsi="Times New Roman" w:cs="Times New Roman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="Times New Roman" w:eastAsia="Times New Roman" w:hAnsi="Times New Roman" w:cs="Times New Roman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3" /><Relationship Type="http://schemas.openxmlformats.org/officeDocument/2006/relationships/theme" Target="theme/theme1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ntTable" Target="fontTable.xml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Relationship Type="http://schemas.openxmlformats.org/officeDocument/2006/relationships/header" Target="/word/header1.xml" Id="R02cdf469bbd441bc" /><Relationship Type="http://schemas.openxmlformats.org/officeDocument/2006/relationships/footer" Target="/word/footer1.xml" Id="Rb4bff997496945c0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2.png" Id="Rc304ffd413a1470a" /><Relationship Type="http://schemas.openxmlformats.org/officeDocument/2006/relationships/hyperlink" Target="https://kvys.giresun.edu.tr/dg/1012" TargetMode="External" Id="R2404de8bb3404a63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177e7f0f3e634fb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284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1906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serdal karapinar</cp:lastModifiedBy>
  <cp:revision>5</cp:revision>
  <dcterms:created xsi:type="dcterms:W3CDTF">2013-12-23T23:15:00Z</dcterms:created>
  <dcterms:modified xsi:type="dcterms:W3CDTF">2026-09-28T12:15:00Z</dcterms:modified>
  <cp:category/>
</cp:coreProperties>
</file>