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Pr="00875C33" w:rsidR="0080180B" w:rsidP="00813174" w:rsidRDefault="00000000" w14:paraId="6A499250" w14:textId="77777777">
      <w:pPr>
        <w:spacing w:after="60"/>
        <w:jc w:val="right"/>
        <w:rPr>
          <w:lang w:val="tr-TR"/>
        </w:rPr>
      </w:pPr>
      <w:r w:rsidRPr="00875C33">
        <w:rPr>
          <w:lang w:val="tr-TR"/>
        </w:rPr>
        <w:t>Tarih: …… / …… / 20……</w:t>
      </w:r>
    </w:p>
    <w:p w:rsidRPr="00875C33" w:rsidR="00813174" w:rsidRDefault="00813174" w14:paraId="5D067B7B" w14:textId="77777777">
      <w:pPr>
        <w:spacing w:after="120"/>
        <w:jc w:val="center"/>
        <w:rPr>
          <w:b/>
          <w:lang w:val="tr-TR"/>
        </w:rPr>
      </w:pPr>
    </w:p>
    <w:p w:rsidRPr="00875C33" w:rsidR="00813174" w:rsidRDefault="00813174" w14:paraId="36ED697C" w14:textId="77777777">
      <w:pPr>
        <w:spacing w:after="120"/>
        <w:jc w:val="center"/>
        <w:rPr>
          <w:b/>
          <w:lang w:val="tr-TR"/>
        </w:rPr>
      </w:pPr>
    </w:p>
    <w:p w:rsidRPr="00875C33" w:rsidR="0080180B" w:rsidRDefault="00000000" w14:paraId="237EF788" w14:textId="5CBC17E4">
      <w:pPr>
        <w:spacing w:after="120"/>
        <w:jc w:val="center"/>
        <w:rPr>
          <w:lang w:val="tr-TR"/>
        </w:rPr>
      </w:pPr>
      <w:r w:rsidRPr="00875C33">
        <w:rPr>
          <w:b/>
          <w:lang w:val="tr-TR"/>
        </w:rPr>
        <w:t>DİŞ HEKİMLİĞİ FAKÜLTESİ DEKANLIĞINA</w:t>
      </w:r>
    </w:p>
    <w:p w:rsidRPr="00875C33" w:rsidR="0080180B" w:rsidRDefault="00000000" w14:paraId="58EAE888" w14:textId="77777777">
      <w:pPr>
        <w:spacing w:after="80"/>
        <w:rPr>
          <w:lang w:val="tr-TR"/>
        </w:rPr>
      </w:pPr>
      <w:r w:rsidRPr="00875C33">
        <w:rPr>
          <w:lang w:val="tr-TR"/>
        </w:rPr>
        <w:t>Uzmanlık öğrencisinin tez danışmanı değişikliği / eş danışman görevlendirme talebi aşağıda gerekçesi ile bildirilmiştir. Bilgilerinize arz ederim.</w:t>
      </w:r>
    </w:p>
    <w:p w:rsidRPr="00875C33" w:rsidR="00813174" w:rsidRDefault="00813174" w14:paraId="6D631C2B" w14:textId="77777777">
      <w:pPr>
        <w:spacing w:after="80"/>
        <w:rPr>
          <w:lang w:val="tr-TR"/>
        </w:rPr>
      </w:pPr>
    </w:p>
    <w:tbl>
      <w:tblPr>
        <w:tblpPr w:leftFromText="141" w:rightFromText="141" w:vertAnchor="text" w:horzAnchor="margin" w:tblpY="249"/>
        <w:tblW w:w="0" w:type="auto"/>
        <w:tblLook w:val="04A0" w:firstRow="1" w:lastRow="0" w:firstColumn="1" w:lastColumn="0" w:noHBand="0" w:noVBand="1"/>
      </w:tblPr>
      <w:tblGrid>
        <w:gridCol w:w="2663"/>
        <w:gridCol w:w="2663"/>
        <w:gridCol w:w="2663"/>
        <w:gridCol w:w="2663"/>
      </w:tblGrid>
      <w:tr w:rsidRPr="00875C33" w:rsidR="00813174" w:rsidTr="00813174" w14:paraId="17F58237" w14:textId="77777777">
        <w:tc>
          <w:tcPr>
            <w:tcW w:w="26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shd w:val="clear" w:color="auto" w:fill="EAF3F8"/>
            <w:vAlign w:val="center"/>
          </w:tcPr>
          <w:p w:rsidRPr="00875C33" w:rsidR="00813174" w:rsidP="00813174" w:rsidRDefault="00813174" w14:paraId="7804F9B6" w14:textId="77777777">
            <w:pPr>
              <w:spacing w:after="0"/>
              <w:rPr>
                <w:lang w:val="tr-TR"/>
              </w:rPr>
            </w:pPr>
            <w:r w:rsidRPr="00875C33">
              <w:rPr>
                <w:b/>
                <w:sz w:val="18"/>
                <w:lang w:val="tr-TR"/>
              </w:rPr>
              <w:t>Anabilim Dalı</w:t>
            </w:r>
          </w:p>
        </w:tc>
        <w:tc>
          <w:tcPr>
            <w:tcW w:w="26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875C33" w:rsidR="00813174" w:rsidP="00813174" w:rsidRDefault="00813174" w14:paraId="71ECAECE" w14:textId="77777777">
            <w:pPr>
              <w:spacing w:after="0"/>
              <w:rPr>
                <w:lang w:val="tr-TR"/>
              </w:rPr>
            </w:pPr>
          </w:p>
        </w:tc>
        <w:tc>
          <w:tcPr>
            <w:tcW w:w="26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shd w:val="clear" w:color="auto" w:fill="EAF3F8"/>
            <w:vAlign w:val="center"/>
          </w:tcPr>
          <w:p w:rsidRPr="00875C33" w:rsidR="00813174" w:rsidP="00813174" w:rsidRDefault="00813174" w14:paraId="1FFB0010" w14:textId="77777777">
            <w:pPr>
              <w:spacing w:after="0"/>
              <w:rPr>
                <w:lang w:val="tr-TR"/>
              </w:rPr>
            </w:pPr>
            <w:r w:rsidRPr="00875C33">
              <w:rPr>
                <w:b/>
                <w:sz w:val="18"/>
                <w:lang w:val="tr-TR"/>
              </w:rPr>
              <w:t>Program / Uzmanlık Dalı</w:t>
            </w:r>
          </w:p>
        </w:tc>
        <w:tc>
          <w:tcPr>
            <w:tcW w:w="26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875C33" w:rsidR="00813174" w:rsidP="00813174" w:rsidRDefault="00813174" w14:paraId="7B3E1696" w14:textId="77777777">
            <w:pPr>
              <w:spacing w:after="0"/>
              <w:rPr>
                <w:lang w:val="tr-TR"/>
              </w:rPr>
            </w:pPr>
          </w:p>
        </w:tc>
      </w:tr>
      <w:tr w:rsidRPr="00875C33" w:rsidR="00813174" w:rsidTr="00813174" w14:paraId="75F69AE9" w14:textId="77777777">
        <w:tc>
          <w:tcPr>
            <w:tcW w:w="26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shd w:val="clear" w:color="auto" w:fill="EAF3F8"/>
            <w:vAlign w:val="center"/>
          </w:tcPr>
          <w:p w:rsidRPr="00875C33" w:rsidR="00813174" w:rsidP="00813174" w:rsidRDefault="00813174" w14:paraId="409125E9" w14:textId="77777777">
            <w:pPr>
              <w:spacing w:after="0"/>
              <w:rPr>
                <w:lang w:val="tr-TR"/>
              </w:rPr>
            </w:pPr>
            <w:r w:rsidRPr="00875C33">
              <w:rPr>
                <w:b/>
                <w:sz w:val="18"/>
                <w:lang w:val="tr-TR"/>
              </w:rPr>
              <w:t>Uzmanlık Öğrencisi</w:t>
            </w:r>
          </w:p>
        </w:tc>
        <w:tc>
          <w:tcPr>
            <w:tcW w:w="26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875C33" w:rsidR="00813174" w:rsidP="00813174" w:rsidRDefault="00813174" w14:paraId="1B6842C0" w14:textId="77777777">
            <w:pPr>
              <w:spacing w:after="0"/>
              <w:rPr>
                <w:lang w:val="tr-TR"/>
              </w:rPr>
            </w:pPr>
          </w:p>
        </w:tc>
        <w:tc>
          <w:tcPr>
            <w:tcW w:w="26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shd w:val="clear" w:color="auto" w:fill="EAF3F8"/>
            <w:vAlign w:val="center"/>
          </w:tcPr>
          <w:p w:rsidRPr="00875C33" w:rsidR="00813174" w:rsidP="00813174" w:rsidRDefault="00813174" w14:paraId="09D570D5" w14:textId="77777777">
            <w:pPr>
              <w:spacing w:after="0"/>
              <w:rPr>
                <w:lang w:val="tr-TR"/>
              </w:rPr>
            </w:pPr>
            <w:r w:rsidRPr="00875C33">
              <w:rPr>
                <w:b/>
                <w:sz w:val="18"/>
                <w:lang w:val="tr-TR"/>
              </w:rPr>
              <w:t>Öğrenci No</w:t>
            </w:r>
          </w:p>
        </w:tc>
        <w:tc>
          <w:tcPr>
            <w:tcW w:w="26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875C33" w:rsidR="00813174" w:rsidP="00813174" w:rsidRDefault="00813174" w14:paraId="5C564DE1" w14:textId="77777777">
            <w:pPr>
              <w:spacing w:after="0"/>
              <w:rPr>
                <w:lang w:val="tr-TR"/>
              </w:rPr>
            </w:pPr>
          </w:p>
        </w:tc>
      </w:tr>
      <w:tr w:rsidRPr="00875C33" w:rsidR="00813174" w:rsidTr="00813174" w14:paraId="0C0BE9A1" w14:textId="77777777">
        <w:tc>
          <w:tcPr>
            <w:tcW w:w="26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shd w:val="clear" w:color="auto" w:fill="EAF3F8"/>
            <w:vAlign w:val="center"/>
          </w:tcPr>
          <w:p w:rsidRPr="00875C33" w:rsidR="00813174" w:rsidP="00813174" w:rsidRDefault="00813174" w14:paraId="10A1C53F" w14:textId="77777777">
            <w:pPr>
              <w:spacing w:after="0"/>
              <w:rPr>
                <w:lang w:val="tr-TR"/>
              </w:rPr>
            </w:pPr>
            <w:r w:rsidRPr="00875C33">
              <w:rPr>
                <w:b/>
                <w:sz w:val="18"/>
                <w:lang w:val="tr-TR"/>
              </w:rPr>
              <w:t>Tez Başlığı</w:t>
            </w:r>
          </w:p>
        </w:tc>
        <w:tc>
          <w:tcPr>
            <w:tcW w:w="26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875C33" w:rsidR="00813174" w:rsidP="00813174" w:rsidRDefault="00813174" w14:paraId="2918CB3E" w14:textId="77777777">
            <w:pPr>
              <w:spacing w:after="0"/>
              <w:rPr>
                <w:lang w:val="tr-TR"/>
              </w:rPr>
            </w:pPr>
          </w:p>
        </w:tc>
        <w:tc>
          <w:tcPr>
            <w:tcW w:w="26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shd w:val="clear" w:color="auto" w:fill="EAF3F8"/>
            <w:vAlign w:val="center"/>
          </w:tcPr>
          <w:p w:rsidRPr="00875C33" w:rsidR="00813174" w:rsidP="00813174" w:rsidRDefault="00813174" w14:paraId="3739DCB2" w14:textId="77777777">
            <w:pPr>
              <w:spacing w:after="0"/>
              <w:rPr>
                <w:lang w:val="tr-TR"/>
              </w:rPr>
            </w:pPr>
            <w:r w:rsidRPr="00875C33">
              <w:rPr>
                <w:b/>
                <w:sz w:val="18"/>
                <w:lang w:val="tr-TR"/>
              </w:rPr>
              <w:t>Tez Başlama Tarihi</w:t>
            </w:r>
          </w:p>
        </w:tc>
        <w:tc>
          <w:tcPr>
            <w:tcW w:w="26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875C33" w:rsidR="00813174" w:rsidP="00813174" w:rsidRDefault="00813174" w14:paraId="41D463F8" w14:textId="77777777">
            <w:pPr>
              <w:spacing w:after="0"/>
              <w:rPr>
                <w:lang w:val="tr-TR"/>
              </w:rPr>
            </w:pPr>
            <w:r w:rsidRPr="00875C33">
              <w:rPr>
                <w:sz w:val="18"/>
                <w:lang w:val="tr-TR"/>
              </w:rPr>
              <w:t>…… / …… / 20……</w:t>
            </w:r>
          </w:p>
        </w:tc>
      </w:tr>
      <w:tr w:rsidRPr="00875C33" w:rsidR="00813174" w:rsidTr="00813174" w14:paraId="39E668E1" w14:textId="77777777">
        <w:tc>
          <w:tcPr>
            <w:tcW w:w="26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shd w:val="clear" w:color="auto" w:fill="EAF3F8"/>
            <w:vAlign w:val="center"/>
          </w:tcPr>
          <w:p w:rsidRPr="00875C33" w:rsidR="00813174" w:rsidP="00813174" w:rsidRDefault="00813174" w14:paraId="400E725F" w14:textId="77777777">
            <w:pPr>
              <w:spacing w:after="0"/>
              <w:rPr>
                <w:b/>
                <w:sz w:val="18"/>
                <w:lang w:val="tr-TR"/>
              </w:rPr>
            </w:pPr>
          </w:p>
        </w:tc>
        <w:tc>
          <w:tcPr>
            <w:tcW w:w="26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875C33" w:rsidR="00813174" w:rsidP="00813174" w:rsidRDefault="00813174" w14:paraId="054678C9" w14:textId="77777777">
            <w:pPr>
              <w:spacing w:after="0"/>
              <w:rPr>
                <w:lang w:val="tr-TR"/>
              </w:rPr>
            </w:pPr>
          </w:p>
        </w:tc>
        <w:tc>
          <w:tcPr>
            <w:tcW w:w="26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shd w:val="clear" w:color="auto" w:fill="EAF3F8"/>
            <w:vAlign w:val="center"/>
          </w:tcPr>
          <w:p w:rsidRPr="00875C33" w:rsidR="00813174" w:rsidP="00813174" w:rsidRDefault="00813174" w14:paraId="7B947B6D" w14:textId="77777777">
            <w:pPr>
              <w:spacing w:after="0"/>
              <w:rPr>
                <w:b/>
                <w:sz w:val="18"/>
                <w:lang w:val="tr-TR"/>
              </w:rPr>
            </w:pPr>
          </w:p>
        </w:tc>
        <w:tc>
          <w:tcPr>
            <w:tcW w:w="26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875C33" w:rsidR="00813174" w:rsidP="00813174" w:rsidRDefault="00813174" w14:paraId="0A4FFE96" w14:textId="77777777">
            <w:pPr>
              <w:spacing w:after="0"/>
              <w:rPr>
                <w:sz w:val="18"/>
                <w:lang w:val="tr-TR"/>
              </w:rPr>
            </w:pPr>
          </w:p>
        </w:tc>
      </w:tr>
    </w:tbl>
    <w:p w:rsidRPr="00875C33" w:rsidR="00813174" w:rsidRDefault="00813174" w14:paraId="274D4955" w14:textId="77777777">
      <w:pPr>
        <w:spacing w:after="80"/>
        <w:rPr>
          <w:lang w:val="tr-TR"/>
        </w:rPr>
      </w:pPr>
    </w:p>
    <w:tbl>
      <w:tblPr>
        <w:tblpPr w:leftFromText="141" w:rightFromText="141" w:vertAnchor="text" w:horzAnchor="margin" w:tblpY="249"/>
        <w:tblW w:w="0" w:type="auto"/>
        <w:tblLook w:val="04A0" w:firstRow="1" w:lastRow="0" w:firstColumn="1" w:lastColumn="0" w:noHBand="0" w:noVBand="1"/>
      </w:tblPr>
      <w:tblGrid>
        <w:gridCol w:w="5218"/>
        <w:gridCol w:w="5414"/>
      </w:tblGrid>
      <w:tr w:rsidRPr="00875C33" w:rsidR="00813174" w:rsidTr="000E3E0A" w14:paraId="50BD3F47" w14:textId="77777777">
        <w:tc>
          <w:tcPr>
            <w:tcW w:w="5218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shd w:val="clear" w:color="auto" w:fill="D9EAF7"/>
            <w:vAlign w:val="center"/>
          </w:tcPr>
          <w:p w:rsidRPr="00875C33" w:rsidR="00813174" w:rsidP="000E3E0A" w:rsidRDefault="00813174" w14:paraId="5F139CF3" w14:textId="77777777">
            <w:pPr>
              <w:spacing w:after="0"/>
              <w:rPr>
                <w:lang w:val="tr-TR"/>
              </w:rPr>
            </w:pPr>
            <w:r w:rsidRPr="00875C33">
              <w:rPr>
                <w:b/>
                <w:sz w:val="18"/>
                <w:lang w:val="tr-TR"/>
              </w:rPr>
              <w:t>Mevcut Tez Danışmanı</w:t>
            </w:r>
          </w:p>
        </w:tc>
        <w:tc>
          <w:tcPr>
            <w:tcW w:w="5414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shd w:val="clear" w:color="auto" w:fill="D9EAF7"/>
            <w:vAlign w:val="center"/>
          </w:tcPr>
          <w:p w:rsidRPr="00875C33" w:rsidR="00813174" w:rsidP="000E3E0A" w:rsidRDefault="00813174" w14:paraId="0E78F0DE" w14:textId="77777777">
            <w:pPr>
              <w:spacing w:after="0"/>
              <w:rPr>
                <w:lang w:val="tr-TR"/>
              </w:rPr>
            </w:pPr>
            <w:r w:rsidRPr="00875C33">
              <w:rPr>
                <w:b/>
                <w:sz w:val="18"/>
                <w:lang w:val="tr-TR"/>
              </w:rPr>
              <w:t>Yeni Tez Danışmanı / Eş Danışman</w:t>
            </w:r>
          </w:p>
        </w:tc>
      </w:tr>
      <w:tr w:rsidRPr="00875C33" w:rsidR="00813174" w:rsidTr="000E3E0A" w14:paraId="3EB4D2E1" w14:textId="77777777">
        <w:tc>
          <w:tcPr>
            <w:tcW w:w="5218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875C33" w:rsidR="00813174" w:rsidP="000E3E0A" w:rsidRDefault="00813174" w14:paraId="07315D57" w14:textId="77777777">
            <w:pPr>
              <w:spacing w:after="0"/>
              <w:rPr>
                <w:lang w:val="tr-TR"/>
              </w:rPr>
            </w:pPr>
            <w:r w:rsidRPr="00875C33">
              <w:rPr>
                <w:sz w:val="18"/>
                <w:lang w:val="tr-TR"/>
              </w:rPr>
              <w:t>Unvanı Adı Soyadı</w:t>
            </w:r>
          </w:p>
        </w:tc>
        <w:tc>
          <w:tcPr>
            <w:tcW w:w="5414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875C33" w:rsidR="00813174" w:rsidP="000E3E0A" w:rsidRDefault="00813174" w14:paraId="0BD67E38" w14:textId="77777777">
            <w:pPr>
              <w:spacing w:after="0"/>
              <w:rPr>
                <w:lang w:val="tr-TR"/>
              </w:rPr>
            </w:pPr>
            <w:r w:rsidRPr="00875C33">
              <w:rPr>
                <w:sz w:val="18"/>
                <w:lang w:val="tr-TR"/>
              </w:rPr>
              <w:t>Unvanı Adı Soyadı</w:t>
            </w:r>
          </w:p>
        </w:tc>
      </w:tr>
      <w:tr w:rsidRPr="00875C33" w:rsidR="00813174" w:rsidTr="000E3E0A" w14:paraId="2791E31A" w14:textId="77777777">
        <w:tc>
          <w:tcPr>
            <w:tcW w:w="5218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875C33" w:rsidR="00813174" w:rsidP="000E3E0A" w:rsidRDefault="00813174" w14:paraId="3A0AE5D8" w14:textId="77777777">
            <w:pPr>
              <w:spacing w:after="0"/>
              <w:rPr>
                <w:lang w:val="tr-TR"/>
              </w:rPr>
            </w:pPr>
            <w:r w:rsidRPr="00875C33">
              <w:rPr>
                <w:sz w:val="18"/>
                <w:lang w:val="tr-TR"/>
              </w:rPr>
              <w:t>Yukarıda adı geçen tez çalışması ile ilgili hak ve sorumluluklarımdan vazgeçiyorum.</w:t>
            </w:r>
          </w:p>
        </w:tc>
        <w:tc>
          <w:tcPr>
            <w:tcW w:w="5414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875C33" w:rsidR="00813174" w:rsidP="000E3E0A" w:rsidRDefault="00813174" w14:paraId="4F205CB8" w14:textId="77777777">
            <w:pPr>
              <w:spacing w:after="0"/>
              <w:rPr>
                <w:lang w:val="tr-TR"/>
              </w:rPr>
            </w:pPr>
            <w:r w:rsidRPr="00875C33">
              <w:rPr>
                <w:sz w:val="18"/>
                <w:lang w:val="tr-TR"/>
              </w:rPr>
              <w:t>Yukarıda adı geçen tez çalışmasının sorumluluğunu kabul ediyorum.</w:t>
            </w:r>
          </w:p>
        </w:tc>
      </w:tr>
      <w:tr w:rsidRPr="00875C33" w:rsidR="00813174" w:rsidTr="000E3E0A" w14:paraId="23FBBB34" w14:textId="77777777">
        <w:tc>
          <w:tcPr>
            <w:tcW w:w="5218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875C33" w:rsidR="00813174" w:rsidP="000E3E0A" w:rsidRDefault="00813174" w14:paraId="22C21146" w14:textId="77777777">
            <w:pPr>
              <w:spacing w:after="0"/>
              <w:rPr>
                <w:lang w:val="tr-TR"/>
              </w:rPr>
            </w:pPr>
            <w:r w:rsidRPr="00875C33">
              <w:rPr>
                <w:sz w:val="18"/>
                <w:lang w:val="tr-TR"/>
              </w:rPr>
              <w:t>…… / …… / 20……</w:t>
            </w:r>
            <w:r w:rsidRPr="00875C33">
              <w:rPr>
                <w:sz w:val="18"/>
                <w:lang w:val="tr-TR"/>
              </w:rPr>
              <w:br/>
              <w:t>İmza</w:t>
            </w:r>
          </w:p>
        </w:tc>
        <w:tc>
          <w:tcPr>
            <w:tcW w:w="5414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875C33" w:rsidR="00813174" w:rsidP="000E3E0A" w:rsidRDefault="00813174" w14:paraId="0A1D6015" w14:textId="77777777">
            <w:pPr>
              <w:spacing w:after="0"/>
              <w:rPr>
                <w:lang w:val="tr-TR"/>
              </w:rPr>
            </w:pPr>
            <w:r w:rsidRPr="00875C33">
              <w:rPr>
                <w:sz w:val="18"/>
                <w:lang w:val="tr-TR"/>
              </w:rPr>
              <w:t>…… / …… / 20……</w:t>
            </w:r>
            <w:r w:rsidRPr="00875C33">
              <w:rPr>
                <w:sz w:val="18"/>
                <w:lang w:val="tr-TR"/>
              </w:rPr>
              <w:br/>
              <w:t>İmza</w:t>
            </w:r>
          </w:p>
        </w:tc>
      </w:tr>
      <w:tr w:rsidRPr="00875C33" w:rsidR="00813174" w:rsidTr="000E3E0A" w14:paraId="644EB6CE" w14:textId="77777777">
        <w:tc>
          <w:tcPr>
            <w:tcW w:w="5218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shd w:val="clear" w:color="auto" w:fill="EAF3F8"/>
            <w:vAlign w:val="center"/>
          </w:tcPr>
          <w:p w:rsidRPr="00875C33" w:rsidR="00813174" w:rsidP="000E3E0A" w:rsidRDefault="00813174" w14:paraId="0B498EDD" w14:textId="77777777">
            <w:pPr>
              <w:spacing w:after="0"/>
              <w:rPr>
                <w:lang w:val="tr-TR"/>
              </w:rPr>
            </w:pPr>
            <w:r w:rsidRPr="00875C33">
              <w:rPr>
                <w:b/>
                <w:sz w:val="18"/>
                <w:lang w:val="tr-TR"/>
              </w:rPr>
              <w:t>Değişiklik Gerekçesi</w:t>
            </w:r>
          </w:p>
        </w:tc>
        <w:tc>
          <w:tcPr>
            <w:tcW w:w="5414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875C33" w:rsidR="00813174" w:rsidP="000E3E0A" w:rsidRDefault="00813174" w14:paraId="1FFA6704" w14:textId="77777777">
            <w:pPr>
              <w:spacing w:after="0"/>
              <w:rPr>
                <w:lang w:val="tr-TR"/>
              </w:rPr>
            </w:pPr>
          </w:p>
        </w:tc>
      </w:tr>
      <w:tr w:rsidRPr="00875C33" w:rsidR="00813174" w:rsidTr="000E3E0A" w14:paraId="5B1A1035" w14:textId="77777777">
        <w:tc>
          <w:tcPr>
            <w:tcW w:w="5218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shd w:val="clear" w:color="auto" w:fill="EAF3F8"/>
            <w:vAlign w:val="center"/>
          </w:tcPr>
          <w:p w:rsidRPr="00875C33" w:rsidR="00813174" w:rsidP="000E3E0A" w:rsidRDefault="00813174" w14:paraId="3AC7D913" w14:textId="77777777">
            <w:pPr>
              <w:spacing w:after="0"/>
              <w:rPr>
                <w:lang w:val="tr-TR"/>
              </w:rPr>
            </w:pPr>
            <w:r w:rsidRPr="00875C33">
              <w:rPr>
                <w:b/>
                <w:sz w:val="18"/>
                <w:lang w:val="tr-TR"/>
              </w:rPr>
              <w:t>Ek Açıklamalar</w:t>
            </w:r>
          </w:p>
        </w:tc>
        <w:tc>
          <w:tcPr>
            <w:tcW w:w="5414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875C33" w:rsidR="00813174" w:rsidP="000E3E0A" w:rsidRDefault="00813174" w14:paraId="1FDF7862" w14:textId="77777777">
            <w:pPr>
              <w:spacing w:after="0"/>
              <w:rPr>
                <w:lang w:val="tr-TR"/>
              </w:rPr>
            </w:pPr>
          </w:p>
        </w:tc>
      </w:tr>
    </w:tbl>
    <w:p w:rsidRPr="00875C33" w:rsidR="00813174" w:rsidP="00813174" w:rsidRDefault="00813174" w14:paraId="11EC9B79" w14:textId="77777777">
      <w:pPr>
        <w:spacing w:after="80"/>
        <w:rPr>
          <w:lang w:val="tr-TR"/>
        </w:rPr>
      </w:pPr>
    </w:p>
    <w:p w:rsidRPr="00875C33" w:rsidR="00813174" w:rsidRDefault="00813174" w14:paraId="5902E4E2" w14:textId="77777777">
      <w:pPr>
        <w:spacing w:after="80"/>
        <w:rPr>
          <w:lang w:val="tr-TR"/>
        </w:rPr>
      </w:pPr>
    </w:p>
    <w:p w:rsidRPr="00875C33" w:rsidR="00813174" w:rsidRDefault="00813174" w14:paraId="1CCA8761" w14:textId="77777777">
      <w:pPr>
        <w:spacing w:after="80"/>
        <w:rPr>
          <w:lang w:val="tr-TR"/>
        </w:rPr>
      </w:pPr>
    </w:p>
    <w:p w:rsidRPr="00875C33" w:rsidR="00813174" w:rsidRDefault="00813174" w14:paraId="4509CA36" w14:textId="77777777">
      <w:pPr>
        <w:spacing w:after="80"/>
        <w:rPr>
          <w:lang w:val="tr-TR"/>
        </w:rPr>
      </w:pPr>
    </w:p>
    <w:p w:rsidRPr="00875C33" w:rsidR="00813174" w:rsidRDefault="00813174" w14:paraId="3317D841" w14:textId="77777777">
      <w:pPr>
        <w:spacing w:after="80"/>
        <w:rPr>
          <w:lang w:val="tr-TR"/>
        </w:rPr>
      </w:pPr>
    </w:p>
    <w:p w:rsidRPr="00875C33" w:rsidR="00813174" w:rsidRDefault="00813174" w14:paraId="2A7DE2E1" w14:textId="77777777">
      <w:pPr>
        <w:spacing w:after="80"/>
        <w:rPr>
          <w:lang w:val="tr-TR"/>
        </w:rPr>
      </w:pPr>
    </w:p>
    <w:p w:rsidRPr="00875C33" w:rsidR="00813174" w:rsidRDefault="00813174" w14:paraId="4B3C2CDD" w14:textId="77777777">
      <w:pPr>
        <w:spacing w:after="80"/>
        <w:rPr>
          <w:lang w:val="tr-TR"/>
        </w:rPr>
      </w:pPr>
    </w:p>
    <w:p w:rsidRPr="00875C33" w:rsidR="00813174" w:rsidRDefault="00813174" w14:paraId="237CBCB3" w14:textId="77777777">
      <w:pPr>
        <w:spacing w:after="80"/>
        <w:rPr>
          <w:lang w:val="tr-TR"/>
        </w:rPr>
      </w:pPr>
    </w:p>
    <w:p w:rsidRPr="00875C33" w:rsidR="0080180B" w:rsidRDefault="0080180B" w14:paraId="62D8A2C6" w14:textId="77777777">
      <w:pPr>
        <w:rPr>
          <w:lang w:val="tr-TR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3551"/>
        <w:gridCol w:w="3551"/>
        <w:gridCol w:w="3551"/>
      </w:tblGrid>
      <w:tr w:rsidRPr="00875C33" w:rsidR="0080180B" w14:paraId="0ADA1FA6" w14:textId="77777777">
        <w:trPr>
          <w:jc w:val="center"/>
        </w:trPr>
        <w:tc>
          <w:tcPr>
            <w:tcW w:w="3551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shd w:val="clear" w:color="auto" w:fill="D9EAF7"/>
            <w:vAlign w:val="center"/>
          </w:tcPr>
          <w:p w:rsidRPr="00875C33" w:rsidR="0080180B" w:rsidRDefault="00000000" w14:paraId="2BE96A8F" w14:textId="77777777">
            <w:pPr>
              <w:spacing w:after="0"/>
              <w:jc w:val="center"/>
              <w:rPr>
                <w:lang w:val="tr-TR"/>
              </w:rPr>
            </w:pPr>
            <w:r w:rsidRPr="00875C33">
              <w:rPr>
                <w:b/>
                <w:sz w:val="18"/>
                <w:lang w:val="tr-TR"/>
              </w:rPr>
              <w:t>Mevcut Danışman</w:t>
            </w:r>
          </w:p>
        </w:tc>
        <w:tc>
          <w:tcPr>
            <w:tcW w:w="3551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shd w:val="clear" w:color="auto" w:fill="D9EAF7"/>
            <w:vAlign w:val="center"/>
          </w:tcPr>
          <w:p w:rsidRPr="00875C33" w:rsidR="0080180B" w:rsidRDefault="00000000" w14:paraId="34A9C79E" w14:textId="77777777">
            <w:pPr>
              <w:spacing w:after="0"/>
              <w:jc w:val="center"/>
              <w:rPr>
                <w:lang w:val="tr-TR"/>
              </w:rPr>
            </w:pPr>
            <w:r w:rsidRPr="00875C33">
              <w:rPr>
                <w:b/>
                <w:sz w:val="18"/>
                <w:lang w:val="tr-TR"/>
              </w:rPr>
              <w:t>Yeni Danışman / Eş Danışman</w:t>
            </w:r>
          </w:p>
        </w:tc>
        <w:tc>
          <w:tcPr>
            <w:tcW w:w="3551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shd w:val="clear" w:color="auto" w:fill="D9EAF7"/>
            <w:vAlign w:val="center"/>
          </w:tcPr>
          <w:p w:rsidRPr="00875C33" w:rsidR="0080180B" w:rsidRDefault="00000000" w14:paraId="705BBFCD" w14:textId="77777777">
            <w:pPr>
              <w:spacing w:after="0"/>
              <w:jc w:val="center"/>
              <w:rPr>
                <w:lang w:val="tr-TR"/>
              </w:rPr>
            </w:pPr>
            <w:r w:rsidRPr="00875C33">
              <w:rPr>
                <w:b/>
                <w:sz w:val="18"/>
                <w:lang w:val="tr-TR"/>
              </w:rPr>
              <w:t>Anabilim Dalı Başkanı</w:t>
            </w:r>
          </w:p>
        </w:tc>
      </w:tr>
      <w:tr w:rsidRPr="00875C33" w:rsidR="0080180B" w14:paraId="20F4187F" w14:textId="77777777">
        <w:trPr>
          <w:jc w:val="center"/>
        </w:trPr>
        <w:tc>
          <w:tcPr>
            <w:tcW w:w="3551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875C33" w:rsidR="0080180B" w:rsidRDefault="00000000" w14:paraId="6CFCE6AA" w14:textId="77777777">
            <w:pPr>
              <w:spacing w:after="0"/>
              <w:jc w:val="center"/>
              <w:rPr>
                <w:lang w:val="tr-TR"/>
              </w:rPr>
            </w:pPr>
            <w:r w:rsidRPr="00875C33">
              <w:rPr>
                <w:sz w:val="18"/>
                <w:lang w:val="tr-TR"/>
              </w:rPr>
              <w:br/>
              <w:t>Unvanı Adı Soyadı</w:t>
            </w:r>
            <w:r w:rsidRPr="00875C33">
              <w:rPr>
                <w:sz w:val="18"/>
                <w:lang w:val="tr-TR"/>
              </w:rPr>
              <w:br/>
              <w:t>İmza</w:t>
            </w:r>
            <w:r w:rsidRPr="00875C33">
              <w:rPr>
                <w:sz w:val="18"/>
                <w:lang w:val="tr-TR"/>
              </w:rPr>
              <w:br/>
            </w:r>
          </w:p>
        </w:tc>
        <w:tc>
          <w:tcPr>
            <w:tcW w:w="3551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875C33" w:rsidR="0080180B" w:rsidRDefault="00000000" w14:paraId="3D29ECE9" w14:textId="77777777">
            <w:pPr>
              <w:spacing w:after="0"/>
              <w:jc w:val="center"/>
              <w:rPr>
                <w:lang w:val="tr-TR"/>
              </w:rPr>
            </w:pPr>
            <w:r w:rsidRPr="00875C33">
              <w:rPr>
                <w:sz w:val="18"/>
                <w:lang w:val="tr-TR"/>
              </w:rPr>
              <w:br/>
              <w:t>Unvanı Adı Soyadı</w:t>
            </w:r>
            <w:r w:rsidRPr="00875C33">
              <w:rPr>
                <w:sz w:val="18"/>
                <w:lang w:val="tr-TR"/>
              </w:rPr>
              <w:br/>
              <w:t>İmza</w:t>
            </w:r>
            <w:r w:rsidRPr="00875C33">
              <w:rPr>
                <w:sz w:val="18"/>
                <w:lang w:val="tr-TR"/>
              </w:rPr>
              <w:br/>
            </w:r>
          </w:p>
        </w:tc>
        <w:tc>
          <w:tcPr>
            <w:tcW w:w="3551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875C33" w:rsidR="0080180B" w:rsidRDefault="00000000" w14:paraId="0C7288BB" w14:textId="77777777">
            <w:pPr>
              <w:spacing w:after="0"/>
              <w:jc w:val="center"/>
              <w:rPr>
                <w:lang w:val="tr-TR"/>
              </w:rPr>
            </w:pPr>
            <w:r w:rsidRPr="00875C33">
              <w:rPr>
                <w:sz w:val="18"/>
                <w:lang w:val="tr-TR"/>
              </w:rPr>
              <w:br/>
              <w:t>Unvanı Adı Soyadı</w:t>
            </w:r>
            <w:r w:rsidRPr="00875C33">
              <w:rPr>
                <w:sz w:val="18"/>
                <w:lang w:val="tr-TR"/>
              </w:rPr>
              <w:br/>
              <w:t>İmza</w:t>
            </w:r>
            <w:r w:rsidRPr="00875C33">
              <w:rPr>
                <w:sz w:val="18"/>
                <w:lang w:val="tr-TR"/>
              </w:rPr>
              <w:br/>
            </w:r>
          </w:p>
        </w:tc>
      </w:tr>
    </w:tbl>
    <w:p w:rsidRPr="00875C33" w:rsidR="0080180B" w:rsidRDefault="00000000" w14:paraId="4F5C7A35" w14:textId="77777777">
      <w:pPr>
        <w:spacing w:after="0"/>
        <w:rPr>
          <w:lang w:val="tr-TR"/>
        </w:rPr>
      </w:pPr>
      <w:r w:rsidRPr="00875C33">
        <w:rPr>
          <w:sz w:val="16"/>
          <w:lang w:val="tr-TR"/>
        </w:rPr>
        <w:t>Not: Danışman değişikliği talebi gerekçesiyle birlikte Uzmanlık Eğitimi Birimine sunulur.</w:t>
      </w:r>
    </w:p>
    <w:sectPr w:rsidRPr="00875C33" w:rsidR="0080180B" w:rsidSect="00034616">
      <w:headerReference w:type="default" r:id="R5f8584b92d1a4f93"/>
      <w:headerReference w:type="first" r:id="R5f8584b92d1a4f93"/>
      <w:headerReference w:type="even" r:id="R5f8584b92d1a4f93"/>
      <w:footerReference w:type="default" r:id="R09e50f79fbb8425f"/>
      <w:footerReference w:type="first" r:id="R09e50f79fbb8425f"/>
      <w:footerReference w:type="even" r:id="R09e50f79fbb8425f"/>
      <w:pgSz w:w="11906" w:h="16838"/>
      <w:pgMar w:top="2155" w:right="850" w:bottom="1588" w:left="850" w:header="720" w:footer="283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="http://schemas.openxmlformats.org/wordprocessingml/2006/main">
  <w:tbl>
    <w:tblPr>
      <w:tblW w:w="5000" w:type="pct"/>
      <w:tblBorders>
        <w:top w:val="none"/>
        <w:bottom w:val="none"/>
        <w:left w:val="none"/>
        <w:right w:val="none"/>
        <w:insideH w:val="none"/>
        <w:insideV w:val="none"/>
      </w:tblBorders>
      <w:tblLayout w:type="fixed"/>
    </w:tblPr>
    <w:tblGrid>
      <w:gridCol w:w="8369"/>
      <w:gridCol w:w="1021"/>
      <w:gridCol w:w="816"/>
    </w:tblGrid>
    <w:tr>
      <w:tc>
        <w:tcPr>
          <w:tcW w:w="4100" w:type="pct"/>
          <w:tcMar>
            <w:top w:w="0" w:type="dxa"/>
            <w:left w:w="0" w:type="dxa"/>
            <w:bottom w:w="0" w:type="dxa"/>
            <w:right w:w="57" w:type="dxa"/>
          </w:tcMar>
          <w:vAlign w:val="top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17"/>
              <w:szCs w:val="17"/>
              <w:i/>
              <w:color w:val="FF0000"/>
            </w:rPr>
            <w:t xml:space="preserve">Bu dokümanın basılı hali kontrolsüz doküman kabul edilmektedir. Lütfen web sitesinden en son versiyonuna ulaşınız.</w:t>
          </w:r>
        </w:p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16"/>
              <w:szCs w:val="16"/>
            </w:rPr>
            <w:t>KYS-FR.351, R00, 28.09.2026</w:t>
          </w:r>
        </w:p>
        <w:p>
          <w:pPr>
            <w:spacing w:before="0" w:after="0" w:line="240" w:lineRule="auto"/>
          </w:pPr>
          <w:hyperlink xmlns:r="http://schemas.openxmlformats.org/officeDocument/2006/relationships" w:history="true" r:id="R3f61756b9c634db4">
            <w:r>
              <w:rPr>
                <w:rFonts w:ascii="Times New Roman" w:hAnsi="Times New Roman" w:eastAsia="Century Gothic"/>
                <w:sz w:val="16"/>
                <w:szCs w:val="16"/>
                <w:color w:val="0563C1"/>
                <w:u w:val="single"/>
              </w:rPr>
              <w:t>kvys.giresun.edu.tr/dg/1013</w:t>
            </w:r>
          </w:hyperlink>
        </w:p>
      </w:tc>
      <w:tc>
        <w:tcPr>
          <w:tcW w:w="500" w:type="pct"/>
          <w:tcMar>
            <w:top w:w="0" w:type="dxa"/>
            <w:left w:w="0" w:type="dxa"/>
            <w:bottom w:w="0" w:type="dxa"/>
            <w:right w:w="85" w:type="dxa"/>
          </w:tcMar>
          <w:vAlign w:val="center"/>
        </w:tcPr>
        <w:p>
          <w:pPr>
            <w:spacing w:before="0" w:after="0" w:line="240" w:lineRule="auto"/>
            <w:jc w:val="right"/>
          </w:pPr>
          <w:r>
            <w:rPr>
              <w:rFonts w:ascii="Times New Roman" w:hAnsi="Times New Roman" w:eastAsia="Century Gothic"/>
              <w:sz w:val="16"/>
              <w:szCs w:val="16"/>
            </w:rPr>
            <w:t xml:space="preserve">Sayfa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PAGE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  <w:r>
            <w:rPr>
              <w:rFonts w:ascii="Times New Roman" w:hAnsi="Times New Roman" w:eastAsia="Century Gothic"/>
              <w:sz w:val="16"/>
              <w:szCs w:val="16"/>
            </w:rPr>
            <w:t> /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NUMPAGES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</w:p>
      </w:tc>
      <w:tc>
        <w:tcPr>
          <w:tcW w:w="400" w:type="pct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>
          <w:pPr>
            <w:spacing w:before="0" w:after="0" w:line="240" w:lineRule="auto"/>
            <w:jc w:val="right"/>
          </w:pPr>
          <w:r>
            <w:rPr>
              <w:rFonts w:ascii="Arial" w:hAnsi="Arial" w:cs="Arial"/>
              <w:noProof/>
            </w:rPr>
            <w:drawing>
              <wp:inline xmlns:wp="http://schemas.openxmlformats.org/drawingml/2006/wordprocessingDrawing" distT="0" distB="0" distL="0" distR="0">
                <wp:extent cx="432000" cy="432000"/>
                <wp:effectExtent l="0" t="0" r="0" b="0"/>
                <wp:docPr id="2" name="Q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QR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0bca6c02a5f149d3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2000" cy="432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 w:line="240" w:lineRule="auto"/>
      <w:rPr>
        <w:sz w:val="2"/>
        <w:szCs w:val="2"/>
      </w:rPr>
    </w:pPr>
  </w:p>
</w:ftr>
</file>

<file path=word/header1.xml><?xml version="1.0" encoding="utf-8"?>
<w:hdr xmlns:w="http://schemas.openxmlformats.org/wordprocessingml/2006/main">
  <w:tbl>
    <w:tblPr>
      <w:tblStyle w:val="TabloKlavuzu"/>
      <w:jc w:val="center"/>
      <w:tblW w:w="5000" w:type="pct"/>
      <w:tblBorders>
        <w:top w:val="single" w:sz="4"/>
        <w:bottom w:val="single" w:sz="4"/>
        <w:left w:val="single" w:sz="4"/>
        <w:right w:val="single" w:sz="4"/>
        <w:insideH w:val="single" w:sz="4"/>
        <w:insideV w:val="single" w:sz="4"/>
      </w:tblBorders>
      <w:tblLook w:val="04A0" w:firstRow="true" w:lastRow="false" w:firstColumn="true" w:lastColumn="false" w:noHBand="false" w:noVBand="true"/>
    </w:tblPr>
    <w:tblGrid>
      <w:gridCol w:w="1566"/>
      <w:gridCol w:w="5411"/>
      <w:gridCol w:w="1541"/>
      <w:gridCol w:w="1491"/>
    </w:tblGrid>
    <w:tr>
      <w:trPr>
        <w:trHeight w:val="272"/>
      </w:trPr>
      <w:tc>
        <w:tcPr>
          <w:tcW w:w="1566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Arial" w:hAnsi="Arial" w:eastAsia="Century Gothic" w:cs="Arial"/>
              <w:noProof/>
              <w:sz w:val="29"/>
              <w:szCs w:val="29"/>
              <w:lang w:eastAsia="tr-TR"/>
            </w:rPr>
            <w:drawing>
              <wp:inline xmlns:wp="http://schemas.openxmlformats.org/drawingml/2006/wordprocessingDrawing" distT="0" distB="0" distL="0" distR="0">
                <wp:extent cx="854000" cy="854000"/>
                <wp:effectExtent l="0" t="0" r="0" b="0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9df686eef5cd4e01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4000" cy="8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11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T.C.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GİRESUN ÜNİVERSİTESİ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Tez Danışmanı Değişikliği Bildirim Formu</w:t>
          </w:r>
        </w:p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Doküman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KYS-FR.351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İlk Yayın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28.09.2026</w:t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/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00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Sayfa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PAGE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  <w:r>
            <w:rPr>
              <w:rFonts w:ascii="Times New Roman" w:hAnsi="Times New Roman" w:eastAsia="Century Gothic"/>
              <w:sz w:val="20"/>
              <w:szCs w:val="20"/>
            </w:rPr>
            <w:t>/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NUMPAGES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</w:p>
      </w:tc>
    </w:tr>
  </w:tbl>
  <w:p>
    <w:pPr>
      <w:spacing w:before="0" w:after="0" w:line="240" w:lineRule="auto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eNumara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eNumara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eMaddemi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eMaddemi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eNumara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eMadde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576481626">
    <w:abstractNumId w:val="8"/>
  </w:num>
  <w:num w:numId="2" w16cid:durableId="720666557">
    <w:abstractNumId w:val="6"/>
  </w:num>
  <w:num w:numId="3" w16cid:durableId="1629167936">
    <w:abstractNumId w:val="5"/>
  </w:num>
  <w:num w:numId="4" w16cid:durableId="1179349306">
    <w:abstractNumId w:val="4"/>
  </w:num>
  <w:num w:numId="5" w16cid:durableId="1989043699">
    <w:abstractNumId w:val="7"/>
  </w:num>
  <w:num w:numId="6" w16cid:durableId="677149873">
    <w:abstractNumId w:val="3"/>
  </w:num>
  <w:num w:numId="7" w16cid:durableId="365298679">
    <w:abstractNumId w:val="2"/>
  </w:num>
  <w:num w:numId="8" w16cid:durableId="790438728">
    <w:abstractNumId w:val="1"/>
  </w:num>
  <w:num w:numId="9" w16cid:durableId="14372129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1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06642"/>
    <w:rsid w:val="00034616"/>
    <w:rsid w:val="0006063C"/>
    <w:rsid w:val="0015074B"/>
    <w:rsid w:val="0029639D"/>
    <w:rsid w:val="00326F90"/>
    <w:rsid w:val="003F7834"/>
    <w:rsid w:val="0046350F"/>
    <w:rsid w:val="0080180B"/>
    <w:rsid w:val="00813174"/>
    <w:rsid w:val="00875C33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5F0B782"/>
  <w14:defaultImageDpi w14:val="300"/>
  <w15:docId w15:val="{C462A75E-35C0-594D-8563-022855C7FA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hAnsi="Times New Roman" w:cs="Times New Roman" w:eastAsia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Times New Roman" w:eastAsia="Times New Roman" w:hAnsi="Times New Roman" w:cs="Times New Roman"/>
      <w:sz w:val="20"/>
    </w:rPr>
  </w:style>
  <w:style w:type="paragraph" w:styleId="Balk1">
    <w:name w:val="heading 1"/>
    <w:basedOn w:val="Normal"/>
    <w:next w:val="Normal"/>
    <w:link w:val="Balk1Char"/>
    <w:uiPriority w:val="9"/>
    <w:qFormat/>
    <w:rsid w:val="00FC693F"/>
    <w:pPr>
      <w:keepNext/>
      <w:keepLines/>
      <w:spacing w:before="480" w:after="0"/>
      <w:outlineLvl w:val="0"/>
    </w:pPr>
    <w:rPr>
      <w:rFonts w:ascii="Times New Roman" w:hAnsi="Times New Roman" w:cs="Times New Roman" w:eastAsia="Times New Roman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="Times New Roman" w:hAnsi="Times New Roman" w:cs="Times New Roman" w:eastAsia="Times New Roman"/>
      <w:b/>
      <w:bCs/>
      <w:color w:val="4F81BD" w:themeColor="accent1"/>
      <w:sz w:val="26"/>
      <w:szCs w:val="26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="Times New Roman" w:hAnsi="Times New Roman" w:cs="Times New Roman" w:eastAsia="Times New Roman"/>
      <w:b/>
      <w:bCs/>
      <w:color w:val="4F81BD" w:themeColor="accent1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="Times New Roman" w:hAnsi="Times New Roman" w:cs="Times New Roman" w:eastAsia="Times New Roman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="Times New Roman" w:hAnsi="Times New Roman" w:cs="Times New Roman" w:eastAsia="Times New Roman"/>
      <w:color w:val="243F60" w:themeColor="accent1" w:themeShade="7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="Times New Roman" w:hAnsi="Times New Roman" w:cs="Times New Roman" w:eastAsia="Times New Roman"/>
      <w:i/>
      <w:iCs/>
      <w:color w:val="243F60" w:themeColor="accent1" w:themeShade="7F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="Times New Roman" w:hAnsi="Times New Roman" w:cs="Times New Roman" w:eastAsia="Times New Roman"/>
      <w:i/>
      <w:iCs/>
      <w:color w:val="404040" w:themeColor="text1" w:themeTint="BF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="Times New Roman" w:hAnsi="Times New Roman" w:cs="Times New Roman" w:eastAsia="Times New Roman"/>
      <w:color w:val="4F81BD" w:themeColor="accent1"/>
      <w:szCs w:val="20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="Times New Roman" w:hAnsi="Times New Roman" w:cs="Times New Roman" w:eastAsia="Times New Roman"/>
      <w:i/>
      <w:iCs/>
      <w:color w:val="404040" w:themeColor="text1" w:themeTint="BF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E618BF"/>
  </w:style>
  <w:style w:type="paragraph" w:styleId="AltBilgi">
    <w:name w:val="footer"/>
    <w:basedOn w:val="Normal"/>
    <w:link w:val="Al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E618BF"/>
  </w:style>
  <w:style w:type="paragraph" w:styleId="AralkYok">
    <w:name w:val="No Spacing"/>
    <w:uiPriority w:val="1"/>
    <w:qFormat/>
    <w:rsid w:val="00FC693F"/>
    <w:pPr>
      <w:spacing w:after="0" w:line="240" w:lineRule="auto"/>
    </w:pPr>
  </w:style>
  <w:style w:type="character" w:customStyle="1" w:styleId="Balk1Char">
    <w:name w:val="Başlık 1 Char"/>
    <w:basedOn w:val="VarsaylanParagrafYazTipi"/>
    <w:link w:val="Balk1"/>
    <w:uiPriority w:val="9"/>
    <w:rsid w:val="00FC693F"/>
    <w:rPr>
      <w:rFonts w:ascii="Times New Roman" w:hAnsi="Times New Roman" w:cs="Times New Roman" w:eastAsia="Times New Roman"/>
      <w:b/>
      <w:bCs/>
      <w:color w:val="365F91" w:themeColor="accent1" w:themeShade="BF"/>
      <w:sz w:val="28"/>
      <w:szCs w:val="28"/>
    </w:rPr>
  </w:style>
  <w:style w:type="character" w:customStyle="1" w:styleId="Balk2Char">
    <w:name w:val="Başlık 2 Char"/>
    <w:basedOn w:val="VarsaylanParagrafYazTipi"/>
    <w:link w:val="Balk2"/>
    <w:uiPriority w:val="9"/>
    <w:rsid w:val="00FC693F"/>
    <w:rPr>
      <w:rFonts w:ascii="Times New Roman" w:hAnsi="Times New Roman" w:cs="Times New Roman" w:eastAsia="Times New Roman"/>
      <w:b/>
      <w:bCs/>
      <w:color w:val="4F81BD" w:themeColor="accent1"/>
      <w:sz w:val="26"/>
      <w:szCs w:val="26"/>
    </w:rPr>
  </w:style>
  <w:style w:type="character" w:customStyle="1" w:styleId="Balk3Char">
    <w:name w:val="Başlık 3 Char"/>
    <w:basedOn w:val="VarsaylanParagrafYazTipi"/>
    <w:link w:val="Balk3"/>
    <w:uiPriority w:val="9"/>
    <w:rsid w:val="00FC693F"/>
    <w:rPr>
      <w:rFonts w:ascii="Times New Roman" w:hAnsi="Times New Roman" w:cs="Times New Roman" w:eastAsia="Times New Roman"/>
      <w:b/>
      <w:bCs/>
      <w:color w:val="4F81BD" w:themeColor="accent1"/>
    </w:rPr>
  </w:style>
  <w:style w:type="paragraph" w:styleId="KonuBal">
    <w:name w:val="Title"/>
    <w:basedOn w:val="Normal"/>
    <w:next w:val="Normal"/>
    <w:link w:val="KonuBal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="Times New Roman" w:hAnsi="Times New Roman" w:cs="Times New Roman" w:eastAsia="Times New Roman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uiPriority w:val="10"/>
    <w:rsid w:val="00FC693F"/>
    <w:rPr>
      <w:rFonts w:ascii="Times New Roman" w:hAnsi="Times New Roman" w:cs="Times New Roman" w:eastAsia="Times New Roman"/>
      <w:color w:val="17365D" w:themeColor="text2" w:themeShade="BF"/>
      <w:spacing w:val="5"/>
      <w:kern w:val="28"/>
      <w:sz w:val="52"/>
      <w:szCs w:val="52"/>
    </w:rPr>
  </w:style>
  <w:style w:type="paragraph" w:styleId="Altyaz">
    <w:name w:val="Subtitle"/>
    <w:basedOn w:val="Normal"/>
    <w:next w:val="Normal"/>
    <w:link w:val="AltyazChar"/>
    <w:uiPriority w:val="11"/>
    <w:qFormat/>
    <w:rsid w:val="00FC693F"/>
    <w:pPr>
      <w:numPr>
        <w:ilvl w:val="1"/>
      </w:numPr>
    </w:pPr>
    <w:rPr>
      <w:rFonts w:ascii="Times New Roman" w:hAnsi="Times New Roman" w:cs="Times New Roman" w:eastAsia="Times New Roman"/>
      <w:i/>
      <w:iCs/>
      <w:color w:val="4F81BD" w:themeColor="accent1"/>
      <w:spacing w:val="15"/>
      <w:sz w:val="24"/>
      <w:szCs w:val="24"/>
    </w:rPr>
  </w:style>
  <w:style w:type="character" w:customStyle="1" w:styleId="AltyazChar">
    <w:name w:val="Altyazı Char"/>
    <w:basedOn w:val="VarsaylanParagrafYazTipi"/>
    <w:link w:val="Altyaz"/>
    <w:uiPriority w:val="11"/>
    <w:rsid w:val="00FC693F"/>
    <w:rPr>
      <w:rFonts w:ascii="Times New Roman" w:hAnsi="Times New Roman" w:cs="Times New Roman" w:eastAsia="Times New Roman"/>
      <w:i/>
      <w:iCs/>
      <w:color w:val="4F81BD" w:themeColor="accent1"/>
      <w:spacing w:val="15"/>
      <w:sz w:val="24"/>
      <w:szCs w:val="24"/>
    </w:rPr>
  </w:style>
  <w:style w:type="paragraph" w:styleId="ListeParagraf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GvdeMetni">
    <w:name w:val="Body Text"/>
    <w:basedOn w:val="Normal"/>
    <w:link w:val="GvdeMetniChar"/>
    <w:uiPriority w:val="99"/>
    <w:unhideWhenUsed/>
    <w:rsid w:val="00AA1D8D"/>
    <w:pPr>
      <w:spacing w:after="120"/>
    </w:pPr>
  </w:style>
  <w:style w:type="character" w:customStyle="1" w:styleId="GvdeMetniChar">
    <w:name w:val="Gövde Metni Char"/>
    <w:basedOn w:val="VarsaylanParagrafYazTipi"/>
    <w:link w:val="GvdeMetni"/>
    <w:uiPriority w:val="99"/>
    <w:rsid w:val="00AA1D8D"/>
  </w:style>
  <w:style w:type="paragraph" w:styleId="GvdeMetni2">
    <w:name w:val="Body Text 2"/>
    <w:basedOn w:val="Normal"/>
    <w:link w:val="GvdeMetni2Char"/>
    <w:uiPriority w:val="99"/>
    <w:unhideWhenUsed/>
    <w:rsid w:val="00AA1D8D"/>
    <w:pPr>
      <w:spacing w:after="120" w:line="480" w:lineRule="auto"/>
    </w:pPr>
  </w:style>
  <w:style w:type="character" w:customStyle="1" w:styleId="GvdeMetni2Char">
    <w:name w:val="Gövde Metni 2 Char"/>
    <w:basedOn w:val="VarsaylanParagrafYazTipi"/>
    <w:link w:val="GvdeMetni2"/>
    <w:uiPriority w:val="99"/>
    <w:rsid w:val="00AA1D8D"/>
  </w:style>
  <w:style w:type="paragraph" w:styleId="GvdeMetni3">
    <w:name w:val="Body Text 3"/>
    <w:basedOn w:val="Normal"/>
    <w:link w:val="GvdeMetni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GvdeMetni3Char">
    <w:name w:val="Gövde Metni 3 Char"/>
    <w:basedOn w:val="VarsaylanParagrafYazTipi"/>
    <w:link w:val="GvdeMetni3"/>
    <w:uiPriority w:val="99"/>
    <w:rsid w:val="00AA1D8D"/>
    <w:rPr>
      <w:sz w:val="16"/>
      <w:szCs w:val="16"/>
    </w:rPr>
  </w:style>
  <w:style w:type="paragraph" w:styleId="Liste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e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e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eMaddemi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eMaddemi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eMaddemi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eNumara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eNumara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eNumara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eDevam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eDevam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eDevam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kroMetni">
    <w:name w:val="macro"/>
    <w:link w:val="MakroMetni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Times New Roman" w:hAnsi="Times New Roman" w:cs="Times New Roman" w:eastAsia="Times New Roman"/>
      <w:sz w:val="20"/>
      <w:szCs w:val="20"/>
    </w:rPr>
  </w:style>
  <w:style w:type="character" w:customStyle="1" w:styleId="MakroMetniChar">
    <w:name w:val="Makro Metni Char"/>
    <w:basedOn w:val="VarsaylanParagrafYazTipi"/>
    <w:link w:val="MakroMetni"/>
    <w:uiPriority w:val="99"/>
    <w:rsid w:val="0029639D"/>
    <w:rPr>
      <w:rFonts w:ascii="Times New Roman" w:hAnsi="Times New Roman" w:cs="Times New Roman" w:eastAsia="Times New Roman"/>
      <w:sz w:val="20"/>
      <w:szCs w:val="20"/>
    </w:rPr>
  </w:style>
  <w:style w:type="paragraph" w:styleId="Alnt">
    <w:name w:val="Quote"/>
    <w:basedOn w:val="Normal"/>
    <w:next w:val="Normal"/>
    <w:link w:val="AlntChar"/>
    <w:uiPriority w:val="29"/>
    <w:qFormat/>
    <w:rsid w:val="00FC693F"/>
    <w:rPr>
      <w:i/>
      <w:iCs/>
      <w:color w:val="000000" w:themeColor="text1"/>
    </w:rPr>
  </w:style>
  <w:style w:type="character" w:customStyle="1" w:styleId="AlntChar">
    <w:name w:val="Alıntı Char"/>
    <w:basedOn w:val="VarsaylanParagrafYazTipi"/>
    <w:link w:val="Alnt"/>
    <w:uiPriority w:val="29"/>
    <w:rsid w:val="00FC693F"/>
    <w:rPr>
      <w:i/>
      <w:iCs/>
      <w:color w:val="000000" w:themeColor="text1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FC693F"/>
    <w:rPr>
      <w:rFonts w:ascii="Times New Roman" w:hAnsi="Times New Roman" w:cs="Times New Roman" w:eastAsia="Times New Roman"/>
      <w:b/>
      <w:bCs/>
      <w:i/>
      <w:iCs/>
      <w:color w:val="4F81BD" w:themeColor="accent1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C693F"/>
    <w:rPr>
      <w:rFonts w:ascii="Times New Roman" w:hAnsi="Times New Roman" w:cs="Times New Roman" w:eastAsia="Times New Roman"/>
      <w:color w:val="243F60" w:themeColor="accent1" w:themeShade="7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C693F"/>
    <w:rPr>
      <w:rFonts w:ascii="Times New Roman" w:hAnsi="Times New Roman" w:cs="Times New Roman" w:eastAsia="Times New Roman"/>
      <w:i/>
      <w:iCs/>
      <w:color w:val="243F60" w:themeColor="accent1" w:themeShade="7F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FC693F"/>
    <w:rPr>
      <w:rFonts w:ascii="Times New Roman" w:hAnsi="Times New Roman" w:cs="Times New Roman" w:eastAsia="Times New Roman"/>
      <w:i/>
      <w:iCs/>
      <w:color w:val="404040" w:themeColor="text1" w:themeTint="BF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FC693F"/>
    <w:rPr>
      <w:rFonts w:ascii="Times New Roman" w:hAnsi="Times New Roman" w:cs="Times New Roman" w:eastAsia="Times New Roman"/>
      <w:color w:val="4F81BD" w:themeColor="accent1"/>
      <w:sz w:val="20"/>
      <w:szCs w:val="20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FC693F"/>
    <w:rPr>
      <w:rFonts w:ascii="Times New Roman" w:hAnsi="Times New Roman" w:cs="Times New Roman" w:eastAsia="Times New Roman"/>
      <w:i/>
      <w:iCs/>
      <w:color w:val="404040" w:themeColor="text1" w:themeTint="BF"/>
      <w:sz w:val="20"/>
      <w:szCs w:val="20"/>
    </w:rPr>
  </w:style>
  <w:style w:type="paragraph" w:styleId="ResimYazs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Gl">
    <w:name w:val="Strong"/>
    <w:basedOn w:val="VarsaylanParagrafYazTipi"/>
    <w:uiPriority w:val="22"/>
    <w:qFormat/>
    <w:rsid w:val="00FC693F"/>
    <w:rPr>
      <w:b/>
      <w:bCs/>
    </w:rPr>
  </w:style>
  <w:style w:type="character" w:styleId="Vurgu">
    <w:name w:val="Emphasis"/>
    <w:basedOn w:val="VarsaylanParagrafYazTipi"/>
    <w:uiPriority w:val="20"/>
    <w:qFormat/>
    <w:rsid w:val="00FC693F"/>
    <w:rPr>
      <w:i/>
      <w:iCs/>
    </w:rPr>
  </w:style>
  <w:style w:type="paragraph" w:styleId="GlAlnt">
    <w:name w:val="Intense Quote"/>
    <w:basedOn w:val="Normal"/>
    <w:next w:val="Normal"/>
    <w:link w:val="GlAln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GlAlntChar">
    <w:name w:val="Güçlü Alıntı Char"/>
    <w:basedOn w:val="VarsaylanParagrafYazTipi"/>
    <w:link w:val="GlAlnt"/>
    <w:uiPriority w:val="30"/>
    <w:rsid w:val="00FC693F"/>
    <w:rPr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FC693F"/>
    <w:rPr>
      <w:i/>
      <w:iCs/>
      <w:color w:val="808080" w:themeColor="text1" w:themeTint="7F"/>
    </w:rPr>
  </w:style>
  <w:style w:type="character" w:styleId="GlVurgulama">
    <w:name w:val="Intense Emphasis"/>
    <w:basedOn w:val="VarsaylanParagrafYazTipi"/>
    <w:uiPriority w:val="21"/>
    <w:qFormat/>
    <w:rsid w:val="00FC693F"/>
    <w:rPr>
      <w:b/>
      <w:bCs/>
      <w:i/>
      <w:iCs/>
      <w:color w:val="4F81BD" w:themeColor="accent1"/>
    </w:rPr>
  </w:style>
  <w:style w:type="character" w:styleId="HafifBavuru">
    <w:name w:val="Subtle Reference"/>
    <w:basedOn w:val="VarsaylanParagrafYazTipi"/>
    <w:uiPriority w:val="31"/>
    <w:qFormat/>
    <w:rsid w:val="00FC693F"/>
    <w:rPr>
      <w:smallCaps/>
      <w:color w:val="C0504D" w:themeColor="accent2"/>
      <w:u w:val="single"/>
    </w:rPr>
  </w:style>
  <w:style w:type="character" w:styleId="GlBavuru">
    <w:name w:val="Intense Reference"/>
    <w:basedOn w:val="VarsaylanParagrafYazTipi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itapBal">
    <w:name w:val="Book Title"/>
    <w:basedOn w:val="VarsaylanParagrafYazTipi"/>
    <w:uiPriority w:val="33"/>
    <w:qFormat/>
    <w:rsid w:val="00FC693F"/>
    <w:rPr>
      <w:b/>
      <w:bCs/>
      <w:smallCaps/>
      <w:spacing w:val="5"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FC693F"/>
    <w:pPr>
      <w:outlineLvl w:val="9"/>
    </w:pPr>
  </w:style>
  <w:style w:type="table" w:styleId="TabloKlavuzu">
    <w:name w:val="Table Grid"/>
    <w:basedOn w:val="NormalTablo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kGlgeleme">
    <w:name w:val="Light Shading"/>
    <w:basedOn w:val="NormalTablo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AkGlgeleme-Vurgu1">
    <w:name w:val="Light Shading Accent 1"/>
    <w:basedOn w:val="NormalTablo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AkGlgeleme-Vurgu2">
    <w:name w:val="Light Shading Accent 2"/>
    <w:basedOn w:val="NormalTablo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AkGlgeleme-Vurgu3">
    <w:name w:val="Light Shading Accent 3"/>
    <w:basedOn w:val="NormalTablo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AkGlgeleme-Vurgu4">
    <w:name w:val="Light Shading Accent 4"/>
    <w:basedOn w:val="NormalTablo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AkGlgeleme-Vurgu5">
    <w:name w:val="Light Shading Accent 5"/>
    <w:basedOn w:val="NormalTablo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AkGlgeleme-Vurgu6">
    <w:name w:val="Light Shading Accent 6"/>
    <w:basedOn w:val="NormalTablo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kListe">
    <w:name w:val="Light List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AkListe-Vurgu1">
    <w:name w:val="Light List Accent 1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AkListe-Vurgu2">
    <w:name w:val="Light List Accent 2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AkListe-Vurgu3">
    <w:name w:val="Light List Accent 3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AkListe-Vurgu4">
    <w:name w:val="Light List Accent 4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AkListe-Vurgu5">
    <w:name w:val="Light List Accent 5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AkListe-Vurgu6">
    <w:name w:val="Light List Accent 6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kKlavuz">
    <w:name w:val="Light Grid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="Times New Roman" w:hAnsi="Times New Roman" w:cs="Times New Roman" w:eastAsia="Times New Roman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="Times New Roman" w:hAnsi="Times New Roman" w:cs="Times New Roman" w:eastAsia="Times New Roman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="Times New Roman" w:hAnsi="Times New Roman" w:cs="Times New Roman" w:eastAsia="Times New Roman"/>
        <w:b/>
        <w:bCs/>
      </w:rPr>
    </w:tblStylePr>
    <w:tblStylePr w:type="lastCol">
      <w:rPr>
        <w:rFonts w:ascii="Times New Roman" w:hAnsi="Times New Roman" w:cs="Times New Roman" w:eastAsia="Times New Roman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AkKlavuz-Vurgu1">
    <w:name w:val="Light Grid Accent 1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="Times New Roman" w:hAnsi="Times New Roman" w:cs="Times New Roman" w:eastAsia="Times New Roman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="Times New Roman" w:hAnsi="Times New Roman" w:cs="Times New Roman" w:eastAsia="Times New Roman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="Times New Roman" w:hAnsi="Times New Roman" w:cs="Times New Roman" w:eastAsia="Times New Roman"/>
        <w:b/>
        <w:bCs/>
      </w:rPr>
    </w:tblStylePr>
    <w:tblStylePr w:type="lastCol">
      <w:rPr>
        <w:rFonts w:ascii="Times New Roman" w:hAnsi="Times New Roman" w:cs="Times New Roman" w:eastAsia="Times New Roman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AkKlavuz-Vurgu2">
    <w:name w:val="Light Grid Accent 2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="Times New Roman" w:hAnsi="Times New Roman" w:cs="Times New Roman" w:eastAsia="Times New Roman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="Times New Roman" w:hAnsi="Times New Roman" w:cs="Times New Roman" w:eastAsia="Times New Roman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="Times New Roman" w:hAnsi="Times New Roman" w:cs="Times New Roman" w:eastAsia="Times New Roman"/>
        <w:b/>
        <w:bCs/>
      </w:rPr>
    </w:tblStylePr>
    <w:tblStylePr w:type="lastCol">
      <w:rPr>
        <w:rFonts w:ascii="Times New Roman" w:hAnsi="Times New Roman" w:cs="Times New Roman" w:eastAsia="Times New Roman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AkKlavuz-Vurgu3">
    <w:name w:val="Light Grid Accent 3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="Times New Roman" w:hAnsi="Times New Roman" w:cs="Times New Roman" w:eastAsia="Times New Roman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="Times New Roman" w:hAnsi="Times New Roman" w:cs="Times New Roman" w:eastAsia="Times New Roman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="Times New Roman" w:hAnsi="Times New Roman" w:cs="Times New Roman" w:eastAsia="Times New Roman"/>
        <w:b/>
        <w:bCs/>
      </w:rPr>
    </w:tblStylePr>
    <w:tblStylePr w:type="lastCol">
      <w:rPr>
        <w:rFonts w:ascii="Times New Roman" w:hAnsi="Times New Roman" w:cs="Times New Roman" w:eastAsia="Times New Roman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AkKlavuz-Vurgu4">
    <w:name w:val="Light Grid Accent 4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="Times New Roman" w:hAnsi="Times New Roman" w:cs="Times New Roman" w:eastAsia="Times New Roman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="Times New Roman" w:hAnsi="Times New Roman" w:cs="Times New Roman" w:eastAsia="Times New Roman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="Times New Roman" w:hAnsi="Times New Roman" w:cs="Times New Roman" w:eastAsia="Times New Roman"/>
        <w:b/>
        <w:bCs/>
      </w:rPr>
    </w:tblStylePr>
    <w:tblStylePr w:type="lastCol">
      <w:rPr>
        <w:rFonts w:ascii="Times New Roman" w:hAnsi="Times New Roman" w:cs="Times New Roman" w:eastAsia="Times New Roman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AkKlavuz-Vurgu5">
    <w:name w:val="Light Grid Accent 5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="Times New Roman" w:hAnsi="Times New Roman" w:cs="Times New Roman" w:eastAsia="Times New Roman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="Times New Roman" w:hAnsi="Times New Roman" w:cs="Times New Roman" w:eastAsia="Times New Roman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="Times New Roman" w:hAnsi="Times New Roman" w:cs="Times New Roman" w:eastAsia="Times New Roman"/>
        <w:b/>
        <w:bCs/>
      </w:rPr>
    </w:tblStylePr>
    <w:tblStylePr w:type="lastCol">
      <w:rPr>
        <w:rFonts w:ascii="Times New Roman" w:hAnsi="Times New Roman" w:cs="Times New Roman" w:eastAsia="Times New Roman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AkKlavuz-Vurgu6">
    <w:name w:val="Light Grid Accent 6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="Times New Roman" w:hAnsi="Times New Roman" w:cs="Times New Roman" w:eastAsia="Times New Roman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="Times New Roman" w:hAnsi="Times New Roman" w:cs="Times New Roman" w:eastAsia="Times New Roman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="Times New Roman" w:hAnsi="Times New Roman" w:cs="Times New Roman" w:eastAsia="Times New Roman"/>
        <w:b/>
        <w:bCs/>
      </w:rPr>
    </w:tblStylePr>
    <w:tblStylePr w:type="lastCol">
      <w:rPr>
        <w:rFonts w:ascii="Times New Roman" w:hAnsi="Times New Roman" w:cs="Times New Roman" w:eastAsia="Times New Roman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OrtaGlgeleme1">
    <w:name w:val="Medium Shading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1">
    <w:name w:val="Medium Shading 1 Accent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2">
    <w:name w:val="Medium Shading 1 Accent 2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3">
    <w:name w:val="Medium Shading 1 Accent 3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4">
    <w:name w:val="Medium Shading 1 Accent 4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5">
    <w:name w:val="Medium Shading 1 Accent 5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6">
    <w:name w:val="Medium Shading 1 Accent 6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2">
    <w:name w:val="Medium Shading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1">
    <w:name w:val="Medium Shading 2 Accent 1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2">
    <w:name w:val="Medium Shading 2 Accent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3">
    <w:name w:val="Medium Shading 2 Accent 3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4">
    <w:name w:val="Medium Shading 2 Accent 4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5">
    <w:name w:val="Medium Shading 2 Accent 5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6">
    <w:name w:val="Medium Shading 2 Accent 6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Liste1">
    <w:name w:val="Medium Lis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="Times New Roman" w:hAnsi="Times New Roman" w:cs="Times New Roman" w:eastAsia="Times New Roman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OrtaListe1-Vurgu1">
    <w:name w:val="Medium List 1 Accen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="Times New Roman" w:hAnsi="Times New Roman" w:cs="Times New Roman" w:eastAsia="Times New Roman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OrtaListe1-Vurgu2">
    <w:name w:val="Medium List 1 Accent 2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="Times New Roman" w:hAnsi="Times New Roman" w:cs="Times New Roman" w:eastAsia="Times New Roman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OrtaListe1-Vurgu3">
    <w:name w:val="Medium List 1 Accent 3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="Times New Roman" w:hAnsi="Times New Roman" w:cs="Times New Roman" w:eastAsia="Times New Roman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OrtaListe1-Vurgu4">
    <w:name w:val="Medium List 1 Accent 4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="Times New Roman" w:hAnsi="Times New Roman" w:cs="Times New Roman" w:eastAsia="Times New Roman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OrtaListe1-Vurgu5">
    <w:name w:val="Medium List 1 Accent 5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="Times New Roman" w:hAnsi="Times New Roman" w:cs="Times New Roman" w:eastAsia="Times New Roman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OrtaListe1-Vurgu6">
    <w:name w:val="Medium List 1 Accent 6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="Times New Roman" w:hAnsi="Times New Roman" w:cs="Times New Roman" w:eastAsia="Times New Roman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OrtaListe2">
    <w:name w:val="Medium List 2"/>
    <w:basedOn w:val="NormalTablo"/>
    <w:uiPriority w:val="66"/>
    <w:rsid w:val="00CB0664"/>
    <w:pPr>
      <w:spacing w:after="0" w:line="240" w:lineRule="auto"/>
    </w:pPr>
    <w:rPr>
      <w:rFonts w:ascii="Times New Roman" w:hAnsi="Times New Roman" w:cs="Times New Roman" w:eastAsia="Times New Roman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2-Vurgu1">
    <w:name w:val="Medium List 2 Accent 1"/>
    <w:basedOn w:val="NormalTablo"/>
    <w:uiPriority w:val="66"/>
    <w:rsid w:val="00CB0664"/>
    <w:pPr>
      <w:spacing w:after="0" w:line="240" w:lineRule="auto"/>
    </w:pPr>
    <w:rPr>
      <w:rFonts w:ascii="Times New Roman" w:hAnsi="Times New Roman" w:cs="Times New Roman" w:eastAsia="Times New Roman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2">
    <w:name w:val="Medium List 2 Accent 2"/>
    <w:basedOn w:val="NormalTablo"/>
    <w:uiPriority w:val="66"/>
    <w:rsid w:val="00CB0664"/>
    <w:pPr>
      <w:spacing w:after="0" w:line="240" w:lineRule="auto"/>
    </w:pPr>
    <w:rPr>
      <w:rFonts w:ascii="Times New Roman" w:hAnsi="Times New Roman" w:cs="Times New Roman" w:eastAsia="Times New Roman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3">
    <w:name w:val="Medium List 2 Accent 3"/>
    <w:basedOn w:val="NormalTablo"/>
    <w:uiPriority w:val="66"/>
    <w:rsid w:val="00CB0664"/>
    <w:pPr>
      <w:spacing w:after="0" w:line="240" w:lineRule="auto"/>
    </w:pPr>
    <w:rPr>
      <w:rFonts w:ascii="Times New Roman" w:hAnsi="Times New Roman" w:cs="Times New Roman" w:eastAsia="Times New Roman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4">
    <w:name w:val="Medium List 2 Accent 4"/>
    <w:basedOn w:val="NormalTablo"/>
    <w:uiPriority w:val="66"/>
    <w:rsid w:val="00CB0664"/>
    <w:pPr>
      <w:spacing w:after="0" w:line="240" w:lineRule="auto"/>
    </w:pPr>
    <w:rPr>
      <w:rFonts w:ascii="Times New Roman" w:hAnsi="Times New Roman" w:cs="Times New Roman" w:eastAsia="Times New Roman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5">
    <w:name w:val="Medium List 2 Accent 5"/>
    <w:basedOn w:val="NormalTablo"/>
    <w:uiPriority w:val="66"/>
    <w:rsid w:val="00CB0664"/>
    <w:pPr>
      <w:spacing w:after="0" w:line="240" w:lineRule="auto"/>
    </w:pPr>
    <w:rPr>
      <w:rFonts w:ascii="Times New Roman" w:hAnsi="Times New Roman" w:cs="Times New Roman" w:eastAsia="Times New Roman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6">
    <w:name w:val="Medium List 2 Accent 6"/>
    <w:basedOn w:val="NormalTablo"/>
    <w:uiPriority w:val="66"/>
    <w:rsid w:val="00CB0664"/>
    <w:pPr>
      <w:spacing w:after="0" w:line="240" w:lineRule="auto"/>
    </w:pPr>
    <w:rPr>
      <w:rFonts w:ascii="Times New Roman" w:hAnsi="Times New Roman" w:cs="Times New Roman" w:eastAsia="Times New Roman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Klavuz1">
    <w:name w:val="Medium Grid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rtaKlavuz1-Vurgu1">
    <w:name w:val="Medium Grid 1 Accent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rtaKlavuz1-Vurgu2">
    <w:name w:val="Medium Grid 1 Accent 2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rtaKlavuz1-Vurgu3">
    <w:name w:val="Medium Grid 1 Accent 3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rtaKlavuz1-Vurgu4">
    <w:name w:val="Medium Grid 1 Accent 4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rtaKlavuz1-Vurgu5">
    <w:name w:val="Medium Grid 1 Accent 5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rtaKlavuz1-Vurgu6">
    <w:name w:val="Medium Grid 1 Accent 6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rtaKlavuz2">
    <w:name w:val="Medium Grid 2"/>
    <w:basedOn w:val="NormalTablo"/>
    <w:uiPriority w:val="68"/>
    <w:rsid w:val="00CB0664"/>
    <w:pPr>
      <w:spacing w:after="0" w:line="240" w:lineRule="auto"/>
    </w:pPr>
    <w:rPr>
      <w:rFonts w:ascii="Times New Roman" w:hAnsi="Times New Roman" w:cs="Times New Roman" w:eastAsia="Times New Roman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1">
    <w:name w:val="Medium Grid 2 Accent 1"/>
    <w:basedOn w:val="NormalTablo"/>
    <w:uiPriority w:val="68"/>
    <w:rsid w:val="00CB0664"/>
    <w:pPr>
      <w:spacing w:after="0" w:line="240" w:lineRule="auto"/>
    </w:pPr>
    <w:rPr>
      <w:rFonts w:ascii="Times New Roman" w:hAnsi="Times New Roman" w:cs="Times New Roman" w:eastAsia="Times New Roman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2">
    <w:name w:val="Medium Grid 2 Accent 2"/>
    <w:basedOn w:val="NormalTablo"/>
    <w:uiPriority w:val="68"/>
    <w:rsid w:val="00CB0664"/>
    <w:pPr>
      <w:spacing w:after="0" w:line="240" w:lineRule="auto"/>
    </w:pPr>
    <w:rPr>
      <w:rFonts w:ascii="Times New Roman" w:hAnsi="Times New Roman" w:cs="Times New Roman" w:eastAsia="Times New Roman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3">
    <w:name w:val="Medium Grid 2 Accent 3"/>
    <w:basedOn w:val="NormalTablo"/>
    <w:uiPriority w:val="68"/>
    <w:rsid w:val="00CB0664"/>
    <w:pPr>
      <w:spacing w:after="0" w:line="240" w:lineRule="auto"/>
    </w:pPr>
    <w:rPr>
      <w:rFonts w:ascii="Times New Roman" w:hAnsi="Times New Roman" w:cs="Times New Roman" w:eastAsia="Times New Roman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4">
    <w:name w:val="Medium Grid 2 Accent 4"/>
    <w:basedOn w:val="NormalTablo"/>
    <w:uiPriority w:val="68"/>
    <w:rsid w:val="00CB0664"/>
    <w:pPr>
      <w:spacing w:after="0" w:line="240" w:lineRule="auto"/>
    </w:pPr>
    <w:rPr>
      <w:rFonts w:ascii="Times New Roman" w:hAnsi="Times New Roman" w:cs="Times New Roman" w:eastAsia="Times New Roman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5">
    <w:name w:val="Medium Grid 2 Accent 5"/>
    <w:basedOn w:val="NormalTablo"/>
    <w:uiPriority w:val="68"/>
    <w:rsid w:val="00CB0664"/>
    <w:pPr>
      <w:spacing w:after="0" w:line="240" w:lineRule="auto"/>
    </w:pPr>
    <w:rPr>
      <w:rFonts w:ascii="Times New Roman" w:hAnsi="Times New Roman" w:cs="Times New Roman" w:eastAsia="Times New Roman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6">
    <w:name w:val="Medium Grid 2 Accent 6"/>
    <w:basedOn w:val="NormalTablo"/>
    <w:uiPriority w:val="68"/>
    <w:rsid w:val="00CB0664"/>
    <w:pPr>
      <w:spacing w:after="0" w:line="240" w:lineRule="auto"/>
    </w:pPr>
    <w:rPr>
      <w:rFonts w:ascii="Times New Roman" w:hAnsi="Times New Roman" w:cs="Times New Roman" w:eastAsia="Times New Roman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3">
    <w:name w:val="Medium Grid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OrtaKlavuz3-Vurgu1">
    <w:name w:val="Medium Grid 3 Accent 1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OrtaKlavuz3-Vurgu2">
    <w:name w:val="Medium Grid 3 Accent 2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OrtaKlavuz3-Vurgu3">
    <w:name w:val="Medium Grid 3 Accent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OrtaKlavuz3-Vurgu4">
    <w:name w:val="Medium Grid 3 Accent 4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OrtaKlavuz3-Vurgu5">
    <w:name w:val="Medium Grid 3 Accent 5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OrtaKlavuz3-Vurgu6">
    <w:name w:val="Medium Grid 3 Accent 6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KoyuListe">
    <w:name w:val="Dark List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KoyuListe-Vurgu1">
    <w:name w:val="Dark List Accent 1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KoyuListe-Vurgu2">
    <w:name w:val="Dark List Accent 2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KoyuListe-Vurgu3">
    <w:name w:val="Dark List Accent 3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KoyuListe-Vurgu4">
    <w:name w:val="Dark List Accent 4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KoyuListe-Vurgu5">
    <w:name w:val="Dark List Accent 5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KoyuListe-Vurgu6">
    <w:name w:val="Dark List Accent 6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RenkliGlgeleme">
    <w:name w:val="Colorful Shading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1">
    <w:name w:val="Colorful Shading Accent 1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2">
    <w:name w:val="Colorful Shading Accent 2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3">
    <w:name w:val="Colorful Shading Accent 3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Glgeleme-Vurgu4">
    <w:name w:val="Colorful Shading Accent 4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5">
    <w:name w:val="Colorful Shading Accent 5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6">
    <w:name w:val="Colorful Shading Accent 6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Liste">
    <w:name w:val="Colorful List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RenkliListe-Vurgu1">
    <w:name w:val="Colorful List Accent 1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RenkliListe-Vurgu2">
    <w:name w:val="Colorful List Accent 2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RenkliListe-Vurgu3">
    <w:name w:val="Colorful List Accent 3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RenkliListe-Vurgu4">
    <w:name w:val="Colorful List Accent 4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RenkliListe-Vurgu5">
    <w:name w:val="Colorful List Accent 5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RenkliListe-Vurgu6">
    <w:name w:val="Colorful List Accent 6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RenkliKlavuz">
    <w:name w:val="Colorful Grid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nkliKlavuz-Vurgu1">
    <w:name w:val="Colorful Grid Accent 1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nkliKlavuz-Vurgu2">
    <w:name w:val="Colorful Grid Accent 2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nkliKlavuz-Vurgu3">
    <w:name w:val="Colorful Grid Accent 3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Klavuz-Vurgu4">
    <w:name w:val="Colorful Grid Accent 4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nkliKlavuz-Vurgu5">
    <w:name w:val="Colorful Grid Accent 5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nkliKlavuz-Vurgu6">
    <w:name w:val="Colorful Grid Accent 6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styles.xml" Id="rId3" /><Relationship Type="http://schemas.openxmlformats.org/officeDocument/2006/relationships/theme" Target="theme/theme1.xml" Id="rId7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fontTable" Target="fontTable.xml" Id="rId6" /><Relationship Type="http://schemas.openxmlformats.org/officeDocument/2006/relationships/webSettings" Target="webSettings.xml" Id="rId5" /><Relationship Type="http://schemas.openxmlformats.org/officeDocument/2006/relationships/settings" Target="settings.xml" Id="rId4" /><Relationship Type="http://schemas.openxmlformats.org/officeDocument/2006/relationships/header" Target="/word/header1.xml" Id="R5f8584b92d1a4f93" /><Relationship Type="http://schemas.openxmlformats.org/officeDocument/2006/relationships/footer" Target="/word/footer1.xml" Id="R09e50f79fbb8425f" /></Relationships>
</file>

<file path=word/_rels/footer1.xml.rels>&#65279;<?xml version="1.0" encoding="utf-8"?><Relationships xmlns="http://schemas.openxmlformats.org/package/2006/relationships"><Relationship Type="http://schemas.openxmlformats.org/officeDocument/2006/relationships/image" Target="/media/image2.png" Id="R0bca6c02a5f149d3" /><Relationship Type="http://schemas.openxmlformats.org/officeDocument/2006/relationships/hyperlink" Target="https://kvys.giresun.edu.tr/dg/1013" TargetMode="External" Id="R3f61756b9c634db4" /></Relationships>
</file>

<file path=word/_rels/header1.xml.rels>&#65279;<?xml version="1.0" encoding="utf-8"?><Relationships xmlns="http://schemas.openxmlformats.org/package/2006/relationships"><Relationship Type="http://schemas.openxmlformats.org/officeDocument/2006/relationships/image" Target="/media/image.png" Id="R9df686eef5cd4e01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163</Words>
  <Characters>932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1093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Prof. Dr. Çağrı URAL</cp:lastModifiedBy>
  <cp:revision>4</cp:revision>
  <dcterms:created xsi:type="dcterms:W3CDTF">2013-12-23T23:15:00Z</dcterms:created>
  <dcterms:modified xsi:type="dcterms:W3CDTF">2026-06-03T07:13:00Z</dcterms:modified>
  <cp:category/>
</cp:coreProperties>
</file>