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D7DD3" w:rsidR="005B1B38" w:rsidP="00CC7E07" w:rsidRDefault="00000000" w14:paraId="0DCCF963" w14:textId="77777777">
      <w:pPr>
        <w:spacing w:after="60"/>
        <w:jc w:val="right"/>
        <w:rPr>
          <w:lang w:val="tr-TR"/>
        </w:rPr>
      </w:pPr>
      <w:r w:rsidRPr="001D7DD3">
        <w:rPr>
          <w:lang w:val="tr-TR"/>
        </w:rPr>
        <w:t>Tarih: …… / …… / 20……</w:t>
      </w:r>
    </w:p>
    <w:p w:rsidRPr="001D7DD3" w:rsidR="005B1B38" w:rsidRDefault="00000000" w14:paraId="0B881140" w14:textId="77777777">
      <w:pPr>
        <w:spacing w:after="120"/>
        <w:jc w:val="center"/>
        <w:rPr>
          <w:lang w:val="tr-TR"/>
        </w:rPr>
      </w:pPr>
      <w:r w:rsidRPr="001D7DD3">
        <w:rPr>
          <w:b/>
          <w:lang w:val="tr-TR"/>
        </w:rPr>
        <w:t>DİŞ HEKİMLİĞİ FAKÜLTESİ DEKANLIĞINA</w:t>
      </w:r>
    </w:p>
    <w:p w:rsidRPr="001D7DD3" w:rsidR="005B1B38" w:rsidRDefault="00000000" w14:paraId="7E0A8642" w14:textId="77777777">
      <w:pPr>
        <w:spacing w:after="80"/>
        <w:rPr>
          <w:lang w:val="tr-TR"/>
        </w:rPr>
      </w:pPr>
      <w:r w:rsidRPr="001D7DD3">
        <w:rPr>
          <w:lang w:val="tr-TR"/>
        </w:rPr>
        <w:t>Uzmanlık öğrencisinin rotasyon eğitimine ilişkin değerlendirme sonuçları aşağıda bildirilmiştir. Bilgilerinize arz ederim.</w:t>
      </w:r>
    </w:p>
    <w:p w:rsidRPr="001D7DD3" w:rsidR="00CC7E07" w:rsidRDefault="00CC7E07" w14:paraId="6C8710D8" w14:textId="77777777">
      <w:pPr>
        <w:spacing w:after="80"/>
        <w:rPr>
          <w:lang w:val="tr-TR"/>
        </w:rPr>
      </w:pPr>
    </w:p>
    <w:p w:rsidRPr="001D7DD3" w:rsidR="00CC7E07" w:rsidRDefault="00CC7E07" w14:paraId="13297164" w14:textId="77777777">
      <w:pPr>
        <w:spacing w:after="80"/>
        <w:rPr>
          <w:lang w:val="tr-TR"/>
        </w:rPr>
      </w:pPr>
    </w:p>
    <w:p w:rsidRPr="001D7DD3" w:rsidR="00CC7E07" w:rsidRDefault="00CC7E07" w14:paraId="070AAFE5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1D7DD3" w:rsidR="005B1B38" w14:paraId="232A81F1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74CD9326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Adı Soyadı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5B1B38" w14:paraId="0D931EB4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600DA9A5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5B1B38" w14:paraId="0731F902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5B1B38" w14:paraId="0AFD1452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30C7C794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Rotasyon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5B1B38" w14:paraId="7B40481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6C1B6815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Rotasyon Süresi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5B1B38" w14:paraId="7274EEE1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5B1B38" w14:paraId="304DEE7C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2A013487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Başlama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000000" w14:paraId="0B48F55D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5B1B38" w:rsidRDefault="00000000" w14:paraId="08F9ADDB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Bitiş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000000" w14:paraId="6D8F5F75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…… / …… / 20……</w:t>
            </w:r>
          </w:p>
        </w:tc>
      </w:tr>
    </w:tbl>
    <w:p w:rsidRPr="001D7DD3" w:rsidR="005B1B38" w:rsidRDefault="005B1B38" w14:paraId="49E96180" w14:textId="77777777">
      <w:pPr>
        <w:rPr>
          <w:lang w:val="tr-T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1D7DD3" w:rsidR="00CC7E07" w:rsidTr="000E3E0A" w14:paraId="41851FAA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CC7E07" w:rsidP="000E3E0A" w:rsidRDefault="00CC7E07" w14:paraId="4C8A562E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Değerlendirme Kriteri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CC7E07" w:rsidP="000E3E0A" w:rsidRDefault="00CC7E07" w14:paraId="72191340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Başarılı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CC7E07" w:rsidP="000E3E0A" w:rsidRDefault="00CC7E07" w14:paraId="470477B5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Başarısız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CC7E07" w:rsidP="000E3E0A" w:rsidRDefault="00CC7E07" w14:paraId="11714588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Açıklama</w:t>
            </w:r>
          </w:p>
        </w:tc>
      </w:tr>
      <w:tr w:rsidRPr="001D7DD3" w:rsidR="00CC7E07" w:rsidTr="000E3E0A" w14:paraId="75E65975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B1C8B82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Devam Durumu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120D066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2E7882F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7605694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3E29CBE9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102DAB6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Seminer Sunumu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58D3FAD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6D0953C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AF9D9EA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19B400D7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48084AE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Literatür / Olgu Sunumu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16EFBA7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9B8F37D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761B045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2C00EFD5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990ED4E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Genel Diş Hekimliği Bilgisi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7ECA1D4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C09095A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1B8722C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3AA8335D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AFD7CCB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Mesleki Uygulamalar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9A95D5A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16F04DC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B1A4A7A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7D1D6963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1C7592A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Araştırma Yürütme ve Sonuçlandırma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7B48D0E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4942209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1EA85D7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39572AE4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C60E476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Görev Sorumluluğu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C29797A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E262BD7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96CADDF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469C298C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0152F5D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Meslektaşlar ile İlişkiler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7C6E804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4BFA424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708C5E2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470AF652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FF2AD68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Öğrenciler ile İlişkiler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4BF36EE9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4F2AB59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CA452D7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1FA8227B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A987724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Hasta ve Hasta Yakınları ile İlişkiler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61F6145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4CE34897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4664AF5B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6F0465BB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03F9C28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İş Yerine Uyum Sağlama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3566B57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560ED61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27F76FC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287B89F2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6BF9C04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Ekip Çalışması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4FD11134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28DEA3C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395FBA51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24D3D879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2667DE8F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Mesleki Etik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9D1DF06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365E989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7BCE616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0885AA73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E2464CF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Mesleki ve Profesyonel Gelişim Çabası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053C44A6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742259E9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64E03608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106A8886" w14:textId="77777777"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CC7E07" w:rsidP="000E3E0A" w:rsidRDefault="00CC7E07" w14:paraId="0AE8B394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Genel Yorum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1C3DF847" w14:textId="77777777">
            <w:pPr>
              <w:spacing w:after="0"/>
              <w:rPr>
                <w:lang w:val="tr-TR"/>
              </w:rPr>
            </w:pPr>
          </w:p>
        </w:tc>
      </w:tr>
      <w:tr w:rsidRPr="001D7DD3" w:rsidR="00CC7E07" w:rsidTr="000E3E0A" w14:paraId="1883E448" w14:textId="77777777"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1D7DD3" w:rsidR="00CC7E07" w:rsidP="000E3E0A" w:rsidRDefault="00CC7E07" w14:paraId="62043027" w14:textId="77777777">
            <w:pPr>
              <w:spacing w:after="0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Sonuç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CC7E07" w:rsidP="000E3E0A" w:rsidRDefault="00CC7E07" w14:paraId="55B84034" w14:textId="77777777">
            <w:pPr>
              <w:spacing w:after="0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t>☐ Başarılı    ☐ Başarısız</w:t>
            </w:r>
          </w:p>
        </w:tc>
      </w:tr>
    </w:tbl>
    <w:p w:rsidRPr="001D7DD3" w:rsidR="00CC7E07" w:rsidRDefault="00CC7E07" w14:paraId="5D5A439E" w14:textId="77777777">
      <w:pPr>
        <w:rPr>
          <w:lang w:val="tr-TR"/>
        </w:rPr>
      </w:pPr>
    </w:p>
    <w:p w:rsidRPr="001D7DD3" w:rsidR="00CC7E07" w:rsidRDefault="00CC7E07" w14:paraId="51F0E25B" w14:textId="77777777">
      <w:pPr>
        <w:rPr>
          <w:lang w:val="tr-TR"/>
        </w:rPr>
      </w:pPr>
    </w:p>
    <w:p w:rsidRPr="001D7DD3" w:rsidR="00CC7E07" w:rsidRDefault="00CC7E07" w14:paraId="2C34D29C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26"/>
        <w:gridCol w:w="5326"/>
      </w:tblGrid>
      <w:tr w:rsidRPr="001D7DD3" w:rsidR="005B1B38" w14:paraId="586567B0" w14:textId="77777777">
        <w:trPr>
          <w:jc w:val="center"/>
        </w:trPr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5B1B38" w:rsidRDefault="00000000" w14:paraId="194E5155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Birim Eğitim Sorumlusu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1D7DD3" w:rsidR="005B1B38" w:rsidRDefault="00000000" w14:paraId="6C92D795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1D7DD3" w:rsidR="005B1B38" w14:paraId="2C104578" w14:textId="77777777">
        <w:trPr>
          <w:jc w:val="center"/>
        </w:trPr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000000" w14:paraId="4547AED1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br/>
              <w:t>Unvanı Adı Soyadı</w:t>
            </w:r>
            <w:r w:rsidRPr="001D7DD3">
              <w:rPr>
                <w:sz w:val="18"/>
                <w:lang w:val="tr-TR"/>
              </w:rPr>
              <w:br/>
              <w:t>İmza</w:t>
            </w:r>
            <w:r w:rsidRPr="001D7DD3">
              <w:rPr>
                <w:sz w:val="18"/>
                <w:lang w:val="tr-TR"/>
              </w:rPr>
              <w:br/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1D7DD3" w:rsidR="005B1B38" w:rsidRDefault="00000000" w14:paraId="6A0A66A2" w14:textId="77777777">
            <w:pPr>
              <w:spacing w:after="0"/>
              <w:jc w:val="center"/>
              <w:rPr>
                <w:lang w:val="tr-TR"/>
              </w:rPr>
            </w:pPr>
            <w:r w:rsidRPr="001D7DD3">
              <w:rPr>
                <w:sz w:val="18"/>
                <w:lang w:val="tr-TR"/>
              </w:rPr>
              <w:br/>
              <w:t>Unvanı Adı Soyadı</w:t>
            </w:r>
            <w:r w:rsidRPr="001D7DD3">
              <w:rPr>
                <w:sz w:val="18"/>
                <w:lang w:val="tr-TR"/>
              </w:rPr>
              <w:br/>
              <w:t>İmza</w:t>
            </w:r>
            <w:r w:rsidRPr="001D7DD3">
              <w:rPr>
                <w:sz w:val="18"/>
                <w:lang w:val="tr-TR"/>
              </w:rPr>
              <w:br/>
            </w:r>
          </w:p>
        </w:tc>
      </w:tr>
    </w:tbl>
    <w:p w:rsidRPr="001D7DD3" w:rsidR="005B1B38" w:rsidRDefault="00000000" w14:paraId="0745E6A9" w14:textId="77777777">
      <w:pPr>
        <w:spacing w:after="0"/>
        <w:rPr>
          <w:lang w:val="tr-TR"/>
        </w:rPr>
      </w:pPr>
      <w:r w:rsidRPr="001D7DD3">
        <w:rPr>
          <w:sz w:val="16"/>
          <w:lang w:val="tr-TR"/>
        </w:rPr>
        <w:t>Not: Rotasyon sonunda doldurulan form, ilgili birim tarafından Uzmanlık Eğitimi Birimine gönderilir.</w:t>
      </w:r>
    </w:p>
    <w:sectPr w:rsidRPr="001D7DD3" w:rsidR="005B1B38" w:rsidSect="00034616">
      <w:headerReference w:type="default" r:id="R15804fd200374d14"/>
      <w:headerReference w:type="first" r:id="R15804fd200374d14"/>
      <w:headerReference w:type="even" r:id="R15804fd200374d14"/>
      <w:footerReference w:type="default" r:id="Refd934a8017845c4"/>
      <w:footerReference w:type="first" r:id="Refd934a8017845c4"/>
      <w:footerReference w:type="even" r:id="Refd934a8017845c4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KYS-FR.352,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4f09fee0dc540d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4e850dd3766469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085c205e88a4b3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Rotasyon Eğitimi Değerlendirme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69870322">
    <w:abstractNumId w:val="8"/>
  </w:num>
  <w:num w:numId="2" w16cid:durableId="941496640">
    <w:abstractNumId w:val="6"/>
  </w:num>
  <w:num w:numId="3" w16cid:durableId="1186407746">
    <w:abstractNumId w:val="5"/>
  </w:num>
  <w:num w:numId="4" w16cid:durableId="1262563791">
    <w:abstractNumId w:val="4"/>
  </w:num>
  <w:num w:numId="5" w16cid:durableId="1097866503">
    <w:abstractNumId w:val="7"/>
  </w:num>
  <w:num w:numId="6" w16cid:durableId="3945241">
    <w:abstractNumId w:val="3"/>
  </w:num>
  <w:num w:numId="7" w16cid:durableId="352418893">
    <w:abstractNumId w:val="2"/>
  </w:num>
  <w:num w:numId="8" w16cid:durableId="1402679659">
    <w:abstractNumId w:val="1"/>
  </w:num>
  <w:num w:numId="9" w16cid:durableId="113594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1D7DD3"/>
    <w:rsid w:val="0029639D"/>
    <w:rsid w:val="00326F90"/>
    <w:rsid w:val="003F7834"/>
    <w:rsid w:val="005B1B38"/>
    <w:rsid w:val="00AA1D8D"/>
    <w:rsid w:val="00B47730"/>
    <w:rsid w:val="00CB0664"/>
    <w:rsid w:val="00CC7603"/>
    <w:rsid w:val="00CC7E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F36460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15804fd200374d14" /><Relationship Type="http://schemas.openxmlformats.org/officeDocument/2006/relationships/footer" Target="/word/footer1.xml" Id="Refd934a8017845c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94e850dd3766469c" /><Relationship Type="http://schemas.openxmlformats.org/officeDocument/2006/relationships/hyperlink" Target="https://kvys.giresun.edu.tr/dg/1014" TargetMode="External" Id="Ra4f09fee0dc540d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085c205e88a4b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2026-06-03T07:15:00Z</dcterms:modified>
  <cp:category/>
</cp:coreProperties>
</file>