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115E4" w:rsidR="0037759B" w:rsidP="00067570" w:rsidRDefault="00000000" w14:paraId="506BEE17" w14:textId="77777777">
      <w:pPr>
        <w:spacing w:after="60"/>
        <w:jc w:val="right"/>
        <w:rPr>
          <w:lang w:val="tr-TR"/>
        </w:rPr>
      </w:pPr>
      <w:r w:rsidRPr="008115E4">
        <w:rPr>
          <w:lang w:val="tr-TR"/>
        </w:rPr>
        <w:t>Tarih: …… / …… / 20……</w:t>
      </w:r>
    </w:p>
    <w:p w:rsidRPr="008115E4" w:rsidR="0037759B" w:rsidRDefault="00000000" w14:paraId="5799D90C" w14:textId="77777777">
      <w:pPr>
        <w:spacing w:after="120"/>
        <w:jc w:val="center"/>
        <w:rPr>
          <w:lang w:val="tr-TR"/>
        </w:rPr>
      </w:pPr>
      <w:r w:rsidRPr="008115E4">
        <w:rPr>
          <w:b/>
          <w:lang w:val="tr-TR"/>
        </w:rPr>
        <w:t>DİŞ HEKİMLİĞİ FAKÜLTESİ DEKANLIĞINA</w:t>
      </w:r>
    </w:p>
    <w:p w:rsidRPr="008115E4" w:rsidR="0037759B" w:rsidRDefault="00000000" w14:paraId="44288264" w14:textId="77777777">
      <w:pPr>
        <w:spacing w:after="80"/>
        <w:rPr>
          <w:lang w:val="tr-TR"/>
        </w:rPr>
      </w:pPr>
      <w:r w:rsidRPr="008115E4">
        <w:rPr>
          <w:lang w:val="tr-TR"/>
        </w:rPr>
        <w:t>Uzmanlık tez çalışmasının dönemsel gelişim durumu aşağıda bildirilmiştir. Bilgilerinize arz ederim.</w:t>
      </w:r>
    </w:p>
    <w:p w:rsidRPr="008115E4" w:rsidR="00067570" w:rsidRDefault="00067570" w14:paraId="20F0CE1C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8115E4" w:rsidR="0037759B" w14:paraId="075299B5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611F18C8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37759B" w14:paraId="0106A46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76DE8F0F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37759B" w14:paraId="53232BC2" w14:textId="77777777">
            <w:pPr>
              <w:spacing w:after="0"/>
              <w:rPr>
                <w:lang w:val="tr-TR"/>
              </w:rPr>
            </w:pPr>
          </w:p>
        </w:tc>
      </w:tr>
      <w:tr w:rsidRPr="008115E4" w:rsidR="0037759B" w14:paraId="51D69907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06DF5B45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Tez Başlığı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37759B" w14:paraId="41BD277B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10A0631E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Tez Konusu Belirlenme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740729AC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…… / …… / 20……</w:t>
            </w:r>
          </w:p>
        </w:tc>
      </w:tr>
      <w:tr w:rsidRPr="008115E4" w:rsidR="0037759B" w14:paraId="3D57133D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30B990D0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Rapor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59F54B49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37759B" w:rsidRDefault="00000000" w14:paraId="3256138D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Rapor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2B38CE82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I ☐ II ☐ III ☐ IV ☐ V ☐ VI ☐ VII ☐ VIII</w:t>
            </w:r>
          </w:p>
        </w:tc>
      </w:tr>
    </w:tbl>
    <w:p w:rsidRPr="008115E4" w:rsidR="0037759B" w:rsidRDefault="0037759B" w14:paraId="67D40E23" w14:textId="77777777">
      <w:pPr>
        <w:rPr>
          <w:lang w:val="tr-T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6"/>
        <w:gridCol w:w="5326"/>
      </w:tblGrid>
      <w:tr w:rsidRPr="008115E4" w:rsidR="00067570" w:rsidTr="000E3E0A" w14:paraId="3ACD2D4D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31881EB8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Bütçe Kaynakları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4E0F44BF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Gerekli değil   ☐ BAP   ☐ TÜBİTAK   ☐ Diğer: …………………………………</w:t>
            </w:r>
          </w:p>
        </w:tc>
      </w:tr>
      <w:tr w:rsidRPr="008115E4" w:rsidR="00067570" w:rsidTr="000E3E0A" w14:paraId="499EBDEF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6C4FBB9C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Tez Gelişimi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49DD4B4E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Başlanmadı   ☐ Başlandı   ☐ Planlama   ☐ Yürütme   ☐ Yazım   ☐ Tamamlandı</w:t>
            </w:r>
          </w:p>
        </w:tc>
      </w:tr>
      <w:tr w:rsidRPr="008115E4" w:rsidR="00067570" w:rsidTr="000E3E0A" w14:paraId="50D25310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69E9686B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Malzeme Alımı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3A57AE9B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Gerekli değil   ☐ Başlanmadı   ☐ Devam ediyor   ☐ Tamamlandı</w:t>
            </w:r>
          </w:p>
        </w:tc>
      </w:tr>
      <w:tr w:rsidRPr="008115E4" w:rsidR="00067570" w:rsidTr="000E3E0A" w14:paraId="2201A679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2FC97617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Veri Toplama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5EC40BB2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Başlanmadı   ☐ Devam ediyor   ☐ Tamamlandı</w:t>
            </w:r>
          </w:p>
        </w:tc>
      </w:tr>
      <w:tr w:rsidRPr="008115E4" w:rsidR="00067570" w:rsidTr="000E3E0A" w14:paraId="70FE7856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345C3EA2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Laboratuvar İşlemleri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51DB9C0D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Gerekli değil   ☐ Başlanmadı   ☐ Devam ediyor   ☐ Tamamlandı</w:t>
            </w:r>
          </w:p>
        </w:tc>
      </w:tr>
      <w:tr w:rsidRPr="008115E4" w:rsidR="00067570" w:rsidTr="000E3E0A" w14:paraId="6E2405BF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6D5B5E5F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Analiz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65404856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Başlanmadı   ☐ Devam ediyor   ☐ Tamamlandı</w:t>
            </w:r>
          </w:p>
        </w:tc>
      </w:tr>
      <w:tr w:rsidRPr="008115E4" w:rsidR="00067570" w:rsidTr="000E3E0A" w14:paraId="7220B57D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76FD6FE9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Tez Yazımı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73BB43B0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Başlanmadı   ☐ Devam ediyor   ☐ Tamamlandı</w:t>
            </w:r>
          </w:p>
        </w:tc>
      </w:tr>
      <w:tr w:rsidRPr="008115E4" w:rsidR="00067570" w:rsidTr="000E3E0A" w14:paraId="684B54AD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6BDF74AB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Danışman Yorumu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768BB27D" w14:textId="77777777">
            <w:pPr>
              <w:spacing w:after="0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t>☐ Tez süresi içinde bitebilecektir   ☐ Ek süre gereklidir   ☐ Amaç/kapsam değişikliği gereklidir   ☐ Yeni tez konusu gereklidir</w:t>
            </w:r>
          </w:p>
        </w:tc>
      </w:tr>
      <w:tr w:rsidRPr="008115E4" w:rsidR="00067570" w:rsidTr="000E3E0A" w14:paraId="68577BBB" w14:textId="77777777"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8115E4" w:rsidR="00067570" w:rsidP="000E3E0A" w:rsidRDefault="00067570" w14:paraId="2CFC6703" w14:textId="77777777">
            <w:pPr>
              <w:spacing w:after="0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Açıklama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067570" w:rsidP="000E3E0A" w:rsidRDefault="00067570" w14:paraId="6A08A2B9" w14:textId="77777777">
            <w:pPr>
              <w:spacing w:after="0"/>
              <w:rPr>
                <w:lang w:val="tr-TR"/>
              </w:rPr>
            </w:pPr>
          </w:p>
        </w:tc>
      </w:tr>
    </w:tbl>
    <w:p w:rsidRPr="008115E4" w:rsidR="00067570" w:rsidRDefault="00067570" w14:paraId="5792B073" w14:textId="77777777">
      <w:pPr>
        <w:rPr>
          <w:lang w:val="tr-TR"/>
        </w:rPr>
      </w:pPr>
    </w:p>
    <w:p w:rsidRPr="008115E4" w:rsidR="00067570" w:rsidRDefault="00067570" w14:paraId="494662C9" w14:textId="77777777">
      <w:pPr>
        <w:rPr>
          <w:lang w:val="tr-TR"/>
        </w:rPr>
      </w:pPr>
    </w:p>
    <w:p w:rsidRPr="008115E4" w:rsidR="00067570" w:rsidRDefault="00067570" w14:paraId="7A0B3300" w14:textId="77777777">
      <w:pPr>
        <w:rPr>
          <w:lang w:val="tr-TR"/>
        </w:rPr>
      </w:pPr>
    </w:p>
    <w:p w:rsidR="00067570" w:rsidRDefault="00067570" w14:paraId="76FCF9A7" w14:textId="77777777">
      <w:pPr>
        <w:rPr>
          <w:lang w:val="tr-TR"/>
        </w:rPr>
      </w:pPr>
    </w:p>
    <w:p w:rsidR="008115E4" w:rsidRDefault="008115E4" w14:paraId="43CB69C6" w14:textId="77777777">
      <w:pPr>
        <w:rPr>
          <w:lang w:val="tr-TR"/>
        </w:rPr>
      </w:pPr>
    </w:p>
    <w:p w:rsidRPr="008115E4" w:rsidR="008115E4" w:rsidRDefault="008115E4" w14:paraId="47F22FF9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8115E4" w:rsidR="0037759B" w14:paraId="4EF58443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115E4" w:rsidR="0037759B" w:rsidRDefault="00000000" w14:paraId="4D2F4C13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115E4" w:rsidR="0037759B" w:rsidRDefault="00000000" w14:paraId="2A865C4E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8115E4" w:rsidR="0037759B" w:rsidRDefault="00000000" w14:paraId="7F8FE949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8115E4" w:rsidR="0037759B" w14:paraId="494CF4C2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3BDFEA03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br/>
              <w:t>Unvanı Adı Soyadı</w:t>
            </w:r>
            <w:r w:rsidRPr="008115E4">
              <w:rPr>
                <w:sz w:val="18"/>
                <w:lang w:val="tr-TR"/>
              </w:rPr>
              <w:br/>
              <w:t>İmza</w:t>
            </w:r>
            <w:r w:rsidRPr="008115E4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18214F9B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br/>
              <w:t>Unvanı Adı Soyadı</w:t>
            </w:r>
            <w:r w:rsidRPr="008115E4">
              <w:rPr>
                <w:sz w:val="18"/>
                <w:lang w:val="tr-TR"/>
              </w:rPr>
              <w:br/>
              <w:t>İmza</w:t>
            </w:r>
            <w:r w:rsidRPr="008115E4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8115E4" w:rsidR="0037759B" w:rsidRDefault="00000000" w14:paraId="50F7B0F8" w14:textId="77777777">
            <w:pPr>
              <w:spacing w:after="0"/>
              <w:jc w:val="center"/>
              <w:rPr>
                <w:lang w:val="tr-TR"/>
              </w:rPr>
            </w:pPr>
            <w:r w:rsidRPr="008115E4">
              <w:rPr>
                <w:sz w:val="18"/>
                <w:lang w:val="tr-TR"/>
              </w:rPr>
              <w:br/>
              <w:t>Unvanı Adı Soyadı</w:t>
            </w:r>
            <w:r w:rsidRPr="008115E4">
              <w:rPr>
                <w:sz w:val="18"/>
                <w:lang w:val="tr-TR"/>
              </w:rPr>
              <w:br/>
              <w:t>İmza</w:t>
            </w:r>
            <w:r w:rsidRPr="008115E4">
              <w:rPr>
                <w:sz w:val="18"/>
                <w:lang w:val="tr-TR"/>
              </w:rPr>
              <w:br/>
            </w:r>
          </w:p>
        </w:tc>
      </w:tr>
    </w:tbl>
    <w:p w:rsidRPr="008115E4" w:rsidR="0037759B" w:rsidRDefault="00000000" w14:paraId="28568813" w14:textId="77777777">
      <w:pPr>
        <w:spacing w:after="0"/>
        <w:rPr>
          <w:lang w:val="tr-TR"/>
        </w:rPr>
      </w:pPr>
      <w:r w:rsidRPr="008115E4">
        <w:rPr>
          <w:sz w:val="16"/>
          <w:lang w:val="tr-TR"/>
        </w:rPr>
        <w:t>Not: Bu form üç ayda bir tez danışmanı tarafından doldurularak Anabilim Dalı Başkanlığı aracılığıyla Dekanlığa gönderilir.</w:t>
      </w:r>
    </w:p>
    <w:sectPr w:rsidRPr="008115E4" w:rsidR="0037759B" w:rsidSect="00034616">
      <w:headerReference w:type="default" r:id="Ra4c6241d76d84651"/>
      <w:headerReference w:type="first" r:id="Ra4c6241d76d84651"/>
      <w:headerReference w:type="even" r:id="Ra4c6241d76d84651"/>
      <w:footerReference w:type="default" r:id="Rc787f136c2104649"/>
      <w:footerReference w:type="first" r:id="Rc787f136c2104649"/>
      <w:footerReference w:type="even" r:id="Rc787f136c2104649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KYS-FR.353,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dbabedf9cde4dd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ec52a4b9cc14f0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407053a80b94d9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Gelişme Rapor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6603569">
    <w:abstractNumId w:val="8"/>
  </w:num>
  <w:num w:numId="2" w16cid:durableId="1901209188">
    <w:abstractNumId w:val="6"/>
  </w:num>
  <w:num w:numId="3" w16cid:durableId="435174348">
    <w:abstractNumId w:val="5"/>
  </w:num>
  <w:num w:numId="4" w16cid:durableId="1347512007">
    <w:abstractNumId w:val="4"/>
  </w:num>
  <w:num w:numId="5" w16cid:durableId="1725375185">
    <w:abstractNumId w:val="7"/>
  </w:num>
  <w:num w:numId="6" w16cid:durableId="1549953811">
    <w:abstractNumId w:val="3"/>
  </w:num>
  <w:num w:numId="7" w16cid:durableId="193620436">
    <w:abstractNumId w:val="2"/>
  </w:num>
  <w:num w:numId="8" w16cid:durableId="1516460823">
    <w:abstractNumId w:val="1"/>
  </w:num>
  <w:num w:numId="9" w16cid:durableId="135923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067570"/>
    <w:rsid w:val="0015074B"/>
    <w:rsid w:val="0029639D"/>
    <w:rsid w:val="00326F90"/>
    <w:rsid w:val="0037759B"/>
    <w:rsid w:val="003F7834"/>
    <w:rsid w:val="00472F33"/>
    <w:rsid w:val="008115E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5DEE1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a4c6241d76d84651" /><Relationship Type="http://schemas.openxmlformats.org/officeDocument/2006/relationships/footer" Target="/word/footer1.xml" Id="Rc787f136c210464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2ec52a4b9cc14f02" /><Relationship Type="http://schemas.openxmlformats.org/officeDocument/2006/relationships/hyperlink" Target="https://kvys.giresun.edu.tr/dg/1015" TargetMode="External" Id="R7dbabedf9cde4dd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407053a80b94d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2026-06-03T07:16:00Z</dcterms:modified>
  <cp:category/>
</cp:coreProperties>
</file>