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C278EE" w:rsidR="0093637D" w:rsidP="00445FCD" w:rsidRDefault="00000000" w14:paraId="7F1746BF" w14:textId="77777777">
      <w:pPr>
        <w:spacing w:after="60"/>
        <w:jc w:val="right"/>
        <w:rPr>
          <w:lang w:val="tr-TR"/>
        </w:rPr>
      </w:pPr>
      <w:r w:rsidRPr="00C278EE">
        <w:rPr>
          <w:lang w:val="tr-TR"/>
        </w:rPr>
        <w:t>Tarih: …… / …… / 20……</w:t>
      </w:r>
    </w:p>
    <w:p w:rsidRPr="00C278EE" w:rsidR="0093637D" w:rsidRDefault="00000000" w14:paraId="3B021588" w14:textId="77777777">
      <w:pPr>
        <w:spacing w:after="120"/>
        <w:jc w:val="center"/>
        <w:rPr>
          <w:lang w:val="tr-TR"/>
        </w:rPr>
      </w:pPr>
      <w:r w:rsidRPr="00C278EE">
        <w:rPr>
          <w:b/>
          <w:lang w:val="tr-TR"/>
        </w:rPr>
        <w:t>DİŞ HEKİMLİĞİ FAKÜLTESİ DEKANLIĞINA</w:t>
      </w:r>
    </w:p>
    <w:p w:rsidRPr="00C278EE" w:rsidR="0093637D" w:rsidRDefault="00000000" w14:paraId="5A00DDE4" w14:textId="77777777">
      <w:pPr>
        <w:spacing w:after="80"/>
        <w:rPr>
          <w:lang w:val="tr-TR"/>
        </w:rPr>
      </w:pPr>
      <w:r w:rsidRPr="00C278EE">
        <w:rPr>
          <w:lang w:val="tr-TR"/>
        </w:rPr>
        <w:t>Uzmanlık öğrencisinin tez savunma sınavı sonucu aşağıda bildirilmiştir. Bilgilerinize arz ederim.</w:t>
      </w:r>
    </w:p>
    <w:p w:rsidRPr="00C278EE" w:rsidR="00445FCD" w:rsidRDefault="00445FCD" w14:paraId="3BE7A416" w14:textId="77777777">
      <w:pPr>
        <w:spacing w:after="80"/>
        <w:rPr>
          <w:lang w:val="tr-TR"/>
        </w:rPr>
      </w:pPr>
    </w:p>
    <w:p w:rsidRPr="00C278EE" w:rsidR="00445FCD" w:rsidRDefault="00445FCD" w14:paraId="3F08CBB7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C278EE" w:rsidR="0093637D" w14:paraId="2AC8492A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6E4D6BB6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Adı Soyadı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93637D" w14:paraId="2B2A16E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08BEA55F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93637D" w14:paraId="14DAD91F" w14:textId="77777777">
            <w:pPr>
              <w:spacing w:after="0"/>
              <w:rPr>
                <w:lang w:val="tr-TR"/>
              </w:rPr>
            </w:pPr>
          </w:p>
        </w:tc>
      </w:tr>
      <w:tr w:rsidRPr="00C278EE" w:rsidR="0093637D" w14:paraId="0FEEC0BD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60AB8DFF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Tez Başlığı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93637D" w14:paraId="3073634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55B37281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93637D" w14:paraId="603C9A0D" w14:textId="77777777">
            <w:pPr>
              <w:spacing w:after="0"/>
              <w:rPr>
                <w:lang w:val="tr-TR"/>
              </w:rPr>
            </w:pPr>
          </w:p>
        </w:tc>
      </w:tr>
      <w:tr w:rsidRPr="00C278EE" w:rsidR="0093637D" w14:paraId="3AC9B49B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5564C83C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Sınav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16627AC5" w14:textId="77777777">
            <w:pPr>
              <w:spacing w:after="0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93637D" w:rsidRDefault="00000000" w14:paraId="5B0C8A4B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Sınav Saati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0B2237F7" w14:textId="77777777">
            <w:pPr>
              <w:spacing w:after="0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t>…… : ……</w:t>
            </w:r>
          </w:p>
        </w:tc>
      </w:tr>
    </w:tbl>
    <w:p w:rsidRPr="00C278EE" w:rsidR="0093637D" w:rsidRDefault="0093637D" w14:paraId="3B74C5B3" w14:textId="77777777">
      <w:pPr>
        <w:rPr>
          <w:lang w:val="tr-T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6"/>
        <w:gridCol w:w="5326"/>
      </w:tblGrid>
      <w:tr w:rsidRPr="00C278EE" w:rsidR="00445FCD" w:rsidTr="000E3E0A" w14:paraId="4C374A22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445FCD" w:rsidP="000E3E0A" w:rsidRDefault="00445FCD" w14:paraId="591EAE59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Tez Savunma Sınavı Sonucu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445FCD" w:rsidP="000E3E0A" w:rsidRDefault="00445FCD" w14:paraId="0913808D" w14:textId="77777777">
            <w:pPr>
              <w:spacing w:after="0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t>☐ Başarılı    ☐ Başarısız</w:t>
            </w:r>
          </w:p>
        </w:tc>
      </w:tr>
      <w:tr w:rsidRPr="00C278EE" w:rsidR="00445FCD" w:rsidTr="000E3E0A" w14:paraId="6FEE8E81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445FCD" w:rsidP="000E3E0A" w:rsidRDefault="00445FCD" w14:paraId="0023DAF0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Uzmanlık Bitirme Sınavına Girme Hakkı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445FCD" w:rsidP="000E3E0A" w:rsidRDefault="00445FCD" w14:paraId="7A92E1D4" w14:textId="77777777">
            <w:pPr>
              <w:spacing w:after="0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t>☐ Kazanmıştır    ☐ Kazanamamıştır</w:t>
            </w:r>
          </w:p>
        </w:tc>
      </w:tr>
      <w:tr w:rsidRPr="00C278EE" w:rsidR="00445FCD" w:rsidTr="000E3E0A" w14:paraId="3328C8F0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445FCD" w:rsidP="000E3E0A" w:rsidRDefault="00445FCD" w14:paraId="2DDDE91E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Açıklama / Karar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445FCD" w:rsidP="000E3E0A" w:rsidRDefault="00445FCD" w14:paraId="35450049" w14:textId="77777777">
            <w:pPr>
              <w:spacing w:after="0"/>
              <w:rPr>
                <w:lang w:val="tr-TR"/>
              </w:rPr>
            </w:pPr>
          </w:p>
        </w:tc>
      </w:tr>
      <w:tr w:rsidRPr="00C278EE" w:rsidR="00445FCD" w:rsidTr="000E3E0A" w14:paraId="0F3B1B8C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C278EE" w:rsidR="00445FCD" w:rsidP="000E3E0A" w:rsidRDefault="00445FCD" w14:paraId="3EB15F8D" w14:textId="77777777">
            <w:pPr>
              <w:spacing w:after="0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Ekler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445FCD" w:rsidP="000E3E0A" w:rsidRDefault="00445FCD" w14:paraId="35AB7F30" w14:textId="77777777">
            <w:pPr>
              <w:spacing w:after="0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t>☐ Sınav tutanağı   ☐ Tez değerlendirme formları   ☐ Diğer</w:t>
            </w:r>
          </w:p>
        </w:tc>
      </w:tr>
    </w:tbl>
    <w:p w:rsidRPr="00C278EE" w:rsidR="00445FCD" w:rsidRDefault="00445FCD" w14:paraId="0A4D78C4" w14:textId="77777777">
      <w:pPr>
        <w:rPr>
          <w:lang w:val="tr-TR"/>
        </w:rPr>
      </w:pPr>
    </w:p>
    <w:p w:rsidRPr="00C278EE" w:rsidR="00445FCD" w:rsidRDefault="00445FCD" w14:paraId="624F9EB2" w14:textId="77777777">
      <w:pPr>
        <w:rPr>
          <w:lang w:val="tr-TR"/>
        </w:rPr>
      </w:pPr>
    </w:p>
    <w:p w:rsidRPr="00C278EE" w:rsidR="00445FCD" w:rsidRDefault="00445FCD" w14:paraId="314F399D" w14:textId="77777777">
      <w:pPr>
        <w:rPr>
          <w:lang w:val="tr-TR"/>
        </w:rPr>
      </w:pPr>
    </w:p>
    <w:p w:rsidRPr="00C278EE" w:rsidR="00445FCD" w:rsidRDefault="00445FCD" w14:paraId="167E401D" w14:textId="77777777">
      <w:pPr>
        <w:rPr>
          <w:lang w:val="tr-TR"/>
        </w:rPr>
      </w:pPr>
    </w:p>
    <w:p w:rsidRPr="00C278EE" w:rsidR="00445FCD" w:rsidRDefault="00445FCD" w14:paraId="181EACFA" w14:textId="77777777">
      <w:pPr>
        <w:rPr>
          <w:lang w:val="tr-TR"/>
        </w:rPr>
      </w:pPr>
    </w:p>
    <w:p w:rsidRPr="00C278EE" w:rsidR="00445FCD" w:rsidRDefault="00445FCD" w14:paraId="5ACBFEAE" w14:textId="77777777">
      <w:pPr>
        <w:rPr>
          <w:lang w:val="tr-TR"/>
        </w:rPr>
      </w:pPr>
    </w:p>
    <w:p w:rsidRPr="00C278EE" w:rsidR="00445FCD" w:rsidRDefault="00445FCD" w14:paraId="35ABE4F5" w14:textId="77777777">
      <w:pPr>
        <w:rPr>
          <w:lang w:val="tr-TR"/>
        </w:rPr>
      </w:pPr>
    </w:p>
    <w:p w:rsidRPr="00C278EE" w:rsidR="00445FCD" w:rsidRDefault="00445FCD" w14:paraId="7A915569" w14:textId="77777777">
      <w:pPr>
        <w:rPr>
          <w:lang w:val="tr-TR"/>
        </w:rPr>
      </w:pPr>
    </w:p>
    <w:p w:rsidRPr="00C278EE" w:rsidR="00445FCD" w:rsidRDefault="00445FCD" w14:paraId="2AD39691" w14:textId="77777777">
      <w:pPr>
        <w:rPr>
          <w:lang w:val="tr-TR"/>
        </w:rPr>
      </w:pPr>
    </w:p>
    <w:p w:rsidRPr="00C278EE" w:rsidR="00445FCD" w:rsidRDefault="00445FCD" w14:paraId="56455D9E" w14:textId="77777777">
      <w:pPr>
        <w:rPr>
          <w:lang w:val="tr-TR"/>
        </w:rPr>
      </w:pPr>
    </w:p>
    <w:p w:rsidRPr="00C278EE" w:rsidR="00445FCD" w:rsidRDefault="00445FCD" w14:paraId="05678104" w14:textId="77777777">
      <w:pPr>
        <w:rPr>
          <w:lang w:val="tr-TR"/>
        </w:rPr>
      </w:pPr>
    </w:p>
    <w:p w:rsidRPr="00C278EE" w:rsidR="00445FCD" w:rsidRDefault="00445FCD" w14:paraId="29756457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0"/>
        <w:gridCol w:w="2130"/>
      </w:tblGrid>
      <w:tr w:rsidRPr="00C278EE" w:rsidR="0093637D" w14:paraId="6E606940" w14:textId="77777777">
        <w:trPr>
          <w:jc w:val="center"/>
        </w:trPr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C278EE" w:rsidR="0093637D" w:rsidRDefault="00000000" w14:paraId="09D1407E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Jüri Başkanı</w:t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C278EE" w:rsidR="0093637D" w:rsidRDefault="00000000" w14:paraId="3BA3DACB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Jüri Üyesi</w:t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C278EE" w:rsidR="0093637D" w:rsidRDefault="00000000" w14:paraId="180D805B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Jüri Üyesi</w:t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C278EE" w:rsidR="0093637D" w:rsidRDefault="00000000" w14:paraId="5901D808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Jüri Üyesi</w:t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C278EE" w:rsidR="0093637D" w:rsidRDefault="00000000" w14:paraId="36C994DB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b/>
                <w:sz w:val="18"/>
                <w:lang w:val="tr-TR"/>
              </w:rPr>
              <w:t>Jüri Üyesi</w:t>
            </w:r>
          </w:p>
        </w:tc>
      </w:tr>
      <w:tr w:rsidRPr="00C278EE" w:rsidR="0093637D" w14:paraId="09193C8B" w14:textId="77777777">
        <w:trPr>
          <w:jc w:val="center"/>
        </w:trPr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03B2B856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br/>
              <w:t>Unvanı Adı Soyadı</w:t>
            </w:r>
            <w:r w:rsidRPr="00C278EE">
              <w:rPr>
                <w:sz w:val="18"/>
                <w:lang w:val="tr-TR"/>
              </w:rPr>
              <w:br/>
              <w:t>İmza</w:t>
            </w:r>
            <w:r w:rsidRPr="00C278EE">
              <w:rPr>
                <w:sz w:val="18"/>
                <w:lang w:val="tr-TR"/>
              </w:rPr>
              <w:br/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7A5666EC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br/>
              <w:t>Unvanı Adı Soyadı</w:t>
            </w:r>
            <w:r w:rsidRPr="00C278EE">
              <w:rPr>
                <w:sz w:val="18"/>
                <w:lang w:val="tr-TR"/>
              </w:rPr>
              <w:br/>
              <w:t>İmza</w:t>
            </w:r>
            <w:r w:rsidRPr="00C278EE">
              <w:rPr>
                <w:sz w:val="18"/>
                <w:lang w:val="tr-TR"/>
              </w:rPr>
              <w:br/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5FB767F7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br/>
              <w:t>Unvanı Adı Soyadı</w:t>
            </w:r>
            <w:r w:rsidRPr="00C278EE">
              <w:rPr>
                <w:sz w:val="18"/>
                <w:lang w:val="tr-TR"/>
              </w:rPr>
              <w:br/>
              <w:t>İmza</w:t>
            </w:r>
            <w:r w:rsidRPr="00C278EE">
              <w:rPr>
                <w:sz w:val="18"/>
                <w:lang w:val="tr-TR"/>
              </w:rPr>
              <w:br/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1A1C4EB7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br/>
              <w:t>Unvanı Adı Soyadı</w:t>
            </w:r>
            <w:r w:rsidRPr="00C278EE">
              <w:rPr>
                <w:sz w:val="18"/>
                <w:lang w:val="tr-TR"/>
              </w:rPr>
              <w:br/>
              <w:t>İmza</w:t>
            </w:r>
            <w:r w:rsidRPr="00C278EE">
              <w:rPr>
                <w:sz w:val="18"/>
                <w:lang w:val="tr-TR"/>
              </w:rPr>
              <w:br/>
            </w:r>
          </w:p>
        </w:tc>
        <w:tc>
          <w:tcPr>
            <w:tcW w:w="213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C278EE" w:rsidR="0093637D" w:rsidRDefault="00000000" w14:paraId="4B04901B" w14:textId="77777777">
            <w:pPr>
              <w:spacing w:after="0"/>
              <w:jc w:val="center"/>
              <w:rPr>
                <w:lang w:val="tr-TR"/>
              </w:rPr>
            </w:pPr>
            <w:r w:rsidRPr="00C278EE">
              <w:rPr>
                <w:sz w:val="18"/>
                <w:lang w:val="tr-TR"/>
              </w:rPr>
              <w:br/>
              <w:t>Unvanı Adı Soyadı</w:t>
            </w:r>
            <w:r w:rsidRPr="00C278EE">
              <w:rPr>
                <w:sz w:val="18"/>
                <w:lang w:val="tr-TR"/>
              </w:rPr>
              <w:br/>
              <w:t>İmza</w:t>
            </w:r>
            <w:r w:rsidRPr="00C278EE">
              <w:rPr>
                <w:sz w:val="18"/>
                <w:lang w:val="tr-TR"/>
              </w:rPr>
              <w:br/>
            </w:r>
          </w:p>
        </w:tc>
      </w:tr>
    </w:tbl>
    <w:p w:rsidRPr="00C278EE" w:rsidR="0093637D" w:rsidRDefault="00000000" w14:paraId="28346715" w14:textId="77777777">
      <w:pPr>
        <w:spacing w:after="0"/>
        <w:rPr>
          <w:lang w:val="tr-TR"/>
        </w:rPr>
      </w:pPr>
      <w:r w:rsidRPr="00C278EE">
        <w:rPr>
          <w:sz w:val="16"/>
          <w:lang w:val="tr-TR"/>
        </w:rPr>
        <w:t>Not: Tez savunma sınavı sonucu jüri üyeleri tarafından imzalanarak Uzmanlık Eğitimi Birimine teslim edilir.</w:t>
      </w:r>
    </w:p>
    <w:sectPr w:rsidRPr="00C278EE" w:rsidR="0093637D" w:rsidSect="00034616">
      <w:headerReference w:type="default" r:id="R4ed6707b935c4709"/>
      <w:headerReference w:type="first" r:id="R4ed6707b935c4709"/>
      <w:headerReference w:type="even" r:id="R4ed6707b935c4709"/>
      <w:footerReference w:type="default" r:id="Rf421209d23ed44b9"/>
      <w:footerReference w:type="first" r:id="Rf421209d23ed44b9"/>
      <w:footerReference w:type="even" r:id="Rf421209d23ed44b9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KYS-FR.354,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0122f5498a44f8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ab9e784047f48a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f91be1d50004b9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Savunma Sınavı Sonuç Bildirme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6129138">
    <w:abstractNumId w:val="8"/>
  </w:num>
  <w:num w:numId="2" w16cid:durableId="1871339977">
    <w:abstractNumId w:val="6"/>
  </w:num>
  <w:num w:numId="3" w16cid:durableId="703293385">
    <w:abstractNumId w:val="5"/>
  </w:num>
  <w:num w:numId="4" w16cid:durableId="1498644394">
    <w:abstractNumId w:val="4"/>
  </w:num>
  <w:num w:numId="5" w16cid:durableId="901016387">
    <w:abstractNumId w:val="7"/>
  </w:num>
  <w:num w:numId="6" w16cid:durableId="1953439750">
    <w:abstractNumId w:val="3"/>
  </w:num>
  <w:num w:numId="7" w16cid:durableId="1643073327">
    <w:abstractNumId w:val="2"/>
  </w:num>
  <w:num w:numId="8" w16cid:durableId="1646160431">
    <w:abstractNumId w:val="1"/>
  </w:num>
  <w:num w:numId="9" w16cid:durableId="1701126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29639D"/>
    <w:rsid w:val="00326F90"/>
    <w:rsid w:val="003F7834"/>
    <w:rsid w:val="00445FCD"/>
    <w:rsid w:val="005C03C8"/>
    <w:rsid w:val="0093637D"/>
    <w:rsid w:val="00AA1D8D"/>
    <w:rsid w:val="00B07F37"/>
    <w:rsid w:val="00B47730"/>
    <w:rsid w:val="00C278E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C4B2C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4ed6707b935c4709" /><Relationship Type="http://schemas.openxmlformats.org/officeDocument/2006/relationships/footer" Target="/word/footer1.xml" Id="Rf421209d23ed44b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ab9e784047f48ad" /><Relationship Type="http://schemas.openxmlformats.org/officeDocument/2006/relationships/hyperlink" Target="https://kvys.giresun.edu.tr/dg/1016" TargetMode="External" Id="R60122f5498a44f8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3f91be1d50004b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5</cp:revision>
  <dcterms:created xsi:type="dcterms:W3CDTF">2013-12-23T23:15:00Z</dcterms:created>
  <dcterms:modified xsi:type="dcterms:W3CDTF">2026-06-03T07:17:00Z</dcterms:modified>
  <cp:category/>
</cp:coreProperties>
</file>