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3353A" w:rsidP="00A32F5C" w:rsidRDefault="00000000" w14:paraId="6ABB965B" w14:textId="77777777">
      <w:pPr>
        <w:ind w:right="90"/>
        <w:jc w:val="right"/>
      </w:pPr>
      <w:r>
        <w:t>Tarih: …… / …… / 20……</w:t>
      </w:r>
    </w:p>
    <w:p w:rsidR="0003353A" w:rsidRDefault="00000000" w14:paraId="3984095C" w14:textId="77777777">
      <w:pPr>
        <w:jc w:val="center"/>
      </w:pPr>
      <w:r>
        <w:rPr>
          <w:b/>
          <w:sz w:val="20"/>
        </w:rPr>
        <w:t>DİŞ HEKİMLİĞİ FAKÜLTESİ DEKANLIĞINA</w:t>
      </w:r>
    </w:p>
    <w:p w:rsidR="0003353A" w:rsidRDefault="00000000" w14:paraId="1967E245" w14:textId="77777777">
      <w:r>
        <w:t>Uzmanlık öğrencisinin tez savunması başvurusu ve jüri önerisi aşağıda sunulmuştur. Bilgilerinize arz ederim.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</w:tblGrid>
      <w:tr w:rsidR="0003353A" w14:paraId="71B44684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03353A" w:rsidRDefault="00000000" w14:paraId="41602E5C" w14:textId="77777777">
            <w:r>
              <w:rPr>
                <w:b/>
                <w:sz w:val="16"/>
              </w:rPr>
              <w:t>Adı Soyadı</w:t>
            </w:r>
          </w:p>
        </w:tc>
        <w:tc>
          <w:tcPr>
            <w:tcW w:w="2635" w:type="dxa"/>
            <w:vAlign w:val="center"/>
          </w:tcPr>
          <w:p w:rsidR="0003353A" w:rsidRDefault="0003353A" w14:paraId="21DF493A" w14:textId="77777777"/>
        </w:tc>
        <w:tc>
          <w:tcPr>
            <w:tcW w:w="2635" w:type="dxa"/>
            <w:shd w:val="clear" w:color="auto" w:fill="F2F2F2"/>
            <w:vAlign w:val="center"/>
          </w:tcPr>
          <w:p w:rsidR="0003353A" w:rsidRDefault="00000000" w14:paraId="0E090CB1" w14:textId="77777777">
            <w:r>
              <w:rPr>
                <w:b/>
                <w:sz w:val="16"/>
              </w:rPr>
              <w:t>Anabilim Dalı</w:t>
            </w:r>
          </w:p>
        </w:tc>
        <w:tc>
          <w:tcPr>
            <w:tcW w:w="2635" w:type="dxa"/>
            <w:vAlign w:val="center"/>
          </w:tcPr>
          <w:p w:rsidR="0003353A" w:rsidRDefault="0003353A" w14:paraId="0C3894E2" w14:textId="77777777"/>
        </w:tc>
      </w:tr>
      <w:tr w:rsidR="0003353A" w14:paraId="79C1A706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03353A" w:rsidRDefault="00000000" w14:paraId="2C021A6F" w14:textId="77777777">
            <w:r>
              <w:rPr>
                <w:b/>
                <w:sz w:val="16"/>
              </w:rPr>
              <w:t>Tez Başlığı</w:t>
            </w:r>
          </w:p>
        </w:tc>
        <w:tc>
          <w:tcPr>
            <w:tcW w:w="2635" w:type="dxa"/>
            <w:vAlign w:val="center"/>
          </w:tcPr>
          <w:p w:rsidR="0003353A" w:rsidRDefault="0003353A" w14:paraId="67BCDE20" w14:textId="77777777"/>
        </w:tc>
        <w:tc>
          <w:tcPr>
            <w:tcW w:w="2635" w:type="dxa"/>
            <w:shd w:val="clear" w:color="auto" w:fill="F2F2F2"/>
            <w:vAlign w:val="center"/>
          </w:tcPr>
          <w:p w:rsidR="0003353A" w:rsidRDefault="00000000" w14:paraId="53A26E9B" w14:textId="77777777">
            <w:r>
              <w:rPr>
                <w:b/>
                <w:sz w:val="16"/>
              </w:rPr>
              <w:t>Tez Danışmanı</w:t>
            </w:r>
          </w:p>
        </w:tc>
        <w:tc>
          <w:tcPr>
            <w:tcW w:w="2635" w:type="dxa"/>
            <w:vAlign w:val="center"/>
          </w:tcPr>
          <w:p w:rsidR="0003353A" w:rsidRDefault="0003353A" w14:paraId="197A0940" w14:textId="77777777"/>
        </w:tc>
      </w:tr>
      <w:tr w:rsidR="0003353A" w14:paraId="1D0E344F" w14:textId="77777777">
        <w:trPr>
          <w:jc w:val="center"/>
        </w:trPr>
        <w:tc>
          <w:tcPr>
            <w:tcW w:w="2635" w:type="dxa"/>
            <w:shd w:val="clear" w:color="auto" w:fill="F2F2F2"/>
            <w:vAlign w:val="center"/>
          </w:tcPr>
          <w:p w:rsidR="0003353A" w:rsidRDefault="00000000" w14:paraId="15319C06" w14:textId="77777777">
            <w:r>
              <w:rPr>
                <w:b/>
                <w:sz w:val="16"/>
              </w:rPr>
              <w:t>Tez Savunma Tarihi</w:t>
            </w:r>
          </w:p>
        </w:tc>
        <w:tc>
          <w:tcPr>
            <w:tcW w:w="2635" w:type="dxa"/>
            <w:vAlign w:val="center"/>
          </w:tcPr>
          <w:p w:rsidR="0003353A" w:rsidRDefault="00000000" w14:paraId="2B3B5BFC" w14:textId="77777777">
            <w:r>
              <w:rPr>
                <w:sz w:val="16"/>
              </w:rPr>
              <w:t>…… / …… / 20……</w:t>
            </w:r>
          </w:p>
        </w:tc>
        <w:tc>
          <w:tcPr>
            <w:tcW w:w="2635" w:type="dxa"/>
            <w:shd w:val="clear" w:color="auto" w:fill="F2F2F2"/>
            <w:vAlign w:val="center"/>
          </w:tcPr>
          <w:p w:rsidR="0003353A" w:rsidRDefault="00000000" w14:paraId="1F44A92B" w14:textId="77777777">
            <w:r>
              <w:rPr>
                <w:b/>
                <w:sz w:val="16"/>
              </w:rPr>
              <w:t>Tez Savunma Yeri</w:t>
            </w:r>
          </w:p>
        </w:tc>
        <w:tc>
          <w:tcPr>
            <w:tcW w:w="2635" w:type="dxa"/>
            <w:vAlign w:val="center"/>
          </w:tcPr>
          <w:p w:rsidR="0003353A" w:rsidRDefault="0003353A" w14:paraId="281A8933" w14:textId="77777777"/>
        </w:tc>
      </w:tr>
    </w:tbl>
    <w:p w:rsidR="00A0040A" w:rsidRDefault="00A0040A" w14:paraId="69D038FB" w14:textId="77777777">
      <w:pPr>
        <w:rPr>
          <w:b/>
          <w:sz w:val="20"/>
        </w:rPr>
      </w:pPr>
    </w:p>
    <w:p w:rsidR="0003353A" w:rsidRDefault="00000000" w14:paraId="44F978D1" w14:textId="4A70F0BC">
      <w:r>
        <w:rPr>
          <w:b/>
          <w:sz w:val="20"/>
        </w:rPr>
        <w:t xml:space="preserve">Tez </w:t>
      </w:r>
      <w:proofErr w:type="spellStart"/>
      <w:r>
        <w:rPr>
          <w:b/>
          <w:sz w:val="20"/>
        </w:rPr>
        <w:t>Savunması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Jürisi</w:t>
      </w:r>
      <w:proofErr w:type="spellEnd"/>
      <w:r>
        <w:rPr>
          <w:b/>
          <w:sz w:val="20"/>
        </w:rPr>
        <w:t xml:space="preserve"> Asil </w:t>
      </w:r>
      <w:proofErr w:type="spellStart"/>
      <w:r>
        <w:rPr>
          <w:b/>
          <w:sz w:val="20"/>
        </w:rPr>
        <w:t>Üyeleri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57"/>
        <w:gridCol w:w="1757"/>
        <w:gridCol w:w="1757"/>
        <w:gridCol w:w="1757"/>
        <w:gridCol w:w="1757"/>
        <w:gridCol w:w="1757"/>
      </w:tblGrid>
      <w:tr w:rsidR="0003353A" w14:paraId="6998052D" w14:textId="77777777">
        <w:trPr>
          <w:tblHeader/>
        </w:trPr>
        <w:tc>
          <w:tcPr>
            <w:tcW w:w="1757" w:type="dxa"/>
            <w:shd w:val="clear" w:color="auto" w:fill="F2F2F2"/>
            <w:vAlign w:val="center"/>
          </w:tcPr>
          <w:p w:rsidR="0003353A" w:rsidRDefault="00000000" w14:paraId="319CB3A8" w14:textId="77777777">
            <w:pPr>
              <w:jc w:val="center"/>
            </w:pPr>
            <w:r>
              <w:rPr>
                <w:b/>
                <w:sz w:val="16"/>
              </w:rPr>
              <w:t>Sıra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63A503AE" w14:textId="77777777">
            <w:pPr>
              <w:jc w:val="center"/>
            </w:pPr>
            <w:r>
              <w:rPr>
                <w:b/>
                <w:sz w:val="16"/>
              </w:rPr>
              <w:t>Adı Soyadı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4C8B0745" w14:textId="77777777">
            <w:pPr>
              <w:jc w:val="center"/>
            </w:pPr>
            <w:r>
              <w:rPr>
                <w:b/>
                <w:sz w:val="16"/>
              </w:rPr>
              <w:t>Unvanı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0CA2D2D6" w14:textId="77777777">
            <w:pPr>
              <w:jc w:val="center"/>
            </w:pPr>
            <w:r>
              <w:rPr>
                <w:b/>
                <w:sz w:val="16"/>
              </w:rPr>
              <w:t>Uzmanlık Alanı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5D7F1D61" w14:textId="77777777">
            <w:pPr>
              <w:jc w:val="center"/>
            </w:pPr>
            <w:r>
              <w:rPr>
                <w:b/>
                <w:sz w:val="16"/>
              </w:rPr>
              <w:t>Üniversitesi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7096F092" w14:textId="77777777">
            <w:pPr>
              <w:jc w:val="center"/>
            </w:pPr>
            <w:r>
              <w:rPr>
                <w:b/>
                <w:sz w:val="16"/>
              </w:rPr>
              <w:t>Fakültesi</w:t>
            </w:r>
          </w:p>
        </w:tc>
      </w:tr>
      <w:tr w:rsidR="0003353A" w14:paraId="48E2D8BE" w14:textId="77777777">
        <w:tc>
          <w:tcPr>
            <w:tcW w:w="1757" w:type="dxa"/>
            <w:vAlign w:val="center"/>
          </w:tcPr>
          <w:p w:rsidR="0003353A" w:rsidRDefault="00000000" w14:paraId="080B7E05" w14:textId="777777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757" w:type="dxa"/>
          </w:tcPr>
          <w:p w:rsidR="0003353A" w:rsidRDefault="0003353A" w14:paraId="3BEE4428" w14:textId="77777777"/>
        </w:tc>
        <w:tc>
          <w:tcPr>
            <w:tcW w:w="1757" w:type="dxa"/>
          </w:tcPr>
          <w:p w:rsidR="0003353A" w:rsidRDefault="0003353A" w14:paraId="3EB9912B" w14:textId="77777777"/>
        </w:tc>
        <w:tc>
          <w:tcPr>
            <w:tcW w:w="1757" w:type="dxa"/>
          </w:tcPr>
          <w:p w:rsidR="0003353A" w:rsidRDefault="0003353A" w14:paraId="7002E1E7" w14:textId="77777777"/>
        </w:tc>
        <w:tc>
          <w:tcPr>
            <w:tcW w:w="1757" w:type="dxa"/>
          </w:tcPr>
          <w:p w:rsidR="0003353A" w:rsidRDefault="0003353A" w14:paraId="39A15F78" w14:textId="77777777"/>
        </w:tc>
        <w:tc>
          <w:tcPr>
            <w:tcW w:w="1757" w:type="dxa"/>
          </w:tcPr>
          <w:p w:rsidR="0003353A" w:rsidRDefault="0003353A" w14:paraId="7ED83E81" w14:textId="77777777"/>
        </w:tc>
      </w:tr>
      <w:tr w:rsidR="0003353A" w14:paraId="72532E46" w14:textId="77777777">
        <w:tc>
          <w:tcPr>
            <w:tcW w:w="1757" w:type="dxa"/>
            <w:vAlign w:val="center"/>
          </w:tcPr>
          <w:p w:rsidR="0003353A" w:rsidRDefault="00000000" w14:paraId="41A1D0DB" w14:textId="77777777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757" w:type="dxa"/>
          </w:tcPr>
          <w:p w:rsidR="0003353A" w:rsidRDefault="0003353A" w14:paraId="77D6479C" w14:textId="77777777"/>
        </w:tc>
        <w:tc>
          <w:tcPr>
            <w:tcW w:w="1757" w:type="dxa"/>
          </w:tcPr>
          <w:p w:rsidR="0003353A" w:rsidRDefault="0003353A" w14:paraId="728614A5" w14:textId="77777777"/>
        </w:tc>
        <w:tc>
          <w:tcPr>
            <w:tcW w:w="1757" w:type="dxa"/>
          </w:tcPr>
          <w:p w:rsidR="0003353A" w:rsidRDefault="0003353A" w14:paraId="1CD2EA37" w14:textId="77777777"/>
        </w:tc>
        <w:tc>
          <w:tcPr>
            <w:tcW w:w="1757" w:type="dxa"/>
          </w:tcPr>
          <w:p w:rsidR="0003353A" w:rsidRDefault="0003353A" w14:paraId="62700596" w14:textId="77777777"/>
        </w:tc>
        <w:tc>
          <w:tcPr>
            <w:tcW w:w="1757" w:type="dxa"/>
          </w:tcPr>
          <w:p w:rsidR="0003353A" w:rsidRDefault="0003353A" w14:paraId="7E9341E0" w14:textId="77777777"/>
        </w:tc>
      </w:tr>
      <w:tr w:rsidR="0003353A" w14:paraId="054C227E" w14:textId="77777777">
        <w:tc>
          <w:tcPr>
            <w:tcW w:w="1757" w:type="dxa"/>
            <w:vAlign w:val="center"/>
          </w:tcPr>
          <w:p w:rsidR="0003353A" w:rsidRDefault="00000000" w14:paraId="7C233607" w14:textId="77777777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757" w:type="dxa"/>
          </w:tcPr>
          <w:p w:rsidR="0003353A" w:rsidRDefault="0003353A" w14:paraId="6DDC9B75" w14:textId="77777777"/>
        </w:tc>
        <w:tc>
          <w:tcPr>
            <w:tcW w:w="1757" w:type="dxa"/>
          </w:tcPr>
          <w:p w:rsidR="0003353A" w:rsidRDefault="0003353A" w14:paraId="4344CD84" w14:textId="77777777"/>
        </w:tc>
        <w:tc>
          <w:tcPr>
            <w:tcW w:w="1757" w:type="dxa"/>
          </w:tcPr>
          <w:p w:rsidR="0003353A" w:rsidRDefault="0003353A" w14:paraId="418D1E17" w14:textId="77777777"/>
        </w:tc>
        <w:tc>
          <w:tcPr>
            <w:tcW w:w="1757" w:type="dxa"/>
          </w:tcPr>
          <w:p w:rsidR="0003353A" w:rsidRDefault="0003353A" w14:paraId="5DC829BA" w14:textId="77777777"/>
        </w:tc>
        <w:tc>
          <w:tcPr>
            <w:tcW w:w="1757" w:type="dxa"/>
          </w:tcPr>
          <w:p w:rsidR="0003353A" w:rsidRDefault="0003353A" w14:paraId="62F5A873" w14:textId="77777777"/>
        </w:tc>
      </w:tr>
    </w:tbl>
    <w:p w:rsidR="00A0040A" w:rsidRDefault="00A0040A" w14:paraId="13D79D34" w14:textId="77777777">
      <w:pPr>
        <w:rPr>
          <w:b/>
          <w:sz w:val="20"/>
        </w:rPr>
      </w:pPr>
    </w:p>
    <w:p w:rsidR="0003353A" w:rsidRDefault="00000000" w14:paraId="54D3DFAA" w14:textId="7426E978">
      <w:r>
        <w:rPr>
          <w:b/>
          <w:sz w:val="20"/>
        </w:rPr>
        <w:t xml:space="preserve">Tez </w:t>
      </w:r>
      <w:proofErr w:type="spellStart"/>
      <w:r>
        <w:rPr>
          <w:b/>
          <w:sz w:val="20"/>
        </w:rPr>
        <w:t>Savunması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Jürisi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Yedek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Üyeleri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57"/>
        <w:gridCol w:w="1757"/>
        <w:gridCol w:w="1757"/>
        <w:gridCol w:w="1757"/>
        <w:gridCol w:w="1757"/>
        <w:gridCol w:w="1757"/>
      </w:tblGrid>
      <w:tr w:rsidR="0003353A" w14:paraId="196B0DA7" w14:textId="77777777">
        <w:trPr>
          <w:tblHeader/>
        </w:trPr>
        <w:tc>
          <w:tcPr>
            <w:tcW w:w="1757" w:type="dxa"/>
            <w:shd w:val="clear" w:color="auto" w:fill="F2F2F2"/>
            <w:vAlign w:val="center"/>
          </w:tcPr>
          <w:p w:rsidR="0003353A" w:rsidRDefault="00000000" w14:paraId="5F3856D2" w14:textId="77777777">
            <w:pPr>
              <w:jc w:val="center"/>
            </w:pPr>
            <w:r>
              <w:rPr>
                <w:b/>
                <w:sz w:val="16"/>
              </w:rPr>
              <w:t>Sıra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0F679CDF" w14:textId="77777777">
            <w:pPr>
              <w:jc w:val="center"/>
            </w:pPr>
            <w:r>
              <w:rPr>
                <w:b/>
                <w:sz w:val="16"/>
              </w:rPr>
              <w:t>Adı Soyadı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14F9BDAD" w14:textId="77777777">
            <w:pPr>
              <w:jc w:val="center"/>
            </w:pPr>
            <w:r>
              <w:rPr>
                <w:b/>
                <w:sz w:val="16"/>
              </w:rPr>
              <w:t>Unvanı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4BEE6532" w14:textId="77777777">
            <w:pPr>
              <w:jc w:val="center"/>
            </w:pPr>
            <w:r>
              <w:rPr>
                <w:b/>
                <w:sz w:val="16"/>
              </w:rPr>
              <w:t>Uzmanlık Alanı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13AD16B8" w14:textId="77777777">
            <w:pPr>
              <w:jc w:val="center"/>
            </w:pPr>
            <w:r>
              <w:rPr>
                <w:b/>
                <w:sz w:val="16"/>
              </w:rPr>
              <w:t>Üniversitesi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03353A" w:rsidRDefault="00000000" w14:paraId="724D455E" w14:textId="77777777">
            <w:pPr>
              <w:jc w:val="center"/>
            </w:pPr>
            <w:r>
              <w:rPr>
                <w:b/>
                <w:sz w:val="16"/>
              </w:rPr>
              <w:t>Fakültesi</w:t>
            </w:r>
          </w:p>
        </w:tc>
      </w:tr>
      <w:tr w:rsidR="0003353A" w14:paraId="05DE7D2B" w14:textId="77777777">
        <w:tc>
          <w:tcPr>
            <w:tcW w:w="1757" w:type="dxa"/>
            <w:vAlign w:val="center"/>
          </w:tcPr>
          <w:p w:rsidR="0003353A" w:rsidRDefault="00000000" w14:paraId="3AF785BA" w14:textId="777777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757" w:type="dxa"/>
          </w:tcPr>
          <w:p w:rsidR="0003353A" w:rsidRDefault="0003353A" w14:paraId="44D2040A" w14:textId="77777777"/>
        </w:tc>
        <w:tc>
          <w:tcPr>
            <w:tcW w:w="1757" w:type="dxa"/>
          </w:tcPr>
          <w:p w:rsidR="0003353A" w:rsidRDefault="0003353A" w14:paraId="47F1DACF" w14:textId="77777777"/>
        </w:tc>
        <w:tc>
          <w:tcPr>
            <w:tcW w:w="1757" w:type="dxa"/>
          </w:tcPr>
          <w:p w:rsidR="0003353A" w:rsidRDefault="0003353A" w14:paraId="2464159C" w14:textId="77777777"/>
        </w:tc>
        <w:tc>
          <w:tcPr>
            <w:tcW w:w="1757" w:type="dxa"/>
          </w:tcPr>
          <w:p w:rsidR="0003353A" w:rsidRDefault="0003353A" w14:paraId="2E9DD66B" w14:textId="77777777"/>
        </w:tc>
        <w:tc>
          <w:tcPr>
            <w:tcW w:w="1757" w:type="dxa"/>
          </w:tcPr>
          <w:p w:rsidR="0003353A" w:rsidRDefault="0003353A" w14:paraId="78378B0E" w14:textId="77777777"/>
        </w:tc>
      </w:tr>
      <w:tr w:rsidR="0003353A" w14:paraId="5C1BBB77" w14:textId="77777777">
        <w:tc>
          <w:tcPr>
            <w:tcW w:w="1757" w:type="dxa"/>
            <w:vAlign w:val="center"/>
          </w:tcPr>
          <w:p w:rsidR="0003353A" w:rsidRDefault="00000000" w14:paraId="43748F72" w14:textId="77777777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757" w:type="dxa"/>
          </w:tcPr>
          <w:p w:rsidR="0003353A" w:rsidRDefault="0003353A" w14:paraId="69AFE46C" w14:textId="77777777"/>
        </w:tc>
        <w:tc>
          <w:tcPr>
            <w:tcW w:w="1757" w:type="dxa"/>
          </w:tcPr>
          <w:p w:rsidR="0003353A" w:rsidRDefault="0003353A" w14:paraId="1BDB058A" w14:textId="77777777"/>
        </w:tc>
        <w:tc>
          <w:tcPr>
            <w:tcW w:w="1757" w:type="dxa"/>
          </w:tcPr>
          <w:p w:rsidR="0003353A" w:rsidRDefault="0003353A" w14:paraId="3C702DBD" w14:textId="77777777"/>
        </w:tc>
        <w:tc>
          <w:tcPr>
            <w:tcW w:w="1757" w:type="dxa"/>
          </w:tcPr>
          <w:p w:rsidR="0003353A" w:rsidRDefault="0003353A" w14:paraId="369784C0" w14:textId="77777777"/>
        </w:tc>
        <w:tc>
          <w:tcPr>
            <w:tcW w:w="1757" w:type="dxa"/>
          </w:tcPr>
          <w:p w:rsidR="0003353A" w:rsidRDefault="0003353A" w14:paraId="6DCC9276" w14:textId="77777777"/>
        </w:tc>
      </w:tr>
    </w:tbl>
    <w:p w:rsidR="0003353A" w:rsidRDefault="0003353A" w14:paraId="2EF3B526" w14:textId="77777777"/>
    <w:p w:rsidR="00A0040A" w:rsidRDefault="00A0040A" w14:paraId="62DB6E2A" w14:textId="77777777"/>
    <w:p w:rsidR="00A0040A" w:rsidRDefault="00A0040A" w14:paraId="79B497BC" w14:textId="77777777"/>
    <w:p w:rsidR="00A0040A" w:rsidRDefault="00A0040A" w14:paraId="1D05B7BD" w14:textId="77777777"/>
    <w:p w:rsidR="00A0040A" w:rsidRDefault="00A0040A" w14:paraId="1B2A053E" w14:textId="77777777"/>
    <w:p w:rsidR="00A0040A" w:rsidRDefault="00A0040A" w14:paraId="4BB4B5EE" w14:textId="77777777"/>
    <w:p w:rsidR="00A0040A" w:rsidRDefault="00A0040A" w14:paraId="61037485" w14:textId="77777777"/>
    <w:p w:rsidR="00A0040A" w:rsidRDefault="00A0040A" w14:paraId="7E5788D7" w14:textId="77777777"/>
    <w:p w:rsidR="00A32F5C" w:rsidRDefault="00A32F5C" w14:paraId="3AEED181" w14:textId="77777777"/>
    <w:p w:rsidR="00A32F5C" w:rsidRDefault="00A32F5C" w14:paraId="795ED565" w14:textId="77777777"/>
    <w:p w:rsidR="00A32F5C" w:rsidRDefault="00A32F5C" w14:paraId="5A7D0559" w14:textId="77777777"/>
    <w:p w:rsidR="00A32F5C" w:rsidRDefault="00A32F5C" w14:paraId="435024FC" w14:textId="77777777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513"/>
        <w:gridCol w:w="3513"/>
        <w:gridCol w:w="3513"/>
      </w:tblGrid>
      <w:tr w:rsidR="0003353A" w14:paraId="6E94B70B" w14:textId="77777777">
        <w:trPr>
          <w:jc w:val="center"/>
        </w:trPr>
        <w:tc>
          <w:tcPr>
            <w:tcW w:w="3513" w:type="dxa"/>
            <w:vAlign w:val="center"/>
          </w:tcPr>
          <w:p w:rsidR="0003353A" w:rsidRDefault="00000000" w14:paraId="56794261" w14:textId="77777777">
            <w:pPr>
              <w:jc w:val="center"/>
            </w:pPr>
            <w:r>
              <w:rPr>
                <w:sz w:val="16"/>
              </w:rPr>
              <w:t>Tez Danışmanı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="0003353A" w:rsidRDefault="00000000" w14:paraId="04F45956" w14:textId="77777777">
            <w:pPr>
              <w:jc w:val="center"/>
            </w:pPr>
            <w:r>
              <w:rPr>
                <w:sz w:val="16"/>
              </w:rPr>
              <w:t>Anabilim Dalı Başkanı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  <w:tc>
          <w:tcPr>
            <w:tcW w:w="3513" w:type="dxa"/>
            <w:vAlign w:val="center"/>
          </w:tcPr>
          <w:p w:rsidR="0003353A" w:rsidRDefault="00000000" w14:paraId="2D13E068" w14:textId="77777777">
            <w:pPr>
              <w:jc w:val="center"/>
            </w:pPr>
            <w:r>
              <w:rPr>
                <w:sz w:val="16"/>
              </w:rPr>
              <w:t>Uzmanlık Eğitimi Birimi</w:t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</w:r>
            <w:r>
              <w:rPr>
                <w:sz w:val="16"/>
              </w:rPr>
              <w:br/>
              <w:t>Unvanı Adı Soyadı</w:t>
            </w:r>
            <w:r>
              <w:rPr>
                <w:sz w:val="16"/>
              </w:rPr>
              <w:br/>
              <w:t>İmza</w:t>
            </w:r>
          </w:p>
        </w:tc>
      </w:tr>
    </w:tbl>
    <w:p w:rsidR="0003353A" w:rsidRDefault="00000000" w14:paraId="5A3F02DA" w14:textId="77777777">
      <w:pPr>
        <w:rPr>
          <w:sz w:val="14"/>
        </w:rPr>
      </w:pPr>
      <w:r>
        <w:rPr>
          <w:sz w:val="14"/>
        </w:rPr>
        <w:t xml:space="preserve">Not: Tez, uzmanlık eğitimi süresinin bitiminden en geç üç ay önce jüriye sunulmak üzere eğitim sorumlusuna teslim edilir. Form, anabilim dalı başkanlığı tarafından onaylandıktan sonra </w:t>
      </w:r>
      <w:proofErr w:type="spellStart"/>
      <w:r>
        <w:rPr>
          <w:sz w:val="14"/>
        </w:rPr>
        <w:t>Uzmanlık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Eğitimi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Birimine</w:t>
      </w:r>
      <w:proofErr w:type="spellEnd"/>
      <w:r>
        <w:rPr>
          <w:sz w:val="14"/>
        </w:rPr>
        <w:t xml:space="preserve"> </w:t>
      </w:r>
      <w:proofErr w:type="spellStart"/>
      <w:r>
        <w:rPr>
          <w:sz w:val="14"/>
        </w:rPr>
        <w:t>gönderilir</w:t>
      </w:r>
      <w:proofErr w:type="spellEnd"/>
      <w:r>
        <w:rPr>
          <w:sz w:val="14"/>
        </w:rPr>
        <w:t>.</w:t>
      </w:r>
    </w:p>
    <w:p w:rsidRPr="00A32F5C" w:rsidR="00A32F5C" w:rsidP="00A32F5C" w:rsidRDefault="00A32F5C" w14:paraId="30CC43E7" w14:textId="2755C8D7">
      <w:pPr>
        <w:tabs>
          <w:tab w:val="left" w:pos="3960"/>
        </w:tabs>
      </w:pPr>
      <w:r>
        <w:lastRenderedPageBreak/>
        <w:tab/>
      </w:r>
    </w:p>
    <w:sectPr w:rsidRPr="00A32F5C" w:rsidR="00A32F5C" w:rsidSect="00034616">
      <w:headerReference w:type="default" r:id="R2c66bdefd2234695"/>
      <w:headerReference w:type="first" r:id="R2c66bdefd2234695"/>
      <w:headerReference w:type="even" r:id="R2c66bdefd2234695"/>
      <w:footerReference w:type="default" r:id="R3e1c9bc305bf465a"/>
      <w:footerReference w:type="first" r:id="R3e1c9bc305bf465a"/>
      <w:footerReference w:type="even" r:id="R3e1c9bc305bf465a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A66EE" w14:textId="77777777" w:rsidR="00FB29DD" w:rsidRDefault="00FB29DD">
      <w:pPr>
        <w:spacing w:after="0" w:line="240" w:lineRule="auto"/>
      </w:pPr>
      <w:r>
        <w:separator/>
      </w:r>
    </w:p>
  </w:endnote>
  <w:endnote w:type="continuationSeparator" w:id="0">
    <w:p w14:paraId="26CD0745" w14:textId="77777777" w:rsidR="00FB29DD" w:rsidRDefault="00FB2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KYS-FR.355,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5566465f5ab41b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kvys.giresun.edu.tr/dg/1017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9f6b3d9e6f04f4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051E6" w14:textId="77777777" w:rsidR="00FB29DD" w:rsidRDefault="00FB29DD">
      <w:pPr>
        <w:spacing w:after="0" w:line="240" w:lineRule="auto"/>
      </w:pPr>
      <w:r>
        <w:separator/>
      </w:r>
    </w:p>
  </w:footnote>
  <w:footnote w:type="continuationSeparator" w:id="0">
    <w:p w14:paraId="46FFF31F" w14:textId="77777777" w:rsidR="00FB29DD" w:rsidRDefault="00FB2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983bc7bdba647c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 Savunması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KYS-FR.355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8169280">
    <w:abstractNumId w:val="8"/>
  </w:num>
  <w:num w:numId="2" w16cid:durableId="1928882568">
    <w:abstractNumId w:val="6"/>
  </w:num>
  <w:num w:numId="3" w16cid:durableId="882399536">
    <w:abstractNumId w:val="5"/>
  </w:num>
  <w:num w:numId="4" w16cid:durableId="1009678683">
    <w:abstractNumId w:val="4"/>
  </w:num>
  <w:num w:numId="5" w16cid:durableId="848180928">
    <w:abstractNumId w:val="7"/>
  </w:num>
  <w:num w:numId="6" w16cid:durableId="2094204336">
    <w:abstractNumId w:val="3"/>
  </w:num>
  <w:num w:numId="7" w16cid:durableId="924920269">
    <w:abstractNumId w:val="2"/>
  </w:num>
  <w:num w:numId="8" w16cid:durableId="1323659424">
    <w:abstractNumId w:val="1"/>
  </w:num>
  <w:num w:numId="9" w16cid:durableId="1380319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353A"/>
    <w:rsid w:val="00034616"/>
    <w:rsid w:val="0006063C"/>
    <w:rsid w:val="0015074B"/>
    <w:rsid w:val="0029639D"/>
    <w:rsid w:val="00326F90"/>
    <w:rsid w:val="003F7834"/>
    <w:rsid w:val="00447C6D"/>
    <w:rsid w:val="008C1445"/>
    <w:rsid w:val="00A0040A"/>
    <w:rsid w:val="00A32F5C"/>
    <w:rsid w:val="00AA1D8D"/>
    <w:rsid w:val="00B47730"/>
    <w:rsid w:val="00CB0664"/>
    <w:rsid w:val="00E63BF0"/>
    <w:rsid w:val="00FB29D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6F5237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2c66bdefd2234695" /><Relationship Type="http://schemas.openxmlformats.org/officeDocument/2006/relationships/footer" Target="/word/footer1.xml" Id="R3e1c9bc305bf465a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b9f6b3d9e6f04f4c" /><Relationship Type="http://schemas.openxmlformats.org/officeDocument/2006/relationships/hyperlink" Target="https://kvys.giresun.edu.tr/dg/1017" TargetMode="External" Id="R65566465f5ab41b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e983bc7bdba647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2026-06-03T07:18:00Z</dcterms:modified>
  <cp:category/>
</cp:coreProperties>
</file>