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E29B1" w:rsidR="00503878" w:rsidP="00BD29D9" w:rsidRDefault="005D2B70" w14:paraId="6EC4FBD0" w14:textId="77777777">
      <w:pPr>
        <w:spacing w:after="80" w:line="240" w:lineRule="auto"/>
        <w:jc w:val="right"/>
        <w:rPr>
          <w:lang w:val="tr-TR"/>
        </w:rPr>
      </w:pPr>
      <w:r w:rsidRPr="00CE29B1">
        <w:rPr>
          <w:lang w:val="tr-TR"/>
        </w:rPr>
        <w:t>Tarih: …… / …… / 20……</w:t>
      </w:r>
    </w:p>
    <w:p w:rsidRPr="00CE29B1" w:rsidR="00503878" w:rsidP="00BD29D9" w:rsidRDefault="005D2B70" w14:paraId="15FD5CCA" w14:textId="77777777">
      <w:pPr>
        <w:spacing w:after="80" w:line="240" w:lineRule="auto"/>
        <w:jc w:val="center"/>
        <w:rPr>
          <w:lang w:val="tr-TR"/>
        </w:rPr>
      </w:pPr>
      <w:r w:rsidRPr="00CE29B1">
        <w:rPr>
          <w:b/>
          <w:sz w:val="20"/>
          <w:lang w:val="tr-TR"/>
        </w:rPr>
        <w:t>DİŞ HEKİMLİĞİ FAKÜLTESİ DEKANLIĞINA</w:t>
      </w:r>
    </w:p>
    <w:p w:rsidRPr="00CE29B1" w:rsidR="00503878" w:rsidP="00BD29D9" w:rsidRDefault="005D2B70" w14:paraId="33DD7F89" w14:textId="77777777">
      <w:pPr>
        <w:spacing w:after="80" w:line="240" w:lineRule="auto"/>
        <w:rPr>
          <w:lang w:val="tr-TR"/>
        </w:rPr>
      </w:pPr>
      <w:r w:rsidRPr="00CE29B1">
        <w:rPr>
          <w:lang w:val="tr-TR"/>
        </w:rPr>
        <w:t>Tez savunma sınavında başarılı bulunan uzmanlık öğrencisinin uzmanlık eğitimi bitirme sınavına başvurusu ve jüri önerisi aşağıda sunulmuştur. Bilgilerinize arz ederim.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607"/>
        <w:gridCol w:w="2606"/>
        <w:gridCol w:w="2610"/>
        <w:gridCol w:w="2599"/>
      </w:tblGrid>
      <w:tr w:rsidRPr="00CE29B1" w:rsidR="00503878" w14:paraId="0F20EF5F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Pr="00CE29B1" w:rsidR="00503878" w:rsidRDefault="005D2B70" w14:paraId="53726F8E" w14:textId="77777777">
            <w:pPr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Adı Soyadı</w:t>
            </w:r>
          </w:p>
        </w:tc>
        <w:tc>
          <w:tcPr>
            <w:tcW w:w="2635" w:type="dxa"/>
            <w:vAlign w:val="center"/>
          </w:tcPr>
          <w:p w:rsidRPr="00CE29B1" w:rsidR="00503878" w:rsidRDefault="00503878" w14:paraId="682E6AAF" w14:textId="77777777">
            <w:pPr>
              <w:rPr>
                <w:lang w:val="tr-TR"/>
              </w:rPr>
            </w:pPr>
          </w:p>
        </w:tc>
        <w:tc>
          <w:tcPr>
            <w:tcW w:w="2635" w:type="dxa"/>
            <w:shd w:val="clear" w:color="auto" w:fill="F2F2F2"/>
            <w:vAlign w:val="center"/>
          </w:tcPr>
          <w:p w:rsidRPr="00CE29B1" w:rsidR="00503878" w:rsidRDefault="005D2B70" w14:paraId="57BF9C15" w14:textId="77777777">
            <w:pPr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Anabilim Dalı</w:t>
            </w:r>
          </w:p>
        </w:tc>
        <w:tc>
          <w:tcPr>
            <w:tcW w:w="2635" w:type="dxa"/>
            <w:vAlign w:val="center"/>
          </w:tcPr>
          <w:p w:rsidRPr="00CE29B1" w:rsidR="00503878" w:rsidRDefault="00503878" w14:paraId="6CD3A9AB" w14:textId="77777777">
            <w:pPr>
              <w:rPr>
                <w:lang w:val="tr-TR"/>
              </w:rPr>
            </w:pPr>
          </w:p>
        </w:tc>
      </w:tr>
      <w:tr w:rsidRPr="00CE29B1" w:rsidR="00503878" w14:paraId="5D07A5A5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Pr="00CE29B1" w:rsidR="00503878" w:rsidRDefault="005D2B70" w14:paraId="7D8BD8DD" w14:textId="77777777">
            <w:pPr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Tez Başlığı</w:t>
            </w:r>
          </w:p>
        </w:tc>
        <w:tc>
          <w:tcPr>
            <w:tcW w:w="2635" w:type="dxa"/>
            <w:vAlign w:val="center"/>
          </w:tcPr>
          <w:p w:rsidRPr="00CE29B1" w:rsidR="00503878" w:rsidRDefault="00503878" w14:paraId="790B8FD1" w14:textId="77777777">
            <w:pPr>
              <w:rPr>
                <w:lang w:val="tr-TR"/>
              </w:rPr>
            </w:pPr>
          </w:p>
        </w:tc>
        <w:tc>
          <w:tcPr>
            <w:tcW w:w="2635" w:type="dxa"/>
            <w:shd w:val="clear" w:color="auto" w:fill="F2F2F2"/>
            <w:vAlign w:val="center"/>
          </w:tcPr>
          <w:p w:rsidRPr="00CE29B1" w:rsidR="00503878" w:rsidRDefault="005D2B70" w14:paraId="4B9936BE" w14:textId="77777777">
            <w:pPr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Tez Danışmanı</w:t>
            </w:r>
          </w:p>
        </w:tc>
        <w:tc>
          <w:tcPr>
            <w:tcW w:w="2635" w:type="dxa"/>
            <w:vAlign w:val="center"/>
          </w:tcPr>
          <w:p w:rsidRPr="00CE29B1" w:rsidR="00503878" w:rsidRDefault="00503878" w14:paraId="4FD5ED91" w14:textId="77777777">
            <w:pPr>
              <w:rPr>
                <w:lang w:val="tr-TR"/>
              </w:rPr>
            </w:pPr>
          </w:p>
        </w:tc>
      </w:tr>
      <w:tr w:rsidRPr="00CE29B1" w:rsidR="00503878" w14:paraId="62AB1708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Pr="00CE29B1" w:rsidR="00503878" w:rsidRDefault="005D2B70" w14:paraId="096AA035" w14:textId="77777777">
            <w:pPr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Sınav Tarihi</w:t>
            </w:r>
          </w:p>
        </w:tc>
        <w:tc>
          <w:tcPr>
            <w:tcW w:w="2635" w:type="dxa"/>
            <w:vAlign w:val="center"/>
          </w:tcPr>
          <w:p w:rsidRPr="00CE29B1" w:rsidR="00503878" w:rsidRDefault="005D2B70" w14:paraId="5A90CEFE" w14:textId="77777777">
            <w:pPr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…… / …… / 20……</w:t>
            </w:r>
          </w:p>
        </w:tc>
        <w:tc>
          <w:tcPr>
            <w:tcW w:w="2635" w:type="dxa"/>
            <w:shd w:val="clear" w:color="auto" w:fill="F2F2F2"/>
            <w:vAlign w:val="center"/>
          </w:tcPr>
          <w:p w:rsidRPr="00CE29B1" w:rsidR="00503878" w:rsidRDefault="005D2B70" w14:paraId="0061D9E4" w14:textId="77777777">
            <w:pPr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Sınav Yeri</w:t>
            </w:r>
          </w:p>
        </w:tc>
        <w:tc>
          <w:tcPr>
            <w:tcW w:w="2635" w:type="dxa"/>
            <w:vAlign w:val="center"/>
          </w:tcPr>
          <w:p w:rsidRPr="00CE29B1" w:rsidR="00503878" w:rsidRDefault="00503878" w14:paraId="44F0BDB8" w14:textId="77777777">
            <w:pPr>
              <w:rPr>
                <w:lang w:val="tr-TR"/>
              </w:rPr>
            </w:pPr>
          </w:p>
        </w:tc>
      </w:tr>
    </w:tbl>
    <w:p w:rsidR="00CE29B1" w:rsidP="00BD29D9" w:rsidRDefault="00CE29B1" w14:paraId="589F784E" w14:textId="77777777">
      <w:pPr>
        <w:spacing w:after="80" w:line="240" w:lineRule="auto"/>
        <w:rPr>
          <w:b/>
          <w:sz w:val="20"/>
          <w:lang w:val="tr-TR"/>
        </w:rPr>
      </w:pPr>
    </w:p>
    <w:p w:rsidR="00CE29B1" w:rsidP="00BD29D9" w:rsidRDefault="00CE29B1" w14:paraId="78D71F79" w14:textId="77777777">
      <w:pPr>
        <w:spacing w:after="80" w:line="240" w:lineRule="auto"/>
        <w:rPr>
          <w:b/>
          <w:sz w:val="20"/>
          <w:lang w:val="tr-TR"/>
        </w:rPr>
      </w:pPr>
    </w:p>
    <w:p w:rsidR="00CE29B1" w:rsidP="00BD29D9" w:rsidRDefault="00CE29B1" w14:paraId="6FDF6EAC" w14:textId="77777777">
      <w:pPr>
        <w:spacing w:after="80" w:line="240" w:lineRule="auto"/>
        <w:rPr>
          <w:b/>
          <w:sz w:val="20"/>
          <w:lang w:val="tr-TR"/>
        </w:rPr>
      </w:pPr>
    </w:p>
    <w:p w:rsidRPr="00CE29B1" w:rsidR="00503878" w:rsidP="00BD29D9" w:rsidRDefault="005D2B70" w14:paraId="69A5B74A" w14:textId="77777777">
      <w:pPr>
        <w:spacing w:after="80" w:line="240" w:lineRule="auto"/>
        <w:rPr>
          <w:lang w:val="tr-TR"/>
        </w:rPr>
      </w:pPr>
      <w:r w:rsidRPr="00CE29B1">
        <w:rPr>
          <w:b/>
          <w:sz w:val="20"/>
          <w:lang w:val="tr-TR"/>
        </w:rPr>
        <w:t>Uzmanlık Eğitimi Bitirme Sınavı Asil Jüri Üyeleri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732"/>
        <w:gridCol w:w="1735"/>
        <w:gridCol w:w="1736"/>
        <w:gridCol w:w="1739"/>
        <w:gridCol w:w="1742"/>
        <w:gridCol w:w="1738"/>
      </w:tblGrid>
      <w:tr w:rsidRPr="00CE29B1" w:rsidR="00503878" w14:paraId="106F15B0" w14:textId="77777777">
        <w:trPr>
          <w:tblHeader/>
        </w:trPr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15758700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Sıra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58C8BACE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Adı Soyadı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27B34655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Unvanı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239DE806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Uzmanlık Alanı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7BDAEA0B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Üniversitesi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1851AD39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Fakültesi</w:t>
            </w:r>
          </w:p>
        </w:tc>
      </w:tr>
      <w:tr w:rsidRPr="00CE29B1" w:rsidR="00503878" w14:paraId="3EA2F9F8" w14:textId="77777777">
        <w:tc>
          <w:tcPr>
            <w:tcW w:w="1757" w:type="dxa"/>
            <w:vAlign w:val="center"/>
          </w:tcPr>
          <w:p w:rsidRPr="00CE29B1" w:rsidR="00503878" w:rsidRDefault="005D2B70" w14:paraId="109FBA56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1</w:t>
            </w:r>
          </w:p>
        </w:tc>
        <w:tc>
          <w:tcPr>
            <w:tcW w:w="1757" w:type="dxa"/>
          </w:tcPr>
          <w:p w:rsidRPr="00CE29B1" w:rsidR="00503878" w:rsidRDefault="00503878" w14:paraId="5ABC2DF6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003C2378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1E2951B1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322FB564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B4E8721" w14:textId="77777777">
            <w:pPr>
              <w:rPr>
                <w:lang w:val="tr-TR"/>
              </w:rPr>
            </w:pPr>
          </w:p>
        </w:tc>
      </w:tr>
      <w:tr w:rsidRPr="00CE29B1" w:rsidR="00503878" w14:paraId="1F4F05E2" w14:textId="77777777">
        <w:tc>
          <w:tcPr>
            <w:tcW w:w="1757" w:type="dxa"/>
            <w:vAlign w:val="center"/>
          </w:tcPr>
          <w:p w:rsidRPr="00CE29B1" w:rsidR="00503878" w:rsidRDefault="005D2B70" w14:paraId="0D5C7809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2</w:t>
            </w:r>
          </w:p>
        </w:tc>
        <w:tc>
          <w:tcPr>
            <w:tcW w:w="1757" w:type="dxa"/>
          </w:tcPr>
          <w:p w:rsidRPr="00CE29B1" w:rsidR="00503878" w:rsidRDefault="00503878" w14:paraId="2F75BC0D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52BBFCD6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10DF8DD7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B511A63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216E4B64" w14:textId="77777777">
            <w:pPr>
              <w:rPr>
                <w:lang w:val="tr-TR"/>
              </w:rPr>
            </w:pPr>
          </w:p>
        </w:tc>
      </w:tr>
      <w:tr w:rsidRPr="00CE29B1" w:rsidR="00503878" w14:paraId="7AFD225C" w14:textId="77777777">
        <w:tc>
          <w:tcPr>
            <w:tcW w:w="1757" w:type="dxa"/>
            <w:vAlign w:val="center"/>
          </w:tcPr>
          <w:p w:rsidRPr="00CE29B1" w:rsidR="00503878" w:rsidRDefault="005D2B70" w14:paraId="35A17EAD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3</w:t>
            </w:r>
          </w:p>
        </w:tc>
        <w:tc>
          <w:tcPr>
            <w:tcW w:w="1757" w:type="dxa"/>
          </w:tcPr>
          <w:p w:rsidRPr="00CE29B1" w:rsidR="00503878" w:rsidRDefault="00503878" w14:paraId="0F8588F2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10E35414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7C1D4486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09DAD0E7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2A8CEA16" w14:textId="77777777">
            <w:pPr>
              <w:rPr>
                <w:lang w:val="tr-TR"/>
              </w:rPr>
            </w:pPr>
          </w:p>
        </w:tc>
      </w:tr>
      <w:tr w:rsidRPr="00CE29B1" w:rsidR="00503878" w14:paraId="786D2065" w14:textId="77777777">
        <w:tc>
          <w:tcPr>
            <w:tcW w:w="1757" w:type="dxa"/>
            <w:vAlign w:val="center"/>
          </w:tcPr>
          <w:p w:rsidRPr="00CE29B1" w:rsidR="00503878" w:rsidRDefault="005D2B70" w14:paraId="5C1C117D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4</w:t>
            </w:r>
          </w:p>
        </w:tc>
        <w:tc>
          <w:tcPr>
            <w:tcW w:w="1757" w:type="dxa"/>
          </w:tcPr>
          <w:p w:rsidRPr="00CE29B1" w:rsidR="00503878" w:rsidRDefault="00503878" w14:paraId="3BD7E22B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40C6BD4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4B91868C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28E37D3B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3A480824" w14:textId="77777777">
            <w:pPr>
              <w:rPr>
                <w:lang w:val="tr-TR"/>
              </w:rPr>
            </w:pPr>
          </w:p>
        </w:tc>
      </w:tr>
      <w:tr w:rsidRPr="00CE29B1" w:rsidR="00503878" w14:paraId="36BFCC2C" w14:textId="77777777">
        <w:tc>
          <w:tcPr>
            <w:tcW w:w="1757" w:type="dxa"/>
            <w:vAlign w:val="center"/>
          </w:tcPr>
          <w:p w:rsidRPr="00CE29B1" w:rsidR="00503878" w:rsidRDefault="005D2B70" w14:paraId="0D80C24C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5</w:t>
            </w:r>
          </w:p>
        </w:tc>
        <w:tc>
          <w:tcPr>
            <w:tcW w:w="1757" w:type="dxa"/>
          </w:tcPr>
          <w:p w:rsidRPr="00CE29B1" w:rsidR="00503878" w:rsidRDefault="00503878" w14:paraId="1FAA9DFA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F7B346B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496DA57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0A4323FC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4CC82EFF" w14:textId="77777777">
            <w:pPr>
              <w:rPr>
                <w:lang w:val="tr-TR"/>
              </w:rPr>
            </w:pPr>
          </w:p>
        </w:tc>
      </w:tr>
    </w:tbl>
    <w:p w:rsidR="00CE29B1" w:rsidP="00BD29D9" w:rsidRDefault="00CE29B1" w14:paraId="77087E29" w14:textId="77777777">
      <w:pPr>
        <w:spacing w:after="80" w:line="240" w:lineRule="auto"/>
        <w:rPr>
          <w:b/>
          <w:sz w:val="20"/>
          <w:lang w:val="tr-TR"/>
        </w:rPr>
      </w:pPr>
    </w:p>
    <w:p w:rsidR="00CE29B1" w:rsidP="00BD29D9" w:rsidRDefault="00CE29B1" w14:paraId="1BDCE45B" w14:textId="77777777">
      <w:pPr>
        <w:spacing w:after="80" w:line="240" w:lineRule="auto"/>
        <w:rPr>
          <w:b/>
          <w:sz w:val="20"/>
          <w:lang w:val="tr-TR"/>
        </w:rPr>
      </w:pPr>
    </w:p>
    <w:p w:rsidRPr="00CE29B1" w:rsidR="00503878" w:rsidP="00BD29D9" w:rsidRDefault="005D2B70" w14:paraId="04313B79" w14:textId="77777777">
      <w:pPr>
        <w:spacing w:after="80" w:line="240" w:lineRule="auto"/>
        <w:rPr>
          <w:lang w:val="tr-TR"/>
        </w:rPr>
      </w:pPr>
      <w:r w:rsidRPr="00CE29B1">
        <w:rPr>
          <w:b/>
          <w:sz w:val="20"/>
          <w:lang w:val="tr-TR"/>
        </w:rPr>
        <w:t>Uzmanlık Eğitimi Bitirme Sınavı Yedek Jüri Üyeleri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732"/>
        <w:gridCol w:w="1735"/>
        <w:gridCol w:w="1736"/>
        <w:gridCol w:w="1739"/>
        <w:gridCol w:w="1742"/>
        <w:gridCol w:w="1738"/>
      </w:tblGrid>
      <w:tr w:rsidRPr="00CE29B1" w:rsidR="00503878" w14:paraId="5E1071A2" w14:textId="77777777">
        <w:trPr>
          <w:tblHeader/>
        </w:trPr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6FC33E36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Sıra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303692BB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Adı Soyadı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38A7E62D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Unvanı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1C3628D0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Uzmanlık Alanı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64C86C95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Üniversitesi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CE29B1" w:rsidR="00503878" w:rsidRDefault="005D2B70" w14:paraId="77FA72BB" w14:textId="77777777">
            <w:pPr>
              <w:jc w:val="center"/>
              <w:rPr>
                <w:lang w:val="tr-TR"/>
              </w:rPr>
            </w:pPr>
            <w:r w:rsidRPr="00CE29B1">
              <w:rPr>
                <w:b/>
                <w:sz w:val="16"/>
                <w:lang w:val="tr-TR"/>
              </w:rPr>
              <w:t>Fakültesi</w:t>
            </w:r>
          </w:p>
        </w:tc>
      </w:tr>
      <w:tr w:rsidRPr="00CE29B1" w:rsidR="00503878" w14:paraId="28B54FC4" w14:textId="77777777">
        <w:tc>
          <w:tcPr>
            <w:tcW w:w="1757" w:type="dxa"/>
            <w:vAlign w:val="center"/>
          </w:tcPr>
          <w:p w:rsidRPr="00CE29B1" w:rsidR="00503878" w:rsidRDefault="005D2B70" w14:paraId="37E43DE0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1</w:t>
            </w:r>
          </w:p>
        </w:tc>
        <w:tc>
          <w:tcPr>
            <w:tcW w:w="1757" w:type="dxa"/>
          </w:tcPr>
          <w:p w:rsidRPr="00CE29B1" w:rsidR="00503878" w:rsidRDefault="00503878" w14:paraId="4A26950A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4530723B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E9B13DA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4E558AE7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42BEB1BC" w14:textId="77777777">
            <w:pPr>
              <w:rPr>
                <w:lang w:val="tr-TR"/>
              </w:rPr>
            </w:pPr>
          </w:p>
        </w:tc>
      </w:tr>
      <w:tr w:rsidRPr="00CE29B1" w:rsidR="00503878" w14:paraId="2382B6F1" w14:textId="77777777">
        <w:tc>
          <w:tcPr>
            <w:tcW w:w="1757" w:type="dxa"/>
            <w:vAlign w:val="center"/>
          </w:tcPr>
          <w:p w:rsidRPr="00CE29B1" w:rsidR="00503878" w:rsidRDefault="005D2B70" w14:paraId="4EC1DD35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2</w:t>
            </w:r>
          </w:p>
        </w:tc>
        <w:tc>
          <w:tcPr>
            <w:tcW w:w="1757" w:type="dxa"/>
          </w:tcPr>
          <w:p w:rsidRPr="00CE29B1" w:rsidR="00503878" w:rsidRDefault="00503878" w14:paraId="7E500D45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01A1A28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46A67BE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611ABD7C" w14:textId="77777777">
            <w:pPr>
              <w:rPr>
                <w:lang w:val="tr-TR"/>
              </w:rPr>
            </w:pPr>
          </w:p>
        </w:tc>
        <w:tc>
          <w:tcPr>
            <w:tcW w:w="1757" w:type="dxa"/>
          </w:tcPr>
          <w:p w:rsidRPr="00CE29B1" w:rsidR="00503878" w:rsidRDefault="00503878" w14:paraId="59E4399A" w14:textId="77777777">
            <w:pPr>
              <w:rPr>
                <w:lang w:val="tr-TR"/>
              </w:rPr>
            </w:pPr>
          </w:p>
        </w:tc>
      </w:tr>
    </w:tbl>
    <w:p w:rsidR="00503878" w:rsidP="00BD29D9" w:rsidRDefault="00503878" w14:paraId="68B107E7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6A890647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25C2B812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3A1C620E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6DEA92EB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5B13276C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08DC435D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0510F432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7674D87C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7BA20155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111A167D" w14:textId="77777777">
      <w:pPr>
        <w:spacing w:after="80" w:line="240" w:lineRule="auto"/>
        <w:rPr>
          <w:lang w:val="tr-TR"/>
        </w:rPr>
      </w:pPr>
    </w:p>
    <w:p w:rsidR="00CE29B1" w:rsidP="00BD29D9" w:rsidRDefault="00CE29B1" w14:paraId="30DD6F96" w14:textId="77777777">
      <w:pPr>
        <w:spacing w:after="80" w:line="240" w:lineRule="auto"/>
        <w:rPr>
          <w:lang w:val="tr-TR"/>
        </w:rPr>
      </w:pPr>
    </w:p>
    <w:p w:rsidRPr="00CE29B1" w:rsidR="00CE29B1" w:rsidP="00BD29D9" w:rsidRDefault="00CE29B1" w14:paraId="3A0E8D7B" w14:textId="77777777">
      <w:pPr>
        <w:spacing w:after="80" w:line="240" w:lineRule="auto"/>
        <w:rPr>
          <w:lang w:val="tr-TR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475"/>
        <w:gridCol w:w="3473"/>
        <w:gridCol w:w="3474"/>
      </w:tblGrid>
      <w:tr w:rsidRPr="00CE29B1" w:rsidR="00503878" w14:paraId="09FBDFCB" w14:textId="77777777">
        <w:trPr>
          <w:jc w:val="center"/>
        </w:trPr>
        <w:tc>
          <w:tcPr>
            <w:tcW w:w="3513" w:type="dxa"/>
            <w:vAlign w:val="center"/>
          </w:tcPr>
          <w:p w:rsidRPr="00CE29B1" w:rsidR="00503878" w:rsidRDefault="005D2B70" w14:paraId="5B56862B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lastRenderedPageBreak/>
              <w:t>Tez Danışmanı</w:t>
            </w:r>
            <w:r w:rsidRPr="00CE29B1">
              <w:rPr>
                <w:sz w:val="16"/>
                <w:lang w:val="tr-TR"/>
              </w:rPr>
              <w:br/>
            </w:r>
            <w:r w:rsidRPr="00CE29B1">
              <w:rPr>
                <w:sz w:val="16"/>
                <w:lang w:val="tr-TR"/>
              </w:rPr>
              <w:br/>
            </w:r>
            <w:r w:rsidRPr="00CE29B1">
              <w:rPr>
                <w:sz w:val="16"/>
                <w:lang w:val="tr-TR"/>
              </w:rPr>
              <w:br/>
              <w:t>Unvanı Adı Soyadı</w:t>
            </w:r>
            <w:r w:rsidRPr="00CE29B1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513" w:type="dxa"/>
            <w:vAlign w:val="center"/>
          </w:tcPr>
          <w:p w:rsidRPr="00CE29B1" w:rsidR="00503878" w:rsidRDefault="005D2B70" w14:paraId="2165FB56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Anabilim Dalı Başkanı</w:t>
            </w:r>
            <w:r w:rsidRPr="00CE29B1">
              <w:rPr>
                <w:sz w:val="16"/>
                <w:lang w:val="tr-TR"/>
              </w:rPr>
              <w:br/>
            </w:r>
            <w:r w:rsidRPr="00CE29B1">
              <w:rPr>
                <w:sz w:val="16"/>
                <w:lang w:val="tr-TR"/>
              </w:rPr>
              <w:br/>
            </w:r>
            <w:r w:rsidRPr="00CE29B1">
              <w:rPr>
                <w:sz w:val="16"/>
                <w:lang w:val="tr-TR"/>
              </w:rPr>
              <w:br/>
              <w:t>Unvanı Adı Soyadı</w:t>
            </w:r>
            <w:r w:rsidRPr="00CE29B1">
              <w:rPr>
                <w:sz w:val="16"/>
                <w:lang w:val="tr-TR"/>
              </w:rPr>
              <w:br/>
              <w:t>İmza</w:t>
            </w:r>
          </w:p>
        </w:tc>
        <w:tc>
          <w:tcPr>
            <w:tcW w:w="3513" w:type="dxa"/>
            <w:vAlign w:val="center"/>
          </w:tcPr>
          <w:p w:rsidRPr="00CE29B1" w:rsidR="00503878" w:rsidRDefault="005D2B70" w14:paraId="6067D24E" w14:textId="77777777">
            <w:pPr>
              <w:jc w:val="center"/>
              <w:rPr>
                <w:lang w:val="tr-TR"/>
              </w:rPr>
            </w:pPr>
            <w:r w:rsidRPr="00CE29B1">
              <w:rPr>
                <w:sz w:val="16"/>
                <w:lang w:val="tr-TR"/>
              </w:rPr>
              <w:t>Uzmanlık Eğitimi Birimi</w:t>
            </w:r>
            <w:r w:rsidRPr="00CE29B1">
              <w:rPr>
                <w:sz w:val="16"/>
                <w:lang w:val="tr-TR"/>
              </w:rPr>
              <w:br/>
            </w:r>
            <w:r w:rsidRPr="00CE29B1">
              <w:rPr>
                <w:sz w:val="16"/>
                <w:lang w:val="tr-TR"/>
              </w:rPr>
              <w:br/>
            </w:r>
            <w:r w:rsidRPr="00CE29B1">
              <w:rPr>
                <w:sz w:val="16"/>
                <w:lang w:val="tr-TR"/>
              </w:rPr>
              <w:br/>
              <w:t>Unvanı Adı Soyadı</w:t>
            </w:r>
            <w:r w:rsidRPr="00CE29B1">
              <w:rPr>
                <w:sz w:val="16"/>
                <w:lang w:val="tr-TR"/>
              </w:rPr>
              <w:br/>
              <w:t>İmza</w:t>
            </w:r>
          </w:p>
        </w:tc>
      </w:tr>
    </w:tbl>
    <w:p w:rsidRPr="00CE29B1" w:rsidR="00503878" w:rsidP="00BD29D9" w:rsidRDefault="005D2B70" w14:paraId="1EC51FFA" w14:textId="77777777">
      <w:pPr>
        <w:spacing w:after="80" w:line="240" w:lineRule="auto"/>
        <w:rPr>
          <w:lang w:val="tr-TR"/>
        </w:rPr>
      </w:pPr>
      <w:r w:rsidRPr="00CE29B1">
        <w:rPr>
          <w:sz w:val="14"/>
          <w:lang w:val="tr-TR"/>
        </w:rPr>
        <w:t>Not: Bu form, uzmanlık öğrencisi tez savunma sınavında başarılı olduktan sonra hazırlanır ve ilgili anabilim dalı başkanlığı aracılığıyla Uzmanlık Eğitimi Birimine iletilir.</w:t>
      </w:r>
    </w:p>
    <w:sectPr w:rsidRPr="00CE29B1" w:rsidR="00503878" w:rsidSect="00034616">
      <w:headerReference w:type="default" r:id="R2bee0f11010a4881"/>
      <w:headerReference w:type="first" r:id="R2bee0f11010a4881"/>
      <w:headerReference w:type="even" r:id="R2bee0f11010a4881"/>
      <w:footerReference w:type="default" r:id="R85a5bdc86fe848f1"/>
      <w:footerReference w:type="first" r:id="R85a5bdc86fe848f1"/>
      <w:footerReference w:type="even" r:id="R85a5bdc86fe848f1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EEB8D" w14:textId="77777777" w:rsidR="005D2B70" w:rsidRDefault="005D2B70">
      <w:pPr>
        <w:spacing w:after="0" w:line="240" w:lineRule="auto"/>
      </w:pPr>
      <w:r>
        <w:separator/>
      </w:r>
    </w:p>
  </w:endnote>
  <w:endnote w:type="continuationSeparator" w:id="0">
    <w:p w14:paraId="40F43740" w14:textId="77777777" w:rsidR="005D2B70" w:rsidRDefault="005D2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KYS-FR.356,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1c3a2d4695a4bf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86766e1dcc04c3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1C6D" w14:textId="77777777" w:rsidR="005D2B70" w:rsidRDefault="005D2B70">
      <w:pPr>
        <w:spacing w:after="0" w:line="240" w:lineRule="auto"/>
      </w:pPr>
      <w:r>
        <w:separator/>
      </w:r>
    </w:p>
  </w:footnote>
  <w:footnote w:type="continuationSeparator" w:id="0">
    <w:p w14:paraId="320BCC7B" w14:textId="77777777" w:rsidR="005D2B70" w:rsidRDefault="005D2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a495ecb455a49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Uzmanlık Eğitimi Bitirme Sınavına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28686473">
    <w:abstractNumId w:val="8"/>
  </w:num>
  <w:num w:numId="2" w16cid:durableId="988286513">
    <w:abstractNumId w:val="6"/>
  </w:num>
  <w:num w:numId="3" w16cid:durableId="4288096">
    <w:abstractNumId w:val="5"/>
  </w:num>
  <w:num w:numId="4" w16cid:durableId="469708005">
    <w:abstractNumId w:val="4"/>
  </w:num>
  <w:num w:numId="5" w16cid:durableId="863639165">
    <w:abstractNumId w:val="7"/>
  </w:num>
  <w:num w:numId="6" w16cid:durableId="2041776840">
    <w:abstractNumId w:val="3"/>
  </w:num>
  <w:num w:numId="7" w16cid:durableId="587926243">
    <w:abstractNumId w:val="2"/>
  </w:num>
  <w:num w:numId="8" w16cid:durableId="1658879397">
    <w:abstractNumId w:val="1"/>
  </w:num>
  <w:num w:numId="9" w16cid:durableId="91584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45F8D"/>
    <w:rsid w:val="0006063C"/>
    <w:rsid w:val="000C210D"/>
    <w:rsid w:val="0015074B"/>
    <w:rsid w:val="0016257F"/>
    <w:rsid w:val="0029639D"/>
    <w:rsid w:val="002C0FF3"/>
    <w:rsid w:val="00326F90"/>
    <w:rsid w:val="003F7834"/>
    <w:rsid w:val="00503878"/>
    <w:rsid w:val="005D2B70"/>
    <w:rsid w:val="00607A40"/>
    <w:rsid w:val="00AA1D8D"/>
    <w:rsid w:val="00B47730"/>
    <w:rsid w:val="00BC4221"/>
    <w:rsid w:val="00BD29D9"/>
    <w:rsid w:val="00C85283"/>
    <w:rsid w:val="00CB0664"/>
    <w:rsid w:val="00CE29B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77D653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eastAsia="Times New Roman" w:hAnsi="Times New Roman" w:cs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eastAsia="Times New Roman" w:hAnsi="Times New Roman" w:cs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eastAsia="Times New Roman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eastAsia="Times New Roman" w:hAnsi="Times New Roman" w:cs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eastAsia="Times New Roman" w:hAnsi="Times New Roman" w:cs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2bee0f11010a4881" /><Relationship Type="http://schemas.openxmlformats.org/officeDocument/2006/relationships/footer" Target="/word/footer2.xml" Id="R85a5bdc86fe848f1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e86766e1dcc04c38" /><Relationship Type="http://schemas.openxmlformats.org/officeDocument/2006/relationships/hyperlink" Target="https://kvys.giresun.edu.tr/dg/1018" TargetMode="External" Id="R91c3a2d4695a4bf2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a495ecb455a49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789</Characters>
  <Application>Microsoft Office Word</Application>
  <DocSecurity>0</DocSecurity>
  <Lines>71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serdal karapinar</cp:lastModifiedBy>
  <cp:revision>5</cp:revision>
  <dcterms:created xsi:type="dcterms:W3CDTF">2013-12-23T23:15:00Z</dcterms:created>
  <dcterms:modified xsi:type="dcterms:W3CDTF">2026-09-28T12:16:00Z</dcterms:modified>
  <cp:category/>
</cp:coreProperties>
</file>