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85F60" w:rsidRDefault="00000000" w14:paraId="28905D59" w14:textId="77777777">
      <w:r>
        <w:rPr>
          <w:sz w:val="16"/>
        </w:rPr>
        <w:t>YÖK Ulusal Tez Merkezi veri girişi ve yayımlama izni kapsamında kullanılmak üzere düzenlenmiştir.</w:t>
      </w:r>
    </w:p>
    <w:tbl>
      <w:tblPr>
        <w:tblStyle w:val="TabloKlavuzu"/>
        <w:tblW w:w="0" w:type="auto"/>
        <w:jc w:val="center"/>
        <w:tblLook w:val="04A0" w:firstRow="1" w:lastRow="0" w:firstColumn="1" w:lastColumn="0" w:noHBand="0" w:noVBand="1"/>
      </w:tblPr>
      <w:tblGrid>
        <w:gridCol w:w="5270"/>
        <w:gridCol w:w="5270"/>
      </w:tblGrid>
      <w:tr w:rsidR="00C85F60" w14:paraId="6AEC6ECD" w14:textId="77777777">
        <w:trPr>
          <w:jc w:val="center"/>
        </w:trPr>
        <w:tc>
          <w:tcPr>
            <w:tcW w:w="5270" w:type="dxa"/>
            <w:shd w:val="clear" w:color="auto" w:fill="F2F2F2"/>
            <w:vAlign w:val="center"/>
          </w:tcPr>
          <w:p w:rsidR="00C85F60" w:rsidRDefault="00000000" w14:paraId="4559E876" w14:textId="77777777">
            <w:r>
              <w:rPr>
                <w:b/>
                <w:sz w:val="16"/>
              </w:rPr>
              <w:t>Referans No</w:t>
            </w:r>
          </w:p>
        </w:tc>
        <w:tc>
          <w:tcPr>
            <w:tcW w:w="5270" w:type="dxa"/>
            <w:vAlign w:val="center"/>
          </w:tcPr>
          <w:p w:rsidR="00C85F60" w:rsidRDefault="00C85F60" w14:paraId="2537DB7F" w14:textId="77777777"/>
        </w:tc>
      </w:tr>
      <w:tr w:rsidR="00C85F60" w14:paraId="1B7A8A7A" w14:textId="77777777">
        <w:trPr>
          <w:jc w:val="center"/>
        </w:trPr>
        <w:tc>
          <w:tcPr>
            <w:tcW w:w="5270" w:type="dxa"/>
            <w:shd w:val="clear" w:color="auto" w:fill="F2F2F2"/>
            <w:vAlign w:val="center"/>
          </w:tcPr>
          <w:p w:rsidR="00C85F60" w:rsidRDefault="00000000" w14:paraId="0B639C3F" w14:textId="77777777">
            <w:r>
              <w:rPr>
                <w:b/>
                <w:sz w:val="16"/>
              </w:rPr>
              <w:t>Yazar Adı / Soyadı</w:t>
            </w:r>
          </w:p>
        </w:tc>
        <w:tc>
          <w:tcPr>
            <w:tcW w:w="5270" w:type="dxa"/>
            <w:vAlign w:val="center"/>
          </w:tcPr>
          <w:p w:rsidR="00C85F60" w:rsidRDefault="00C85F60" w14:paraId="076DD46A" w14:textId="77777777"/>
        </w:tc>
      </w:tr>
      <w:tr w:rsidR="00C85F60" w14:paraId="37DE438D" w14:textId="77777777">
        <w:trPr>
          <w:jc w:val="center"/>
        </w:trPr>
        <w:tc>
          <w:tcPr>
            <w:tcW w:w="5270" w:type="dxa"/>
            <w:shd w:val="clear" w:color="auto" w:fill="F2F2F2"/>
            <w:vAlign w:val="center"/>
          </w:tcPr>
          <w:p w:rsidR="00C85F60" w:rsidRDefault="00000000" w14:paraId="471F24FD" w14:textId="77777777">
            <w:r>
              <w:rPr>
                <w:b/>
                <w:sz w:val="16"/>
              </w:rPr>
              <w:t>Uyruğu / T.C. Kimlik No</w:t>
            </w:r>
          </w:p>
        </w:tc>
        <w:tc>
          <w:tcPr>
            <w:tcW w:w="5270" w:type="dxa"/>
            <w:vAlign w:val="center"/>
          </w:tcPr>
          <w:p w:rsidR="00C85F60" w:rsidRDefault="00C85F60" w14:paraId="10DAE05E" w14:textId="77777777"/>
        </w:tc>
      </w:tr>
      <w:tr w:rsidR="00C85F60" w14:paraId="420D71E2" w14:textId="77777777">
        <w:trPr>
          <w:jc w:val="center"/>
        </w:trPr>
        <w:tc>
          <w:tcPr>
            <w:tcW w:w="5270" w:type="dxa"/>
            <w:shd w:val="clear" w:color="auto" w:fill="F2F2F2"/>
            <w:vAlign w:val="center"/>
          </w:tcPr>
          <w:p w:rsidR="00C85F60" w:rsidRDefault="00000000" w14:paraId="64D2440C" w14:textId="77777777">
            <w:r>
              <w:rPr>
                <w:b/>
                <w:sz w:val="16"/>
              </w:rPr>
              <w:t>Cep Telefonu</w:t>
            </w:r>
          </w:p>
        </w:tc>
        <w:tc>
          <w:tcPr>
            <w:tcW w:w="5270" w:type="dxa"/>
            <w:vAlign w:val="center"/>
          </w:tcPr>
          <w:p w:rsidR="00C85F60" w:rsidRDefault="00C85F60" w14:paraId="718979AA" w14:textId="77777777"/>
        </w:tc>
      </w:tr>
      <w:tr w:rsidR="00C85F60" w14:paraId="1C82CE51" w14:textId="77777777">
        <w:trPr>
          <w:jc w:val="center"/>
        </w:trPr>
        <w:tc>
          <w:tcPr>
            <w:tcW w:w="5270" w:type="dxa"/>
            <w:shd w:val="clear" w:color="auto" w:fill="F2F2F2"/>
            <w:vAlign w:val="center"/>
          </w:tcPr>
          <w:p w:rsidR="00C85F60" w:rsidRDefault="00000000" w14:paraId="18D6BFFF" w14:textId="77777777">
            <w:r>
              <w:rPr>
                <w:b/>
                <w:sz w:val="16"/>
              </w:rPr>
              <w:t>e-Posta</w:t>
            </w:r>
          </w:p>
        </w:tc>
        <w:tc>
          <w:tcPr>
            <w:tcW w:w="5270" w:type="dxa"/>
            <w:vAlign w:val="center"/>
          </w:tcPr>
          <w:p w:rsidR="00C85F60" w:rsidRDefault="00C85F60" w14:paraId="01906BC3" w14:textId="77777777"/>
        </w:tc>
      </w:tr>
      <w:tr w:rsidR="00C85F60" w14:paraId="78FB407A" w14:textId="77777777">
        <w:trPr>
          <w:jc w:val="center"/>
        </w:trPr>
        <w:tc>
          <w:tcPr>
            <w:tcW w:w="5270" w:type="dxa"/>
            <w:shd w:val="clear" w:color="auto" w:fill="F2F2F2"/>
            <w:vAlign w:val="center"/>
          </w:tcPr>
          <w:p w:rsidR="00C85F60" w:rsidRDefault="00000000" w14:paraId="6131AEED" w14:textId="77777777">
            <w:r>
              <w:rPr>
                <w:b/>
                <w:sz w:val="16"/>
              </w:rPr>
              <w:t>Tezin Dili</w:t>
            </w:r>
          </w:p>
        </w:tc>
        <w:tc>
          <w:tcPr>
            <w:tcW w:w="5270" w:type="dxa"/>
            <w:vAlign w:val="center"/>
          </w:tcPr>
          <w:p w:rsidR="00C85F60" w:rsidRDefault="00C85F60" w14:paraId="4A109399" w14:textId="77777777"/>
        </w:tc>
      </w:tr>
      <w:tr w:rsidR="00C85F60" w14:paraId="5D37E472" w14:textId="77777777">
        <w:trPr>
          <w:jc w:val="center"/>
        </w:trPr>
        <w:tc>
          <w:tcPr>
            <w:tcW w:w="5270" w:type="dxa"/>
            <w:shd w:val="clear" w:color="auto" w:fill="F2F2F2"/>
            <w:vAlign w:val="center"/>
          </w:tcPr>
          <w:p w:rsidR="00C85F60" w:rsidRDefault="00000000" w14:paraId="59E577BD" w14:textId="77777777">
            <w:r>
              <w:rPr>
                <w:b/>
                <w:sz w:val="16"/>
              </w:rPr>
              <w:t>Tezin Özgün Adı</w:t>
            </w:r>
          </w:p>
        </w:tc>
        <w:tc>
          <w:tcPr>
            <w:tcW w:w="5270" w:type="dxa"/>
            <w:vAlign w:val="center"/>
          </w:tcPr>
          <w:p w:rsidR="00C85F60" w:rsidRDefault="00C85F60" w14:paraId="532F6B65" w14:textId="77777777"/>
        </w:tc>
      </w:tr>
      <w:tr w:rsidR="00C85F60" w14:paraId="25580D63" w14:textId="77777777">
        <w:trPr>
          <w:jc w:val="center"/>
        </w:trPr>
        <w:tc>
          <w:tcPr>
            <w:tcW w:w="5270" w:type="dxa"/>
            <w:shd w:val="clear" w:color="auto" w:fill="F2F2F2"/>
            <w:vAlign w:val="center"/>
          </w:tcPr>
          <w:p w:rsidR="00C85F60" w:rsidRDefault="00000000" w14:paraId="4443D2B0" w14:textId="77777777">
            <w:r>
              <w:rPr>
                <w:b/>
                <w:sz w:val="16"/>
              </w:rPr>
              <w:t>Tez Adının Tercümesi</w:t>
            </w:r>
          </w:p>
        </w:tc>
        <w:tc>
          <w:tcPr>
            <w:tcW w:w="5270" w:type="dxa"/>
            <w:vAlign w:val="center"/>
          </w:tcPr>
          <w:p w:rsidR="00C85F60" w:rsidRDefault="00C85F60" w14:paraId="78F68BA4" w14:textId="77777777"/>
        </w:tc>
      </w:tr>
      <w:tr w:rsidR="00C85F60" w14:paraId="3B39B4CC" w14:textId="77777777">
        <w:trPr>
          <w:jc w:val="center"/>
        </w:trPr>
        <w:tc>
          <w:tcPr>
            <w:tcW w:w="5270" w:type="dxa"/>
            <w:shd w:val="clear" w:color="auto" w:fill="F2F2F2"/>
            <w:vAlign w:val="center"/>
          </w:tcPr>
          <w:p w:rsidR="00C85F60" w:rsidRDefault="00000000" w14:paraId="3E065DB7" w14:textId="77777777">
            <w:r>
              <w:rPr>
                <w:b/>
                <w:sz w:val="16"/>
              </w:rPr>
              <w:t>Konu</w:t>
            </w:r>
          </w:p>
        </w:tc>
        <w:tc>
          <w:tcPr>
            <w:tcW w:w="5270" w:type="dxa"/>
            <w:vAlign w:val="center"/>
          </w:tcPr>
          <w:p w:rsidR="00C85F60" w:rsidRDefault="00C85F60" w14:paraId="15460BA7" w14:textId="77777777"/>
        </w:tc>
      </w:tr>
      <w:tr w:rsidR="00C85F60" w14:paraId="2D279590" w14:textId="77777777">
        <w:trPr>
          <w:jc w:val="center"/>
        </w:trPr>
        <w:tc>
          <w:tcPr>
            <w:tcW w:w="5270" w:type="dxa"/>
            <w:shd w:val="clear" w:color="auto" w:fill="F2F2F2"/>
            <w:vAlign w:val="center"/>
          </w:tcPr>
          <w:p w:rsidR="00C85F60" w:rsidRDefault="00000000" w14:paraId="2FD9D99E" w14:textId="77777777">
            <w:r>
              <w:rPr>
                <w:b/>
                <w:sz w:val="16"/>
              </w:rPr>
              <w:t>Üniversite</w:t>
            </w:r>
          </w:p>
        </w:tc>
        <w:tc>
          <w:tcPr>
            <w:tcW w:w="5270" w:type="dxa"/>
            <w:vAlign w:val="center"/>
          </w:tcPr>
          <w:p w:rsidR="00C85F60" w:rsidRDefault="00000000" w14:paraId="537E3E44" w14:textId="77777777">
            <w:r>
              <w:rPr>
                <w:sz w:val="16"/>
              </w:rPr>
              <w:t>Giresun Üniversitesi</w:t>
            </w:r>
          </w:p>
        </w:tc>
      </w:tr>
      <w:tr w:rsidR="00C85F60" w14:paraId="2469A3E7" w14:textId="77777777">
        <w:trPr>
          <w:jc w:val="center"/>
        </w:trPr>
        <w:tc>
          <w:tcPr>
            <w:tcW w:w="5270" w:type="dxa"/>
            <w:shd w:val="clear" w:color="auto" w:fill="F2F2F2"/>
            <w:vAlign w:val="center"/>
          </w:tcPr>
          <w:p w:rsidR="00C85F60" w:rsidRDefault="00000000" w14:paraId="62A18D80" w14:textId="77777777">
            <w:r>
              <w:rPr>
                <w:b/>
                <w:sz w:val="16"/>
              </w:rPr>
              <w:t>Enstitü / Fakülte</w:t>
            </w:r>
          </w:p>
        </w:tc>
        <w:tc>
          <w:tcPr>
            <w:tcW w:w="5270" w:type="dxa"/>
            <w:vAlign w:val="center"/>
          </w:tcPr>
          <w:p w:rsidR="00C85F60" w:rsidRDefault="00000000" w14:paraId="6ABE5FAF" w14:textId="77777777">
            <w:r>
              <w:rPr>
                <w:sz w:val="16"/>
              </w:rPr>
              <w:t>Diş Hekimliği Fakültesi</w:t>
            </w:r>
          </w:p>
        </w:tc>
      </w:tr>
      <w:tr w:rsidR="00C85F60" w14:paraId="4CC6602B" w14:textId="77777777">
        <w:trPr>
          <w:jc w:val="center"/>
        </w:trPr>
        <w:tc>
          <w:tcPr>
            <w:tcW w:w="5270" w:type="dxa"/>
            <w:shd w:val="clear" w:color="auto" w:fill="F2F2F2"/>
            <w:vAlign w:val="center"/>
          </w:tcPr>
          <w:p w:rsidR="00C85F60" w:rsidRDefault="00000000" w14:paraId="03C19AE8" w14:textId="77777777">
            <w:r>
              <w:rPr>
                <w:b/>
                <w:sz w:val="16"/>
              </w:rPr>
              <w:t>Anabilim Dalı</w:t>
            </w:r>
          </w:p>
        </w:tc>
        <w:tc>
          <w:tcPr>
            <w:tcW w:w="5270" w:type="dxa"/>
            <w:vAlign w:val="center"/>
          </w:tcPr>
          <w:p w:rsidR="00C85F60" w:rsidRDefault="00C85F60" w14:paraId="35605C6C" w14:textId="77777777"/>
        </w:tc>
      </w:tr>
      <w:tr w:rsidR="00C85F60" w14:paraId="2C01F467" w14:textId="77777777">
        <w:trPr>
          <w:jc w:val="center"/>
        </w:trPr>
        <w:tc>
          <w:tcPr>
            <w:tcW w:w="5270" w:type="dxa"/>
            <w:shd w:val="clear" w:color="auto" w:fill="F2F2F2"/>
            <w:vAlign w:val="center"/>
          </w:tcPr>
          <w:p w:rsidR="00C85F60" w:rsidRDefault="00000000" w14:paraId="71642FA7" w14:textId="77777777">
            <w:r>
              <w:rPr>
                <w:b/>
                <w:sz w:val="16"/>
              </w:rPr>
              <w:t>Bölüm</w:t>
            </w:r>
          </w:p>
        </w:tc>
        <w:tc>
          <w:tcPr>
            <w:tcW w:w="5270" w:type="dxa"/>
            <w:vAlign w:val="center"/>
          </w:tcPr>
          <w:p w:rsidR="00C85F60" w:rsidRDefault="00C85F60" w14:paraId="2B85184C" w14:textId="77777777"/>
        </w:tc>
      </w:tr>
      <w:tr w:rsidR="00C85F60" w14:paraId="3D957C02" w14:textId="77777777">
        <w:trPr>
          <w:jc w:val="center"/>
        </w:trPr>
        <w:tc>
          <w:tcPr>
            <w:tcW w:w="5270" w:type="dxa"/>
            <w:shd w:val="clear" w:color="auto" w:fill="F2F2F2"/>
            <w:vAlign w:val="center"/>
          </w:tcPr>
          <w:p w:rsidR="00C85F60" w:rsidRDefault="00000000" w14:paraId="6209D042" w14:textId="77777777">
            <w:r>
              <w:rPr>
                <w:b/>
                <w:sz w:val="16"/>
              </w:rPr>
              <w:t>Tez Türü</w:t>
            </w:r>
          </w:p>
        </w:tc>
        <w:tc>
          <w:tcPr>
            <w:tcW w:w="5270" w:type="dxa"/>
            <w:vAlign w:val="center"/>
          </w:tcPr>
          <w:p w:rsidR="00C85F60" w:rsidRDefault="00000000" w14:paraId="2D8760B3" w14:textId="77777777">
            <w:r>
              <w:rPr>
                <w:sz w:val="16"/>
              </w:rPr>
              <w:t>Diş Hekimliğinde Uzmanlık Tezi</w:t>
            </w:r>
          </w:p>
        </w:tc>
      </w:tr>
      <w:tr w:rsidR="00C85F60" w14:paraId="7D0DEE4F" w14:textId="77777777">
        <w:trPr>
          <w:jc w:val="center"/>
        </w:trPr>
        <w:tc>
          <w:tcPr>
            <w:tcW w:w="5270" w:type="dxa"/>
            <w:shd w:val="clear" w:color="auto" w:fill="F2F2F2"/>
            <w:vAlign w:val="center"/>
          </w:tcPr>
          <w:p w:rsidR="00C85F60" w:rsidRDefault="00000000" w14:paraId="2AC32F6C" w14:textId="77777777">
            <w:r>
              <w:rPr>
                <w:b/>
                <w:sz w:val="16"/>
              </w:rPr>
              <w:t>Yılı</w:t>
            </w:r>
          </w:p>
        </w:tc>
        <w:tc>
          <w:tcPr>
            <w:tcW w:w="5270" w:type="dxa"/>
            <w:vAlign w:val="center"/>
          </w:tcPr>
          <w:p w:rsidR="00C85F60" w:rsidRDefault="00C85F60" w14:paraId="1CFEFBC8" w14:textId="77777777"/>
        </w:tc>
      </w:tr>
      <w:tr w:rsidR="00C85F60" w14:paraId="1BFB472D" w14:textId="77777777">
        <w:trPr>
          <w:jc w:val="center"/>
        </w:trPr>
        <w:tc>
          <w:tcPr>
            <w:tcW w:w="5270" w:type="dxa"/>
            <w:shd w:val="clear" w:color="auto" w:fill="F2F2F2"/>
            <w:vAlign w:val="center"/>
          </w:tcPr>
          <w:p w:rsidR="00C85F60" w:rsidRDefault="00000000" w14:paraId="1A7C57EB" w14:textId="77777777">
            <w:r>
              <w:rPr>
                <w:b/>
                <w:sz w:val="16"/>
              </w:rPr>
              <w:t>Sayfa</w:t>
            </w:r>
          </w:p>
        </w:tc>
        <w:tc>
          <w:tcPr>
            <w:tcW w:w="5270" w:type="dxa"/>
            <w:vAlign w:val="center"/>
          </w:tcPr>
          <w:p w:rsidR="00C85F60" w:rsidRDefault="00C85F60" w14:paraId="2F459895" w14:textId="77777777"/>
        </w:tc>
      </w:tr>
      <w:tr w:rsidR="00C85F60" w14:paraId="29A3361C" w14:textId="77777777">
        <w:trPr>
          <w:jc w:val="center"/>
        </w:trPr>
        <w:tc>
          <w:tcPr>
            <w:tcW w:w="5270" w:type="dxa"/>
            <w:shd w:val="clear" w:color="auto" w:fill="F2F2F2"/>
            <w:vAlign w:val="center"/>
          </w:tcPr>
          <w:p w:rsidR="00C85F60" w:rsidRDefault="00000000" w14:paraId="11E641EC" w14:textId="77777777">
            <w:r>
              <w:rPr>
                <w:b/>
                <w:sz w:val="16"/>
              </w:rPr>
              <w:t>Tez Danışmanı / Danışmanları</w:t>
            </w:r>
          </w:p>
        </w:tc>
        <w:tc>
          <w:tcPr>
            <w:tcW w:w="5270" w:type="dxa"/>
            <w:vAlign w:val="center"/>
          </w:tcPr>
          <w:p w:rsidR="00C85F60" w:rsidRDefault="00C85F60" w14:paraId="497BB388" w14:textId="77777777"/>
        </w:tc>
      </w:tr>
      <w:tr w:rsidR="00C85F60" w14:paraId="29C0FE0F" w14:textId="77777777">
        <w:trPr>
          <w:jc w:val="center"/>
        </w:trPr>
        <w:tc>
          <w:tcPr>
            <w:tcW w:w="5270" w:type="dxa"/>
            <w:shd w:val="clear" w:color="auto" w:fill="F2F2F2"/>
            <w:vAlign w:val="center"/>
          </w:tcPr>
          <w:p w:rsidR="00C85F60" w:rsidRDefault="00000000" w14:paraId="755F9182" w14:textId="77777777">
            <w:r>
              <w:rPr>
                <w:b/>
                <w:sz w:val="16"/>
              </w:rPr>
              <w:t>Dizin Terimleri</w:t>
            </w:r>
          </w:p>
        </w:tc>
        <w:tc>
          <w:tcPr>
            <w:tcW w:w="5270" w:type="dxa"/>
            <w:vAlign w:val="center"/>
          </w:tcPr>
          <w:p w:rsidR="00C85F60" w:rsidRDefault="00C85F60" w14:paraId="6E5E110C" w14:textId="77777777"/>
        </w:tc>
      </w:tr>
      <w:tr w:rsidR="00C85F60" w14:paraId="0FC3D179" w14:textId="77777777">
        <w:trPr>
          <w:jc w:val="center"/>
        </w:trPr>
        <w:tc>
          <w:tcPr>
            <w:tcW w:w="5270" w:type="dxa"/>
            <w:shd w:val="clear" w:color="auto" w:fill="F2F2F2"/>
            <w:vAlign w:val="center"/>
          </w:tcPr>
          <w:p w:rsidR="00C85F60" w:rsidRDefault="00000000" w14:paraId="6BDF534C" w14:textId="77777777">
            <w:r>
              <w:rPr>
                <w:b/>
                <w:sz w:val="16"/>
              </w:rPr>
              <w:t>Önerilen Dizin Terimleri</w:t>
            </w:r>
          </w:p>
        </w:tc>
        <w:tc>
          <w:tcPr>
            <w:tcW w:w="5270" w:type="dxa"/>
            <w:vAlign w:val="center"/>
          </w:tcPr>
          <w:p w:rsidR="00C85F60" w:rsidRDefault="00C85F60" w14:paraId="718B803E" w14:textId="77777777"/>
        </w:tc>
      </w:tr>
      <w:tr w:rsidR="00C85F60" w14:paraId="01CA1D60" w14:textId="77777777">
        <w:trPr>
          <w:jc w:val="center"/>
        </w:trPr>
        <w:tc>
          <w:tcPr>
            <w:tcW w:w="5270" w:type="dxa"/>
            <w:shd w:val="clear" w:color="auto" w:fill="F2F2F2"/>
            <w:vAlign w:val="center"/>
          </w:tcPr>
          <w:p w:rsidR="00C85F60" w:rsidRDefault="00000000" w14:paraId="6647C7AD" w14:textId="77777777">
            <w:r>
              <w:rPr>
                <w:b/>
                <w:sz w:val="16"/>
              </w:rPr>
              <w:t>Yayımlama İzni</w:t>
            </w:r>
          </w:p>
        </w:tc>
        <w:tc>
          <w:tcPr>
            <w:tcW w:w="5270" w:type="dxa"/>
            <w:vAlign w:val="center"/>
          </w:tcPr>
          <w:p w:rsidR="00C85F60" w:rsidRDefault="00C85F60" w14:paraId="6AC424F1" w14:textId="77777777"/>
        </w:tc>
      </w:tr>
    </w:tbl>
    <w:p w:rsidR="000539E7" w:rsidRDefault="000539E7" w14:paraId="76C8E202" w14:textId="77777777">
      <w:pPr>
        <w:rPr>
          <w:b/>
          <w:sz w:val="20"/>
        </w:rPr>
      </w:pPr>
    </w:p>
    <w:p w:rsidR="000539E7" w:rsidRDefault="000539E7" w14:paraId="182B7248" w14:textId="77777777">
      <w:pPr>
        <w:rPr>
          <w:b/>
          <w:sz w:val="20"/>
        </w:rPr>
      </w:pPr>
    </w:p>
    <w:p w:rsidR="000539E7" w:rsidRDefault="000539E7" w14:paraId="03A2A12A" w14:textId="77777777">
      <w:pPr>
        <w:rPr>
          <w:b/>
          <w:sz w:val="20"/>
        </w:rPr>
      </w:pPr>
    </w:p>
    <w:p w:rsidR="000539E7" w:rsidRDefault="000539E7" w14:paraId="4E61C0AF" w14:textId="77777777">
      <w:pPr>
        <w:rPr>
          <w:b/>
          <w:sz w:val="20"/>
        </w:rPr>
      </w:pPr>
    </w:p>
    <w:p w:rsidR="000539E7" w:rsidRDefault="000539E7" w14:paraId="39614989" w14:textId="77777777">
      <w:pPr>
        <w:rPr>
          <w:b/>
          <w:sz w:val="20"/>
        </w:rPr>
      </w:pPr>
    </w:p>
    <w:p w:rsidR="000539E7" w:rsidRDefault="000539E7" w14:paraId="4170662A" w14:textId="77777777">
      <w:pPr>
        <w:rPr>
          <w:b/>
          <w:sz w:val="20"/>
        </w:rPr>
      </w:pPr>
    </w:p>
    <w:p w:rsidR="000539E7" w:rsidRDefault="000539E7" w14:paraId="3E0B8386" w14:textId="77777777">
      <w:pPr>
        <w:rPr>
          <w:b/>
          <w:sz w:val="20"/>
        </w:rPr>
      </w:pPr>
    </w:p>
    <w:p w:rsidR="000539E7" w:rsidRDefault="000539E7" w14:paraId="4BD040A3" w14:textId="77777777">
      <w:pPr>
        <w:rPr>
          <w:b/>
          <w:sz w:val="20"/>
        </w:rPr>
      </w:pPr>
    </w:p>
    <w:p w:rsidR="00C85F60" w:rsidRDefault="00000000" w14:paraId="41D5AE09" w14:textId="5AC17C73">
      <w:proofErr w:type="spellStart"/>
      <w:r>
        <w:rPr>
          <w:b/>
          <w:sz w:val="20"/>
        </w:rPr>
        <w:t>Beyan</w:t>
      </w:r>
      <w:proofErr w:type="spellEnd"/>
      <w:r>
        <w:rPr>
          <w:b/>
          <w:sz w:val="20"/>
        </w:rPr>
        <w:t xml:space="preserve"> </w:t>
      </w:r>
      <w:proofErr w:type="spellStart"/>
      <w:r>
        <w:rPr>
          <w:b/>
          <w:sz w:val="20"/>
        </w:rPr>
        <w:t>ve</w:t>
      </w:r>
      <w:proofErr w:type="spellEnd"/>
      <w:r>
        <w:rPr>
          <w:b/>
          <w:sz w:val="20"/>
        </w:rPr>
        <w:t xml:space="preserve"> </w:t>
      </w:r>
      <w:proofErr w:type="spellStart"/>
      <w:r>
        <w:rPr>
          <w:b/>
          <w:sz w:val="20"/>
        </w:rPr>
        <w:t>İzin</w:t>
      </w:r>
      <w:proofErr w:type="spellEnd"/>
    </w:p>
    <w:p w:rsidR="00C85F60" w:rsidRDefault="00000000" w14:paraId="3D827806" w14:textId="77777777">
      <w:r>
        <w:rPr>
          <w:sz w:val="16"/>
        </w:rPr>
        <w:t>Yukarıda başlığı yazılı olan tezimin, ilgilenenlerin incelemesine sunulmak üzere Yükseköğretim Kurulu Ulusal Tez Merkezi tarafından arşivlenmesi, kâğıt, mikroform veya elektronik formatta, internet dâhil olmak üzere her türlü ortamda çoğaltılması, ödünç verilmesi, dağıtımı ve yayımı için; tezle ilgili fikri mülkiyet haklarım saklı kalmak üzere hiçbir ücret ve erteleme talep etmeksizin izin verdiğimi beyan ederim.</w:t>
      </w:r>
    </w:p>
    <w:p w:rsidR="00C85F60" w:rsidRDefault="00C85F60" w14:paraId="5143461C" w14:textId="77777777"/>
    <w:p w:rsidR="000539E7" w:rsidRDefault="000539E7" w14:paraId="57E431E3" w14:textId="77777777"/>
    <w:tbl>
      <w:tblPr>
        <w:tblStyle w:val="TabloKlavuzu"/>
        <w:tblW w:w="0" w:type="auto"/>
        <w:jc w:val="center"/>
        <w:tblLook w:val="04A0" w:firstRow="1" w:lastRow="0" w:firstColumn="1" w:lastColumn="0" w:noHBand="0" w:noVBand="1"/>
      </w:tblPr>
      <w:tblGrid>
        <w:gridCol w:w="3513"/>
        <w:gridCol w:w="3513"/>
        <w:gridCol w:w="3513"/>
      </w:tblGrid>
      <w:tr w:rsidR="00C85F60" w14:paraId="5BB01C97" w14:textId="77777777">
        <w:trPr>
          <w:jc w:val="center"/>
        </w:trPr>
        <w:tc>
          <w:tcPr>
            <w:tcW w:w="3513" w:type="dxa"/>
            <w:vAlign w:val="center"/>
          </w:tcPr>
          <w:p w:rsidR="00C85F60" w:rsidRDefault="00000000" w14:paraId="1CE58866" w14:textId="77777777">
            <w:pPr>
              <w:jc w:val="center"/>
            </w:pPr>
            <w:r>
              <w:rPr>
                <w:sz w:val="16"/>
              </w:rPr>
              <w:t>Uzmanlık Öğrencisi</w:t>
            </w:r>
            <w:r>
              <w:rPr>
                <w:sz w:val="16"/>
              </w:rPr>
              <w:br/>
            </w:r>
            <w:r>
              <w:rPr>
                <w:sz w:val="16"/>
              </w:rPr>
              <w:br/>
            </w:r>
            <w:r>
              <w:rPr>
                <w:sz w:val="16"/>
              </w:rPr>
              <w:br/>
              <w:t>Unvanı Adı Soyadı</w:t>
            </w:r>
            <w:r>
              <w:rPr>
                <w:sz w:val="16"/>
              </w:rPr>
              <w:br/>
              <w:t>İmza</w:t>
            </w:r>
          </w:p>
        </w:tc>
        <w:tc>
          <w:tcPr>
            <w:tcW w:w="3513" w:type="dxa"/>
            <w:vAlign w:val="center"/>
          </w:tcPr>
          <w:p w:rsidR="00C85F60" w:rsidRDefault="00000000" w14:paraId="2CAE7DEF" w14:textId="77777777">
            <w:pPr>
              <w:jc w:val="center"/>
            </w:pPr>
            <w:r>
              <w:rPr>
                <w:sz w:val="16"/>
              </w:rPr>
              <w:t>Tez Danışmanı</w:t>
            </w:r>
            <w:r>
              <w:rPr>
                <w:sz w:val="16"/>
              </w:rPr>
              <w:br/>
            </w:r>
            <w:r>
              <w:rPr>
                <w:sz w:val="16"/>
              </w:rPr>
              <w:br/>
            </w:r>
            <w:r>
              <w:rPr>
                <w:sz w:val="16"/>
              </w:rPr>
              <w:br/>
              <w:t>Unvanı Adı Soyadı</w:t>
            </w:r>
            <w:r>
              <w:rPr>
                <w:sz w:val="16"/>
              </w:rPr>
              <w:br/>
              <w:t>İmza</w:t>
            </w:r>
          </w:p>
        </w:tc>
        <w:tc>
          <w:tcPr>
            <w:tcW w:w="3513" w:type="dxa"/>
            <w:vAlign w:val="center"/>
          </w:tcPr>
          <w:p w:rsidR="00C85F60" w:rsidRDefault="00000000" w14:paraId="3D21FB3D" w14:textId="77777777">
            <w:pPr>
              <w:jc w:val="center"/>
            </w:pPr>
            <w:r>
              <w:rPr>
                <w:sz w:val="16"/>
              </w:rPr>
              <w:t>Uzmanlık Eğitimi Birimi</w:t>
            </w:r>
            <w:r>
              <w:rPr>
                <w:sz w:val="16"/>
              </w:rPr>
              <w:br/>
            </w:r>
            <w:r>
              <w:rPr>
                <w:sz w:val="16"/>
              </w:rPr>
              <w:br/>
            </w:r>
            <w:r>
              <w:rPr>
                <w:sz w:val="16"/>
              </w:rPr>
              <w:br/>
              <w:t>Unvanı Adı Soyadı</w:t>
            </w:r>
            <w:r>
              <w:rPr>
                <w:sz w:val="16"/>
              </w:rPr>
              <w:br/>
              <w:t>İmza</w:t>
            </w:r>
          </w:p>
        </w:tc>
      </w:tr>
    </w:tbl>
    <w:p w:rsidR="00C85F60" w:rsidRDefault="00000000" w14:paraId="0E45A6FF" w14:textId="77777777">
      <w:r>
        <w:rPr>
          <w:sz w:val="14"/>
        </w:rPr>
        <w:t>Not: Ulusal Tez Merkezi veri giriş sürecinde istenen belgelerle birlikte teslim edilir.</w:t>
      </w:r>
    </w:p>
    <w:sectPr w:rsidR="00C85F60" w:rsidSect="00034616">
      <w:headerReference w:type="default" r:id="R28ea46c48f134db4"/>
      <w:headerReference w:type="first" r:id="R28ea46c48f134db4"/>
      <w:headerReference w:type="even" r:id="R28ea46c48f134db4"/>
      <w:footerReference w:type="default" r:id="Ra3e6cf9bbc9e41ba"/>
      <w:footerReference w:type="first" r:id="Ra3e6cf9bbc9e41ba"/>
      <w:footerReference w:type="even" r:id="Ra3e6cf9bbc9e41ba"/>
      <w:pgSz w:w="11906" w:h="16838"/>
      <w:pgMar w:top="2155" w:right="850" w:bottom="1588" w:left="850" w:header="720"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8A0BB6" w14:textId="77777777" w:rsidR="00230864" w:rsidRDefault="00230864">
      <w:pPr>
        <w:spacing w:after="0" w:line="240" w:lineRule="auto"/>
      </w:pPr>
      <w:r>
        <w:separator/>
      </w:r>
    </w:p>
  </w:endnote>
  <w:endnote w:type="continuationSeparator" w:id="0">
    <w:p w14:paraId="3800BB4B" w14:textId="77777777" w:rsidR="00230864" w:rsidRDefault="00230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2.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KYS-FR.357, R00, 28.09.2026</w:t>
          </w:r>
        </w:p>
        <w:p>
          <w:pPr>
            <w:spacing w:before="0" w:after="0" w:line="240" w:lineRule="auto"/>
          </w:pPr>
          <w:hyperlink xmlns:r="http://schemas.openxmlformats.org/officeDocument/2006/relationships" w:history="true" r:id="R4dc70f3a18314232">
            <w:r>
              <w:rPr>
                <w:rFonts w:ascii="Times New Roman" w:hAnsi="Times New Roman" w:eastAsia="Century Gothic"/>
                <w:sz w:val="16"/>
                <w:szCs w:val="16"/>
                <w:color w:val="0563C1"/>
                <w:u w:val="single"/>
              </w:rPr>
              <w:t>kvys.giresun.edu.tr/dg/1019</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ce18101a60a24d93"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CF1734" w14:textId="77777777" w:rsidR="00230864" w:rsidRDefault="00230864">
      <w:pPr>
        <w:spacing w:after="0" w:line="240" w:lineRule="auto"/>
      </w:pPr>
      <w:r>
        <w:separator/>
      </w:r>
    </w:p>
  </w:footnote>
  <w:footnote w:type="continuationSeparator" w:id="0">
    <w:p w14:paraId="758F3D64" w14:textId="77777777" w:rsidR="00230864" w:rsidRDefault="00230864">
      <w:pPr>
        <w:spacing w:after="0" w:line="240" w:lineRule="auto"/>
      </w:pPr>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f0fffc3f134d440d"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Tez Veri Girişi ve Yayımlama İzin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KYS-FR.357</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28.09.2026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603761391">
    <w:abstractNumId w:val="8"/>
  </w:num>
  <w:num w:numId="2" w16cid:durableId="1075784061">
    <w:abstractNumId w:val="6"/>
  </w:num>
  <w:num w:numId="3" w16cid:durableId="985820721">
    <w:abstractNumId w:val="5"/>
  </w:num>
  <w:num w:numId="4" w16cid:durableId="1369911840">
    <w:abstractNumId w:val="4"/>
  </w:num>
  <w:num w:numId="5" w16cid:durableId="247353124">
    <w:abstractNumId w:val="7"/>
  </w:num>
  <w:num w:numId="6" w16cid:durableId="1619288556">
    <w:abstractNumId w:val="3"/>
  </w:num>
  <w:num w:numId="7" w16cid:durableId="1126772783">
    <w:abstractNumId w:val="2"/>
  </w:num>
  <w:num w:numId="8" w16cid:durableId="965045247">
    <w:abstractNumId w:val="1"/>
  </w:num>
  <w:num w:numId="9" w16cid:durableId="1082023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642"/>
    <w:rsid w:val="00025619"/>
    <w:rsid w:val="00034616"/>
    <w:rsid w:val="000539E7"/>
    <w:rsid w:val="0006063C"/>
    <w:rsid w:val="000D1AF9"/>
    <w:rsid w:val="0015074B"/>
    <w:rsid w:val="00230864"/>
    <w:rsid w:val="0029639D"/>
    <w:rsid w:val="00326F90"/>
    <w:rsid w:val="003F7834"/>
    <w:rsid w:val="005D00AD"/>
    <w:rsid w:val="009017CF"/>
    <w:rsid w:val="00963459"/>
    <w:rsid w:val="00AA1D8D"/>
    <w:rsid w:val="00B47730"/>
    <w:rsid w:val="00C85F6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B36CA9"/>
  <w14:defaultImageDpi w14:val="300"/>
  <w15:docId w15:val="{C462A75E-35C0-594D-8563-022855C7F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cs="Times New Roman" w:eastAsia="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imes New Roman" w:hAnsi="Times New Roman" w:cs="Times New Roman" w:eastAsia="Times New Roman"/>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imes New Roman" w:hAnsi="Times New Roman" w:cs="Times New Roman" w:eastAsia="Times New Roman"/>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imes New Roman" w:hAnsi="Times New Roman" w:cs="Times New Roman" w:eastAsia="Times New Roman"/>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imes New Roman" w:hAnsi="Times New Roman" w:cs="Times New Roman" w:eastAsia="Times New Roman"/>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imes New Roman" w:hAnsi="Times New Roman" w:cs="Times New Roman" w:eastAsia="Times New Roman"/>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imes New Roman" w:hAnsi="Times New Roman" w:cs="Times New Roman" w:eastAsia="Times New Roman"/>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imes New Roman" w:hAnsi="Times New Roman" w:cs="Times New Roman" w:eastAsia="Times New Roman"/>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imes New Roman" w:hAnsi="Times New Roman" w:cs="Times New Roman" w:eastAsia="Times New Roman"/>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imes New Roman" w:hAnsi="Times New Roman" w:cs="Times New Roman" w:eastAsia="Times New Roman"/>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imes New Roman" w:hAnsi="Times New Roman" w:cs="Times New Roman" w:eastAsia="Times New Roman"/>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imes New Roman" w:hAnsi="Times New Roman" w:cs="Times New Roman" w:eastAsia="Times New Roman"/>
      <w:b/>
      <w:bCs/>
      <w:color w:val="4F81BD" w:themeColor="accent1"/>
      <w:sz w:val="26"/>
      <w:szCs w:val="26"/>
    </w:rPr>
  </w:style>
  <w:style w:type="character" w:customStyle="1" w:styleId="Balk3Char">
    <w:name w:val="Başlık 3 Char"/>
    <w:basedOn w:val="VarsaylanParagrafYazTipi"/>
    <w:link w:val="Balk3"/>
    <w:uiPriority w:val="9"/>
    <w:rsid w:val="00FC693F"/>
    <w:rPr>
      <w:rFonts w:ascii="Times New Roman" w:hAnsi="Times New Roman" w:cs="Times New Roman" w:eastAsia="Times New Roman"/>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imes New Roman" w:hAnsi="Times New Roman" w:cs="Times New Roman" w:eastAsia="Times New Roman"/>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imes New Roman" w:hAnsi="Times New Roman" w:cs="Times New Roman" w:eastAsia="Times New Roman"/>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imes New Roman" w:hAnsi="Times New Roman" w:cs="Times New Roman" w:eastAsia="Times New Roman"/>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imes New Roman" w:hAnsi="Times New Roman" w:cs="Times New Roman" w:eastAsia="Times New Roman"/>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cs="Times New Roman" w:eastAsia="Times New Roman"/>
      <w:sz w:val="20"/>
      <w:szCs w:val="20"/>
    </w:rPr>
  </w:style>
  <w:style w:type="character" w:customStyle="1" w:styleId="MakroMetniChar">
    <w:name w:val="Makro Metni Char"/>
    <w:basedOn w:val="VarsaylanParagrafYazTipi"/>
    <w:link w:val="MakroMetni"/>
    <w:uiPriority w:val="99"/>
    <w:rsid w:val="0029639D"/>
    <w:rPr>
      <w:rFonts w:ascii="Times New Roman" w:hAnsi="Times New Roman" w:cs="Times New Roman" w:eastAsia="Times New Roman"/>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imes New Roman" w:hAnsi="Times New Roman" w:cs="Times New Roman" w:eastAsia="Times New Roman"/>
      <w:b/>
      <w:bCs/>
      <w:i/>
      <w:iCs/>
      <w:color w:val="4F81BD" w:themeColor="accent1"/>
    </w:rPr>
  </w:style>
  <w:style w:type="character" w:customStyle="1" w:styleId="Balk5Char">
    <w:name w:val="Başlık 5 Char"/>
    <w:basedOn w:val="VarsaylanParagrafYazTipi"/>
    <w:link w:val="Balk5"/>
    <w:uiPriority w:val="9"/>
    <w:semiHidden/>
    <w:rsid w:val="00FC693F"/>
    <w:rPr>
      <w:rFonts w:ascii="Times New Roman" w:hAnsi="Times New Roman" w:cs="Times New Roman" w:eastAsia="Times New Roman"/>
      <w:color w:val="243F60" w:themeColor="accent1" w:themeShade="7F"/>
    </w:rPr>
  </w:style>
  <w:style w:type="character" w:customStyle="1" w:styleId="Balk6Char">
    <w:name w:val="Başlık 6 Char"/>
    <w:basedOn w:val="VarsaylanParagrafYazTipi"/>
    <w:link w:val="Balk6"/>
    <w:uiPriority w:val="9"/>
    <w:semiHidden/>
    <w:rsid w:val="00FC693F"/>
    <w:rPr>
      <w:rFonts w:ascii="Times New Roman" w:hAnsi="Times New Roman" w:cs="Times New Roman" w:eastAsia="Times New Roman"/>
      <w:i/>
      <w:iCs/>
      <w:color w:val="243F60" w:themeColor="accent1" w:themeShade="7F"/>
    </w:rPr>
  </w:style>
  <w:style w:type="character" w:customStyle="1" w:styleId="Balk7Char">
    <w:name w:val="Başlık 7 Char"/>
    <w:basedOn w:val="VarsaylanParagrafYazTipi"/>
    <w:link w:val="Balk7"/>
    <w:uiPriority w:val="9"/>
    <w:semiHidden/>
    <w:rsid w:val="00FC693F"/>
    <w:rPr>
      <w:rFonts w:ascii="Times New Roman" w:hAnsi="Times New Roman" w:cs="Times New Roman" w:eastAsia="Times New Roman"/>
      <w:i/>
      <w:iCs/>
      <w:color w:val="404040" w:themeColor="text1" w:themeTint="BF"/>
    </w:rPr>
  </w:style>
  <w:style w:type="character" w:customStyle="1" w:styleId="Balk8Char">
    <w:name w:val="Başlık 8 Char"/>
    <w:basedOn w:val="VarsaylanParagrafYazTipi"/>
    <w:link w:val="Balk8"/>
    <w:uiPriority w:val="9"/>
    <w:semiHidden/>
    <w:rsid w:val="00FC693F"/>
    <w:rPr>
      <w:rFonts w:ascii="Times New Roman" w:hAnsi="Times New Roman" w:cs="Times New Roman" w:eastAsia="Times New Roman"/>
      <w:color w:val="4F81BD" w:themeColor="accent1"/>
      <w:sz w:val="20"/>
      <w:szCs w:val="20"/>
    </w:rPr>
  </w:style>
  <w:style w:type="character" w:customStyle="1" w:styleId="Balk9Char">
    <w:name w:val="Başlık 9 Char"/>
    <w:basedOn w:val="VarsaylanParagrafYazTipi"/>
    <w:link w:val="Balk9"/>
    <w:uiPriority w:val="9"/>
    <w:semiHidden/>
    <w:rsid w:val="00FC693F"/>
    <w:rPr>
      <w:rFonts w:ascii="Times New Roman" w:hAnsi="Times New Roman" w:cs="Times New Roman" w:eastAsia="Times New Roman"/>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imes New Roman" w:hAnsi="Times New Roman" w:cs="Times New Roman" w:eastAsia="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imes New Roman" w:hAnsi="Times New Roman" w:cs="Times New Roman" w:eastAsia="Times New Roman"/>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imes New Roman" w:hAnsi="Times New Roman" w:cs="Times New Roman" w:eastAsia="Times New Roman"/>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imes New Roman" w:hAnsi="Times New Roman" w:cs="Times New Roman" w:eastAsia="Times New Roman"/>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imes New Roman" w:hAnsi="Times New Roman" w:cs="Times New Roman" w:eastAsia="Times New Roman"/>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imes New Roman" w:hAnsi="Times New Roman" w:cs="Times New Roman" w:eastAsia="Times New Roman"/>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imes New Roman" w:hAnsi="Times New Roman" w:cs="Times New Roman" w:eastAsia="Times New Roman"/>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imes New Roman" w:hAnsi="Times New Roman" w:cs="Times New Roman" w:eastAsia="Times New Roman"/>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imes New Roman" w:hAnsi="Times New Roman" w:cs="Times New Roman" w:eastAsia="Times New Roman"/>
        <w:b/>
        <w:bCs/>
      </w:rPr>
    </w:tblStylePr>
    <w:tblStylePr w:type="lastCol">
      <w:rPr>
        <w:rFonts w:ascii="Times New Roman" w:hAnsi="Times New Roman" w:cs="Times New Roman" w:eastAsia="Times New Roman"/>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imes New Roman" w:hAnsi="Times New Roman" w:cs="Times New Roman" w:eastAsia="Times New Roman"/>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imes New Roman" w:hAnsi="Times New Roman" w:cs="Times New Roman" w:eastAsia="Times New Roman"/>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imes New Roman" w:hAnsi="Times New Roman" w:cs="Times New Roman" w:eastAsia="Times New Roman"/>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imes New Roman" w:hAnsi="Times New Roman" w:cs="Times New Roman" w:eastAsia="Times New Roman"/>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imes New Roman" w:hAnsi="Times New Roman" w:cs="Times New Roman" w:eastAsia="Times New Roman"/>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imes New Roman" w:hAnsi="Times New Roman" w:cs="Times New Roman" w:eastAsia="Times New Roman"/>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imes New Roman" w:hAnsi="Times New Roman" w:cs="Times New Roman" w:eastAsia="Times New Roman"/>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imes New Roman" w:hAnsi="Times New Roman" w:cs="Times New Roman" w:eastAsia="Times New Roman"/>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eader" Target="/word/header1.xml" Id="R28ea46c48f134db4" /><Relationship Type="http://schemas.openxmlformats.org/officeDocument/2006/relationships/footer" Target="/word/footer2.xml" Id="Ra3e6cf9bbc9e41ba" /></Relationships>
</file>

<file path=word/_rels/footer2.xml.rels>&#65279;<?xml version="1.0" encoding="utf-8"?><Relationships xmlns="http://schemas.openxmlformats.org/package/2006/relationships"><Relationship Type="http://schemas.openxmlformats.org/officeDocument/2006/relationships/image" Target="/media/image2.png" Id="Rce18101a60a24d93" /><Relationship Type="http://schemas.openxmlformats.org/officeDocument/2006/relationships/hyperlink" Target="https://kvys.giresun.edu.tr/dg/1019" TargetMode="External" Id="R4dc70f3a18314232" /></Relationships>
</file>

<file path=word/_rels/header1.xml.rels>&#65279;<?xml version="1.0" encoding="utf-8"?><Relationships xmlns="http://schemas.openxmlformats.org/package/2006/relationships"><Relationship Type="http://schemas.openxmlformats.org/officeDocument/2006/relationships/image" Target="/media/image.png" Id="Rf0fffc3f134d44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Prof. Dr. Çağrı URAL</cp:lastModifiedBy>
  <cp:revision>5</cp:revision>
  <dcterms:created xsi:type="dcterms:W3CDTF">2013-12-23T23:15:00Z</dcterms:created>
  <dcterms:modified xsi:type="dcterms:W3CDTF">2026-06-03T07:20:00Z</dcterms:modified>
  <cp:category/>
</cp:coreProperties>
</file>