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57C3" w:rsidP="00695A28" w:rsidRDefault="00000000" w14:paraId="4E84B049" w14:textId="77777777">
      <w:pPr>
        <w:jc w:val="right"/>
      </w:pPr>
      <w:r>
        <w:t>Tarih: …… / …… / 20……</w:t>
      </w:r>
    </w:p>
    <w:p w:rsidR="002D57C3" w:rsidRDefault="00000000" w14:paraId="536BC419" w14:textId="77777777">
      <w:r>
        <w:t>Aşağıda bilgileri yer alan uzmanlık öğrencisinin rotasyon eğitimleri ve yeterlilik durumu değerlendirilmiştir.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</w:tblGrid>
      <w:tr w:rsidR="002D57C3" w14:paraId="7F690603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2D57C3" w:rsidRDefault="00000000" w14:paraId="684EDC47" w14:textId="77777777">
            <w:r>
              <w:rPr>
                <w:b/>
                <w:sz w:val="16"/>
              </w:rPr>
              <w:t>Uzmanlık Öğrencisi</w:t>
            </w:r>
          </w:p>
        </w:tc>
        <w:tc>
          <w:tcPr>
            <w:tcW w:w="2635" w:type="dxa"/>
            <w:vAlign w:val="center"/>
          </w:tcPr>
          <w:p w:rsidR="002D57C3" w:rsidRDefault="00000000" w14:paraId="346590E5" w14:textId="77777777">
            <w:r>
              <w:rPr>
                <w:sz w:val="16"/>
              </w:rPr>
              <w:t xml:space="preserve">Dt. 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2D57C3" w:rsidRDefault="00000000" w14:paraId="377479C2" w14:textId="77777777">
            <w:r>
              <w:rPr>
                <w:b/>
                <w:sz w:val="16"/>
              </w:rPr>
              <w:t>Anabilim Dalı</w:t>
            </w:r>
          </w:p>
        </w:tc>
        <w:tc>
          <w:tcPr>
            <w:tcW w:w="2635" w:type="dxa"/>
            <w:vAlign w:val="center"/>
          </w:tcPr>
          <w:p w:rsidR="002D57C3" w:rsidRDefault="002D57C3" w14:paraId="0A6FD5C8" w14:textId="77777777"/>
        </w:tc>
      </w:tr>
      <w:tr w:rsidR="002D57C3" w14:paraId="1A00DB56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2D57C3" w:rsidRDefault="00000000" w14:paraId="7B188F4E" w14:textId="77777777">
            <w:r>
              <w:rPr>
                <w:b/>
                <w:sz w:val="16"/>
              </w:rPr>
              <w:t>Uzmanlık Dalı / Program</w:t>
            </w:r>
          </w:p>
        </w:tc>
        <w:tc>
          <w:tcPr>
            <w:tcW w:w="2635" w:type="dxa"/>
            <w:vAlign w:val="center"/>
          </w:tcPr>
          <w:p w:rsidR="002D57C3" w:rsidRDefault="002D57C3" w14:paraId="783EAB07" w14:textId="77777777"/>
        </w:tc>
        <w:tc>
          <w:tcPr>
            <w:tcW w:w="2635" w:type="dxa"/>
            <w:shd w:val="clear" w:color="auto" w:fill="F2F2F2"/>
            <w:vAlign w:val="center"/>
          </w:tcPr>
          <w:p w:rsidR="002D57C3" w:rsidRDefault="00000000" w14:paraId="173429F3" w14:textId="77777777">
            <w:r>
              <w:rPr>
                <w:b/>
                <w:sz w:val="16"/>
              </w:rPr>
              <w:t>Eğitime Başlama Tarihi</w:t>
            </w:r>
          </w:p>
        </w:tc>
        <w:tc>
          <w:tcPr>
            <w:tcW w:w="2635" w:type="dxa"/>
            <w:vAlign w:val="center"/>
          </w:tcPr>
          <w:p w:rsidR="002D57C3" w:rsidRDefault="00000000" w14:paraId="473A133D" w14:textId="77777777">
            <w:r>
              <w:rPr>
                <w:sz w:val="16"/>
              </w:rPr>
              <w:t>…… / …… / 20……</w:t>
            </w:r>
          </w:p>
        </w:tc>
      </w:tr>
    </w:tbl>
    <w:p w:rsidR="00F45225" w:rsidRDefault="00F45225" w14:paraId="44B044CF" w14:textId="77777777">
      <w:pPr>
        <w:rPr>
          <w:b/>
          <w:sz w:val="20"/>
        </w:rPr>
      </w:pPr>
    </w:p>
    <w:p w:rsidR="00F45225" w:rsidRDefault="00F45225" w14:paraId="47BD8ECF" w14:textId="77777777">
      <w:pPr>
        <w:rPr>
          <w:b/>
          <w:sz w:val="20"/>
        </w:rPr>
      </w:pPr>
    </w:p>
    <w:p w:rsidR="002D57C3" w:rsidRDefault="00000000" w14:paraId="2DEB335B" w14:textId="394C8600">
      <w:proofErr w:type="spellStart"/>
      <w:r>
        <w:rPr>
          <w:b/>
          <w:sz w:val="20"/>
        </w:rPr>
        <w:t>Rotasyon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Bilgileri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</w:tblGrid>
      <w:tr w:rsidR="002D57C3" w14:paraId="63849152" w14:textId="77777777">
        <w:trPr>
          <w:tblHeader/>
        </w:trPr>
        <w:tc>
          <w:tcPr>
            <w:tcW w:w="2635" w:type="dxa"/>
            <w:shd w:val="clear" w:color="auto" w:fill="F2F2F2"/>
            <w:vAlign w:val="center"/>
          </w:tcPr>
          <w:p w:rsidR="002D57C3" w:rsidRDefault="00000000" w14:paraId="331DFDFB" w14:textId="77777777">
            <w:pPr>
              <w:jc w:val="center"/>
            </w:pPr>
            <w:r>
              <w:rPr>
                <w:b/>
                <w:sz w:val="16"/>
              </w:rPr>
              <w:t>Sıra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2D57C3" w:rsidRDefault="00000000" w14:paraId="20A54A72" w14:textId="77777777">
            <w:pPr>
              <w:jc w:val="center"/>
            </w:pPr>
            <w:r>
              <w:rPr>
                <w:b/>
                <w:sz w:val="16"/>
              </w:rPr>
              <w:t>Rotasyon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2D57C3" w:rsidRDefault="00000000" w14:paraId="0025BD1A" w14:textId="77777777">
            <w:pPr>
              <w:jc w:val="center"/>
            </w:pPr>
            <w:r>
              <w:rPr>
                <w:b/>
                <w:sz w:val="16"/>
              </w:rPr>
              <w:t>Rotasyon Alınan Kurum / Anabilim Dalı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2D57C3" w:rsidRDefault="00000000" w14:paraId="42D43F13" w14:textId="77777777">
            <w:pPr>
              <w:jc w:val="center"/>
            </w:pPr>
            <w:r>
              <w:rPr>
                <w:b/>
                <w:sz w:val="16"/>
              </w:rPr>
              <w:t>Rotasyon Tarihleri</w:t>
            </w:r>
          </w:p>
        </w:tc>
      </w:tr>
      <w:tr w:rsidR="002D57C3" w14:paraId="2B463946" w14:textId="77777777">
        <w:tc>
          <w:tcPr>
            <w:tcW w:w="2635" w:type="dxa"/>
            <w:vAlign w:val="center"/>
          </w:tcPr>
          <w:p w:rsidR="002D57C3" w:rsidRDefault="00000000" w14:paraId="6FC7E1B6" w14:textId="777777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635" w:type="dxa"/>
          </w:tcPr>
          <w:p w:rsidR="002D57C3" w:rsidRDefault="002D57C3" w14:paraId="622AE4AC" w14:textId="77777777"/>
        </w:tc>
        <w:tc>
          <w:tcPr>
            <w:tcW w:w="2635" w:type="dxa"/>
          </w:tcPr>
          <w:p w:rsidR="002D57C3" w:rsidRDefault="002D57C3" w14:paraId="2293875B" w14:textId="77777777"/>
        </w:tc>
        <w:tc>
          <w:tcPr>
            <w:tcW w:w="2635" w:type="dxa"/>
          </w:tcPr>
          <w:p w:rsidR="002D57C3" w:rsidRDefault="002D57C3" w14:paraId="10BC84FB" w14:textId="77777777"/>
        </w:tc>
      </w:tr>
      <w:tr w:rsidR="002D57C3" w14:paraId="1EFBE7AF" w14:textId="77777777">
        <w:tc>
          <w:tcPr>
            <w:tcW w:w="2635" w:type="dxa"/>
            <w:vAlign w:val="center"/>
          </w:tcPr>
          <w:p w:rsidR="002D57C3" w:rsidRDefault="00000000" w14:paraId="400FECB9" w14:textId="777777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2635" w:type="dxa"/>
          </w:tcPr>
          <w:p w:rsidR="002D57C3" w:rsidRDefault="002D57C3" w14:paraId="3DF95B2F" w14:textId="77777777"/>
        </w:tc>
        <w:tc>
          <w:tcPr>
            <w:tcW w:w="2635" w:type="dxa"/>
          </w:tcPr>
          <w:p w:rsidR="002D57C3" w:rsidRDefault="002D57C3" w14:paraId="222BFC15" w14:textId="77777777"/>
        </w:tc>
        <w:tc>
          <w:tcPr>
            <w:tcW w:w="2635" w:type="dxa"/>
          </w:tcPr>
          <w:p w:rsidR="002D57C3" w:rsidRDefault="002D57C3" w14:paraId="0C727B96" w14:textId="77777777"/>
        </w:tc>
      </w:tr>
      <w:tr w:rsidR="002D57C3" w14:paraId="1C7D0639" w14:textId="77777777">
        <w:tc>
          <w:tcPr>
            <w:tcW w:w="2635" w:type="dxa"/>
            <w:vAlign w:val="center"/>
          </w:tcPr>
          <w:p w:rsidR="002D57C3" w:rsidRDefault="00000000" w14:paraId="40F3F546" w14:textId="77777777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635" w:type="dxa"/>
          </w:tcPr>
          <w:p w:rsidR="002D57C3" w:rsidRDefault="002D57C3" w14:paraId="6A1549F5" w14:textId="77777777"/>
        </w:tc>
        <w:tc>
          <w:tcPr>
            <w:tcW w:w="2635" w:type="dxa"/>
          </w:tcPr>
          <w:p w:rsidR="002D57C3" w:rsidRDefault="002D57C3" w14:paraId="4DC31970" w14:textId="77777777"/>
        </w:tc>
        <w:tc>
          <w:tcPr>
            <w:tcW w:w="2635" w:type="dxa"/>
          </w:tcPr>
          <w:p w:rsidR="002D57C3" w:rsidRDefault="002D57C3" w14:paraId="50B3CAEF" w14:textId="77777777"/>
        </w:tc>
      </w:tr>
      <w:tr w:rsidR="002D57C3" w14:paraId="059F0C70" w14:textId="77777777">
        <w:tc>
          <w:tcPr>
            <w:tcW w:w="2635" w:type="dxa"/>
            <w:vAlign w:val="center"/>
          </w:tcPr>
          <w:p w:rsidR="002D57C3" w:rsidRDefault="00000000" w14:paraId="0364728E" w14:textId="77777777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635" w:type="dxa"/>
          </w:tcPr>
          <w:p w:rsidR="002D57C3" w:rsidRDefault="002D57C3" w14:paraId="3F8B6DC1" w14:textId="77777777"/>
        </w:tc>
        <w:tc>
          <w:tcPr>
            <w:tcW w:w="2635" w:type="dxa"/>
          </w:tcPr>
          <w:p w:rsidR="002D57C3" w:rsidRDefault="002D57C3" w14:paraId="62FE597B" w14:textId="77777777"/>
        </w:tc>
        <w:tc>
          <w:tcPr>
            <w:tcW w:w="2635" w:type="dxa"/>
          </w:tcPr>
          <w:p w:rsidR="002D57C3" w:rsidRDefault="002D57C3" w14:paraId="52BBB1C1" w14:textId="77777777"/>
        </w:tc>
      </w:tr>
      <w:tr w:rsidR="002D57C3" w14:paraId="1EA2F40A" w14:textId="77777777">
        <w:tc>
          <w:tcPr>
            <w:tcW w:w="2635" w:type="dxa"/>
            <w:vAlign w:val="center"/>
          </w:tcPr>
          <w:p w:rsidR="002D57C3" w:rsidRDefault="00000000" w14:paraId="41ACD790" w14:textId="77777777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2635" w:type="dxa"/>
          </w:tcPr>
          <w:p w:rsidR="002D57C3" w:rsidRDefault="002D57C3" w14:paraId="1ED695F7" w14:textId="77777777"/>
        </w:tc>
        <w:tc>
          <w:tcPr>
            <w:tcW w:w="2635" w:type="dxa"/>
          </w:tcPr>
          <w:p w:rsidR="002D57C3" w:rsidRDefault="002D57C3" w14:paraId="2943F8BA" w14:textId="77777777"/>
        </w:tc>
        <w:tc>
          <w:tcPr>
            <w:tcW w:w="2635" w:type="dxa"/>
          </w:tcPr>
          <w:p w:rsidR="002D57C3" w:rsidRDefault="002D57C3" w14:paraId="2FA9C2CD" w14:textId="77777777"/>
        </w:tc>
      </w:tr>
    </w:tbl>
    <w:p w:rsidR="00F45225" w:rsidRDefault="00F45225" w14:paraId="595CB8DD" w14:textId="77777777">
      <w:pPr>
        <w:rPr>
          <w:b/>
          <w:sz w:val="20"/>
        </w:rPr>
      </w:pPr>
    </w:p>
    <w:p w:rsidR="00F45225" w:rsidRDefault="00F45225" w14:paraId="3652899B" w14:textId="77777777">
      <w:pPr>
        <w:rPr>
          <w:b/>
          <w:sz w:val="20"/>
        </w:rPr>
      </w:pPr>
    </w:p>
    <w:p w:rsidR="00F45225" w:rsidRDefault="00F45225" w14:paraId="1B4CC431" w14:textId="77777777">
      <w:pPr>
        <w:rPr>
          <w:b/>
          <w:sz w:val="20"/>
        </w:rPr>
      </w:pPr>
    </w:p>
    <w:p w:rsidR="002D57C3" w:rsidRDefault="00000000" w14:paraId="6C78D4A2" w14:textId="1775BFD3">
      <w:proofErr w:type="spellStart"/>
      <w:r>
        <w:rPr>
          <w:b/>
          <w:sz w:val="20"/>
        </w:rPr>
        <w:t>Yeterlilik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Değerlendirmesi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3"/>
        <w:gridCol w:w="3513"/>
        <w:gridCol w:w="3513"/>
      </w:tblGrid>
      <w:tr w:rsidR="002D57C3" w14:paraId="7295B724" w14:textId="77777777">
        <w:trPr>
          <w:tblHeader/>
        </w:trPr>
        <w:tc>
          <w:tcPr>
            <w:tcW w:w="3513" w:type="dxa"/>
            <w:shd w:val="clear" w:color="auto" w:fill="F2F2F2"/>
            <w:vAlign w:val="center"/>
          </w:tcPr>
          <w:p w:rsidR="002D57C3" w:rsidRDefault="00000000" w14:paraId="7282431C" w14:textId="77777777">
            <w:pPr>
              <w:jc w:val="center"/>
            </w:pPr>
            <w:r>
              <w:rPr>
                <w:b/>
                <w:sz w:val="16"/>
              </w:rPr>
              <w:t>Değerlendirme Alanı</w:t>
            </w:r>
          </w:p>
        </w:tc>
        <w:tc>
          <w:tcPr>
            <w:tcW w:w="3513" w:type="dxa"/>
            <w:shd w:val="clear" w:color="auto" w:fill="F2F2F2"/>
            <w:vAlign w:val="center"/>
          </w:tcPr>
          <w:p w:rsidR="002D57C3" w:rsidRDefault="00000000" w14:paraId="0A55778B" w14:textId="77777777">
            <w:pPr>
              <w:jc w:val="center"/>
            </w:pPr>
            <w:r>
              <w:rPr>
                <w:b/>
                <w:sz w:val="16"/>
              </w:rPr>
              <w:t>Uygun / Yeterli</w:t>
            </w:r>
          </w:p>
        </w:tc>
        <w:tc>
          <w:tcPr>
            <w:tcW w:w="3513" w:type="dxa"/>
            <w:shd w:val="clear" w:color="auto" w:fill="F2F2F2"/>
            <w:vAlign w:val="center"/>
          </w:tcPr>
          <w:p w:rsidR="002D57C3" w:rsidRDefault="00000000" w14:paraId="0BD7D868" w14:textId="77777777">
            <w:pPr>
              <w:jc w:val="center"/>
            </w:pPr>
            <w:r>
              <w:rPr>
                <w:b/>
                <w:sz w:val="16"/>
              </w:rPr>
              <w:t>Açıklama</w:t>
            </w:r>
          </w:p>
        </w:tc>
      </w:tr>
      <w:tr w:rsidR="002D57C3" w14:paraId="56105A87" w14:textId="77777777">
        <w:tc>
          <w:tcPr>
            <w:tcW w:w="3513" w:type="dxa"/>
            <w:vAlign w:val="center"/>
          </w:tcPr>
          <w:p w:rsidR="002D57C3" w:rsidRDefault="00000000" w14:paraId="749FC41B" w14:textId="77777777">
            <w:r>
              <w:rPr>
                <w:sz w:val="16"/>
              </w:rPr>
              <w:t>Rotasyonların tamamlanması</w:t>
            </w:r>
          </w:p>
        </w:tc>
        <w:tc>
          <w:tcPr>
            <w:tcW w:w="3513" w:type="dxa"/>
          </w:tcPr>
          <w:p w:rsidR="002D57C3" w:rsidRDefault="002D57C3" w14:paraId="30332C88" w14:textId="77777777"/>
        </w:tc>
        <w:tc>
          <w:tcPr>
            <w:tcW w:w="3513" w:type="dxa"/>
          </w:tcPr>
          <w:p w:rsidR="002D57C3" w:rsidRDefault="002D57C3" w14:paraId="36402676" w14:textId="77777777"/>
        </w:tc>
      </w:tr>
      <w:tr w:rsidR="002D57C3" w14:paraId="71B8D349" w14:textId="77777777">
        <w:tc>
          <w:tcPr>
            <w:tcW w:w="3513" w:type="dxa"/>
            <w:vAlign w:val="center"/>
          </w:tcPr>
          <w:p w:rsidR="002D57C3" w:rsidRDefault="00000000" w14:paraId="4C6DC8D4" w14:textId="77777777">
            <w:r>
              <w:rPr>
                <w:sz w:val="16"/>
              </w:rPr>
              <w:t>Mesleki bilgi ve beceri</w:t>
            </w:r>
          </w:p>
        </w:tc>
        <w:tc>
          <w:tcPr>
            <w:tcW w:w="3513" w:type="dxa"/>
          </w:tcPr>
          <w:p w:rsidR="002D57C3" w:rsidRDefault="002D57C3" w14:paraId="2ABE5A6A" w14:textId="77777777"/>
        </w:tc>
        <w:tc>
          <w:tcPr>
            <w:tcW w:w="3513" w:type="dxa"/>
          </w:tcPr>
          <w:p w:rsidR="002D57C3" w:rsidRDefault="002D57C3" w14:paraId="639F4F79" w14:textId="77777777"/>
        </w:tc>
      </w:tr>
      <w:tr w:rsidR="002D57C3" w14:paraId="302F35D6" w14:textId="77777777">
        <w:tc>
          <w:tcPr>
            <w:tcW w:w="3513" w:type="dxa"/>
            <w:vAlign w:val="center"/>
          </w:tcPr>
          <w:p w:rsidR="002D57C3" w:rsidRDefault="00000000" w14:paraId="5A8E7ACC" w14:textId="77777777">
            <w:r>
              <w:rPr>
                <w:sz w:val="16"/>
              </w:rPr>
              <w:t>Devam ve disiplin durumu</w:t>
            </w:r>
          </w:p>
        </w:tc>
        <w:tc>
          <w:tcPr>
            <w:tcW w:w="3513" w:type="dxa"/>
          </w:tcPr>
          <w:p w:rsidR="002D57C3" w:rsidRDefault="002D57C3" w14:paraId="2709D7E0" w14:textId="77777777"/>
        </w:tc>
        <w:tc>
          <w:tcPr>
            <w:tcW w:w="3513" w:type="dxa"/>
          </w:tcPr>
          <w:p w:rsidR="002D57C3" w:rsidRDefault="002D57C3" w14:paraId="3FAB7834" w14:textId="77777777"/>
        </w:tc>
      </w:tr>
      <w:tr w:rsidR="002D57C3" w14:paraId="1366BA6C" w14:textId="77777777">
        <w:tc>
          <w:tcPr>
            <w:tcW w:w="3513" w:type="dxa"/>
            <w:vAlign w:val="center"/>
          </w:tcPr>
          <w:p w:rsidR="002D57C3" w:rsidRDefault="00000000" w14:paraId="1E312F81" w14:textId="77777777">
            <w:r>
              <w:rPr>
                <w:sz w:val="16"/>
              </w:rPr>
              <w:t>Genel kanaat</w:t>
            </w:r>
          </w:p>
        </w:tc>
        <w:tc>
          <w:tcPr>
            <w:tcW w:w="3513" w:type="dxa"/>
          </w:tcPr>
          <w:p w:rsidR="002D57C3" w:rsidRDefault="002D57C3" w14:paraId="5FF83CC1" w14:textId="77777777"/>
        </w:tc>
        <w:tc>
          <w:tcPr>
            <w:tcW w:w="3513" w:type="dxa"/>
          </w:tcPr>
          <w:p w:rsidR="002D57C3" w:rsidRDefault="002D57C3" w14:paraId="513FB099" w14:textId="77777777"/>
        </w:tc>
      </w:tr>
    </w:tbl>
    <w:p w:rsidR="002D57C3" w:rsidRDefault="002D57C3" w14:paraId="670A76BB" w14:textId="77777777"/>
    <w:p w:rsidR="00F45225" w:rsidRDefault="00F45225" w14:paraId="327A1F99" w14:textId="77777777"/>
    <w:p w:rsidR="00F45225" w:rsidRDefault="00F45225" w14:paraId="2F8EA3E3" w14:textId="77777777"/>
    <w:p w:rsidR="00F45225" w:rsidRDefault="00F45225" w14:paraId="2ED8EC01" w14:textId="77777777"/>
    <w:p w:rsidR="00F45225" w:rsidRDefault="00F45225" w14:paraId="5F9745D8" w14:textId="77777777"/>
    <w:p w:rsidR="00F45225" w:rsidRDefault="00F45225" w14:paraId="339A36BF" w14:textId="77777777"/>
    <w:p w:rsidR="00F45225" w:rsidRDefault="00F45225" w14:paraId="46659C64" w14:textId="77777777"/>
    <w:p w:rsidR="00F45225" w:rsidRDefault="00F45225" w14:paraId="4679BFAD" w14:textId="77777777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513"/>
        <w:gridCol w:w="3513"/>
        <w:gridCol w:w="3513"/>
      </w:tblGrid>
      <w:tr w:rsidR="002D57C3" w14:paraId="29898840" w14:textId="77777777">
        <w:trPr>
          <w:jc w:val="center"/>
        </w:trPr>
        <w:tc>
          <w:tcPr>
            <w:tcW w:w="3513" w:type="dxa"/>
            <w:vAlign w:val="center"/>
          </w:tcPr>
          <w:p w:rsidR="002D57C3" w:rsidRDefault="00000000" w14:paraId="1779D84D" w14:textId="77777777">
            <w:pPr>
              <w:jc w:val="center"/>
            </w:pPr>
            <w:r>
              <w:rPr>
                <w:sz w:val="16"/>
              </w:rPr>
              <w:t>Tez Danışmanı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2D57C3" w:rsidRDefault="00000000" w14:paraId="386BB8D2" w14:textId="77777777">
            <w:pPr>
              <w:jc w:val="center"/>
            </w:pPr>
            <w:r>
              <w:rPr>
                <w:sz w:val="16"/>
              </w:rPr>
              <w:t>Anabilim Dalı Başkanı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2D57C3" w:rsidRDefault="00000000" w14:paraId="179E28A2" w14:textId="77777777">
            <w:pPr>
              <w:jc w:val="center"/>
            </w:pPr>
            <w:r>
              <w:rPr>
                <w:sz w:val="16"/>
              </w:rPr>
              <w:t>Uzmanlık Eğitimi Birimi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</w:tr>
    </w:tbl>
    <w:p w:rsidR="002D57C3" w:rsidRDefault="00000000" w14:paraId="1C3CB7F9" w14:textId="77777777">
      <w:r>
        <w:rPr>
          <w:sz w:val="14"/>
        </w:rPr>
        <w:t>Not: Form, tüm zorunlu rotasyonlar tamamlandıktan sonra anabilim dalı başkanlığı tarafından düzenlenir.</w:t>
      </w:r>
    </w:p>
    <w:sectPr w:rsidR="002D57C3" w:rsidSect="00034616">
      <w:headerReference w:type="default" r:id="R1bee977552814c77"/>
      <w:headerReference w:type="first" r:id="R1bee977552814c77"/>
      <w:headerReference w:type="even" r:id="R1bee977552814c77"/>
      <w:footerReference w:type="default" r:id="R9f5b52d95b134051"/>
      <w:footerReference w:type="first" r:id="R9f5b52d95b134051"/>
      <w:footerReference w:type="even" r:id="R9f5b52d95b134051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9272A" w14:textId="77777777" w:rsidR="00E975A6" w:rsidRDefault="00E975A6">
      <w:pPr>
        <w:spacing w:after="0" w:line="240" w:lineRule="auto"/>
      </w:pPr>
      <w:r>
        <w:separator/>
      </w:r>
    </w:p>
  </w:endnote>
  <w:endnote w:type="continuationSeparator" w:id="0">
    <w:p w14:paraId="23C89DB5" w14:textId="77777777" w:rsidR="00E975A6" w:rsidRDefault="00E9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KYS-FR.358,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bff00bb7b9b43b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b98c422cfe747c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8E934" w14:textId="77777777" w:rsidR="00E975A6" w:rsidRDefault="00E975A6">
      <w:pPr>
        <w:spacing w:after="0" w:line="240" w:lineRule="auto"/>
      </w:pPr>
      <w:r>
        <w:separator/>
      </w:r>
    </w:p>
  </w:footnote>
  <w:footnote w:type="continuationSeparator" w:id="0">
    <w:p w14:paraId="775C9ACB" w14:textId="77777777" w:rsidR="00E975A6" w:rsidRDefault="00E97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da22edc7ef946c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Öğrencileri Rotasyon ve Yeterlilik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5722245">
    <w:abstractNumId w:val="8"/>
  </w:num>
  <w:num w:numId="2" w16cid:durableId="181282536">
    <w:abstractNumId w:val="6"/>
  </w:num>
  <w:num w:numId="3" w16cid:durableId="1183938043">
    <w:abstractNumId w:val="5"/>
  </w:num>
  <w:num w:numId="4" w16cid:durableId="141044406">
    <w:abstractNumId w:val="4"/>
  </w:num>
  <w:num w:numId="5" w16cid:durableId="382413766">
    <w:abstractNumId w:val="7"/>
  </w:num>
  <w:num w:numId="6" w16cid:durableId="1936934206">
    <w:abstractNumId w:val="3"/>
  </w:num>
  <w:num w:numId="7" w16cid:durableId="508762459">
    <w:abstractNumId w:val="2"/>
  </w:num>
  <w:num w:numId="8" w16cid:durableId="1228568220">
    <w:abstractNumId w:val="1"/>
  </w:num>
  <w:num w:numId="9" w16cid:durableId="17461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29639D"/>
    <w:rsid w:val="002D57C3"/>
    <w:rsid w:val="00326F90"/>
    <w:rsid w:val="003F7834"/>
    <w:rsid w:val="004C413F"/>
    <w:rsid w:val="00695A28"/>
    <w:rsid w:val="0096403B"/>
    <w:rsid w:val="00A06BD2"/>
    <w:rsid w:val="00AA1D8D"/>
    <w:rsid w:val="00B47730"/>
    <w:rsid w:val="00CB0664"/>
    <w:rsid w:val="00E975A6"/>
    <w:rsid w:val="00F4522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7EDA1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1bee977552814c77" /><Relationship Type="http://schemas.openxmlformats.org/officeDocument/2006/relationships/footer" Target="/word/footer2.xml" Id="R9f5b52d95b134051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3b98c422cfe747cb" /><Relationship Type="http://schemas.openxmlformats.org/officeDocument/2006/relationships/hyperlink" Target="https://kvys.giresun.edu.tr/dg/1020" TargetMode="External" Id="R4bff00bb7b9b43b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3da22edc7ef946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2026-06-03T07:20:00Z</dcterms:modified>
  <cp:category/>
</cp:coreProperties>
</file>