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C4E3F" w:rsidR="00EE1358" w:rsidP="00E25F4A" w:rsidRDefault="00F372C0" w14:paraId="4DA270B8" w14:textId="77777777">
      <w:pPr>
        <w:spacing w:after="80" w:line="240" w:lineRule="auto"/>
        <w:rPr>
          <w:lang w:val="tr-TR"/>
        </w:rPr>
      </w:pPr>
      <w:r w:rsidRPr="008C4E3F">
        <w:rPr>
          <w:b/>
          <w:sz w:val="20"/>
          <w:lang w:val="tr-TR"/>
        </w:rPr>
        <w:t>Uzmanlık Eğitimini Bitirme Sınavı Tutanağı (1)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784"/>
        <w:gridCol w:w="3784"/>
        <w:gridCol w:w="3784"/>
        <w:gridCol w:w="3784"/>
      </w:tblGrid>
      <w:tr w:rsidRPr="00E25F4A" w:rsidR="00EE1358" w14:paraId="0B3B13D5" w14:textId="77777777">
        <w:trPr>
          <w:jc w:val="center"/>
        </w:trPr>
        <w:tc>
          <w:tcPr>
            <w:tcW w:w="3784" w:type="dxa"/>
            <w:shd w:val="clear" w:color="auto" w:fill="F2F2F2"/>
            <w:vAlign w:val="center"/>
          </w:tcPr>
          <w:p w:rsidRPr="008C4E3F" w:rsidR="00EE1358" w:rsidRDefault="00F372C0" w14:paraId="6BCB2DD7" w14:textId="77777777">
            <w:pPr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Sınav Tarihi</w:t>
            </w:r>
          </w:p>
        </w:tc>
        <w:tc>
          <w:tcPr>
            <w:tcW w:w="3784" w:type="dxa"/>
            <w:vAlign w:val="center"/>
          </w:tcPr>
          <w:p w:rsidRPr="008C4E3F" w:rsidR="00EE1358" w:rsidRDefault="00F372C0" w14:paraId="6CAA79A1" w14:textId="77777777">
            <w:pPr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…… / …… / 20……</w:t>
            </w:r>
          </w:p>
        </w:tc>
        <w:tc>
          <w:tcPr>
            <w:tcW w:w="3784" w:type="dxa"/>
            <w:shd w:val="clear" w:color="auto" w:fill="F2F2F2"/>
            <w:vAlign w:val="center"/>
          </w:tcPr>
          <w:p w:rsidRPr="008C4E3F" w:rsidR="00EE1358" w:rsidRDefault="00F372C0" w14:paraId="6308FE50" w14:textId="77777777">
            <w:pPr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Adı Soyadı</w:t>
            </w:r>
          </w:p>
        </w:tc>
        <w:tc>
          <w:tcPr>
            <w:tcW w:w="3784" w:type="dxa"/>
            <w:vAlign w:val="center"/>
          </w:tcPr>
          <w:p w:rsidRPr="00E25F4A" w:rsidR="00EE1358" w:rsidP="00E25F4A" w:rsidRDefault="00EE1358" w14:paraId="6B112165" w14:textId="77777777">
            <w:pPr>
              <w:rPr>
                <w:sz w:val="12"/>
                <w:lang w:val="tr-TR"/>
              </w:rPr>
            </w:pPr>
          </w:p>
        </w:tc>
      </w:tr>
      <w:tr w:rsidRPr="00E25F4A" w:rsidR="00EE1358" w14:paraId="62A91697" w14:textId="77777777">
        <w:trPr>
          <w:jc w:val="center"/>
        </w:trPr>
        <w:tc>
          <w:tcPr>
            <w:tcW w:w="3784" w:type="dxa"/>
            <w:shd w:val="clear" w:color="auto" w:fill="F2F2F2"/>
            <w:vAlign w:val="center"/>
          </w:tcPr>
          <w:p w:rsidRPr="008C4E3F" w:rsidR="00EE1358" w:rsidRDefault="00F372C0" w14:paraId="74749AD5" w14:textId="77777777">
            <w:pPr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T.C. Kimlik No</w:t>
            </w:r>
          </w:p>
        </w:tc>
        <w:tc>
          <w:tcPr>
            <w:tcW w:w="3784" w:type="dxa"/>
            <w:vAlign w:val="center"/>
          </w:tcPr>
          <w:p w:rsidRPr="00E25F4A" w:rsidR="00EE1358" w:rsidP="00E25F4A" w:rsidRDefault="00EE1358" w14:paraId="3864D005" w14:textId="77777777">
            <w:pPr>
              <w:rPr>
                <w:sz w:val="12"/>
                <w:lang w:val="tr-TR"/>
              </w:rPr>
            </w:pPr>
          </w:p>
        </w:tc>
        <w:tc>
          <w:tcPr>
            <w:tcW w:w="3784" w:type="dxa"/>
            <w:shd w:val="clear" w:color="auto" w:fill="F2F2F2"/>
            <w:vAlign w:val="center"/>
          </w:tcPr>
          <w:p w:rsidRPr="008C4E3F" w:rsidR="00EE1358" w:rsidRDefault="00F372C0" w14:paraId="0E8D265D" w14:textId="77777777">
            <w:pPr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Sicil No</w:t>
            </w:r>
          </w:p>
        </w:tc>
        <w:tc>
          <w:tcPr>
            <w:tcW w:w="3784" w:type="dxa"/>
            <w:vAlign w:val="center"/>
          </w:tcPr>
          <w:p w:rsidRPr="00E25F4A" w:rsidR="00EE1358" w:rsidP="00E25F4A" w:rsidRDefault="00EE1358" w14:paraId="58056964" w14:textId="77777777">
            <w:pPr>
              <w:rPr>
                <w:sz w:val="12"/>
                <w:lang w:val="tr-TR"/>
              </w:rPr>
            </w:pPr>
          </w:p>
        </w:tc>
      </w:tr>
      <w:tr w:rsidRPr="00E25F4A" w:rsidR="00EE1358" w14:paraId="70B3774F" w14:textId="77777777">
        <w:trPr>
          <w:jc w:val="center"/>
        </w:trPr>
        <w:tc>
          <w:tcPr>
            <w:tcW w:w="3784" w:type="dxa"/>
            <w:shd w:val="clear" w:color="auto" w:fill="F2F2F2"/>
            <w:vAlign w:val="center"/>
          </w:tcPr>
          <w:p w:rsidRPr="008C4E3F" w:rsidR="00EE1358" w:rsidRDefault="00F372C0" w14:paraId="0BD482F7" w14:textId="77777777">
            <w:pPr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Eğitim Aldığı Uzmanlık Alanı</w:t>
            </w:r>
          </w:p>
        </w:tc>
        <w:tc>
          <w:tcPr>
            <w:tcW w:w="3784" w:type="dxa"/>
            <w:vAlign w:val="center"/>
          </w:tcPr>
          <w:p w:rsidRPr="00E25F4A" w:rsidR="00EE1358" w:rsidP="00E25F4A" w:rsidRDefault="00EE1358" w14:paraId="72B0E49E" w14:textId="77777777">
            <w:pPr>
              <w:rPr>
                <w:sz w:val="12"/>
                <w:lang w:val="tr-TR"/>
              </w:rPr>
            </w:pPr>
          </w:p>
        </w:tc>
        <w:tc>
          <w:tcPr>
            <w:tcW w:w="3784" w:type="dxa"/>
            <w:shd w:val="clear" w:color="auto" w:fill="F2F2F2"/>
            <w:vAlign w:val="center"/>
          </w:tcPr>
          <w:p w:rsidRPr="008C4E3F" w:rsidR="00EE1358" w:rsidRDefault="00F372C0" w14:paraId="073F65A8" w14:textId="77777777">
            <w:pPr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Eğitim Aldığı Kurum / Kurumlar</w:t>
            </w:r>
          </w:p>
        </w:tc>
        <w:tc>
          <w:tcPr>
            <w:tcW w:w="3784" w:type="dxa"/>
            <w:vAlign w:val="center"/>
          </w:tcPr>
          <w:p w:rsidRPr="00E25F4A" w:rsidR="00EE1358" w:rsidP="00E25F4A" w:rsidRDefault="00EE1358" w14:paraId="262B9302" w14:textId="77777777">
            <w:pPr>
              <w:rPr>
                <w:sz w:val="12"/>
                <w:lang w:val="tr-TR"/>
              </w:rPr>
            </w:pPr>
          </w:p>
        </w:tc>
      </w:tr>
    </w:tbl>
    <w:p w:rsidRPr="00E25F4A" w:rsidR="008C4E3F" w:rsidP="00E25F4A" w:rsidRDefault="008C4E3F" w14:paraId="2FF50BC2" w14:textId="77777777">
      <w:pPr>
        <w:spacing w:after="0" w:line="240" w:lineRule="auto"/>
        <w:rPr>
          <w:b/>
          <w:sz w:val="12"/>
          <w:lang w:val="tr-TR"/>
        </w:rPr>
      </w:pPr>
    </w:p>
    <w:p w:rsidRPr="00E25F4A" w:rsidR="008C4E3F" w:rsidP="00E25F4A" w:rsidRDefault="008C4E3F" w14:paraId="66D0E744" w14:textId="77777777">
      <w:pPr>
        <w:spacing w:after="0" w:line="240" w:lineRule="auto"/>
        <w:rPr>
          <w:b/>
          <w:sz w:val="12"/>
          <w:lang w:val="tr-TR"/>
        </w:rPr>
      </w:pPr>
    </w:p>
    <w:p w:rsidRPr="008C4E3F" w:rsidR="00EE1358" w:rsidP="00E25F4A" w:rsidRDefault="00F372C0" w14:paraId="77451B14" w14:textId="77777777">
      <w:pPr>
        <w:spacing w:after="80" w:line="240" w:lineRule="auto"/>
        <w:rPr>
          <w:lang w:val="tr-TR"/>
        </w:rPr>
      </w:pPr>
      <w:r w:rsidRPr="008C4E3F">
        <w:rPr>
          <w:b/>
          <w:sz w:val="20"/>
          <w:lang w:val="tr-TR"/>
        </w:rPr>
        <w:t>Sınav Jürisi ve Puanlama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63"/>
        <w:gridCol w:w="2163"/>
        <w:gridCol w:w="2163"/>
        <w:gridCol w:w="2163"/>
        <w:gridCol w:w="2163"/>
        <w:gridCol w:w="2163"/>
        <w:gridCol w:w="2163"/>
      </w:tblGrid>
      <w:tr w:rsidRPr="00E25F4A" w:rsidR="00EE1358" w:rsidTr="008C4E3F" w14:paraId="7ACBF1B5" w14:textId="77777777">
        <w:trPr>
          <w:tblHeader/>
        </w:trPr>
        <w:tc>
          <w:tcPr>
            <w:tcW w:w="2163" w:type="dxa"/>
            <w:shd w:val="clear" w:color="auto" w:fill="F2F2F2"/>
            <w:vAlign w:val="center"/>
          </w:tcPr>
          <w:p w:rsidRPr="008C4E3F" w:rsidR="00EE1358" w:rsidRDefault="00F372C0" w14:paraId="312CC660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4"/>
                <w:lang w:val="tr-TR"/>
              </w:rPr>
              <w:t>Görev</w:t>
            </w:r>
          </w:p>
        </w:tc>
        <w:tc>
          <w:tcPr>
            <w:tcW w:w="2163" w:type="dxa"/>
            <w:shd w:val="clear" w:color="auto" w:fill="F2F2F2"/>
            <w:vAlign w:val="center"/>
          </w:tcPr>
          <w:p w:rsidRPr="008C4E3F" w:rsidR="00EE1358" w:rsidRDefault="00F372C0" w14:paraId="1DC3314F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4"/>
                <w:lang w:val="tr-TR"/>
              </w:rPr>
              <w:t>Adı Soyadı</w:t>
            </w:r>
          </w:p>
        </w:tc>
        <w:tc>
          <w:tcPr>
            <w:tcW w:w="2163" w:type="dxa"/>
            <w:shd w:val="clear" w:color="auto" w:fill="F2F2F2"/>
            <w:vAlign w:val="center"/>
          </w:tcPr>
          <w:p w:rsidRPr="008C4E3F" w:rsidR="00EE1358" w:rsidRDefault="00F372C0" w14:paraId="644774C5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4"/>
                <w:lang w:val="tr-TR"/>
              </w:rPr>
              <w:t>Uzmanlık Alanı</w:t>
            </w:r>
          </w:p>
        </w:tc>
        <w:tc>
          <w:tcPr>
            <w:tcW w:w="2163" w:type="dxa"/>
            <w:shd w:val="clear" w:color="auto" w:fill="F2F2F2"/>
            <w:vAlign w:val="center"/>
          </w:tcPr>
          <w:p w:rsidRPr="008C4E3F" w:rsidR="00EE1358" w:rsidRDefault="00F372C0" w14:paraId="245797F0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4"/>
                <w:lang w:val="tr-TR"/>
              </w:rPr>
              <w:t>Mesleki Bilgi Puanı</w:t>
            </w:r>
          </w:p>
        </w:tc>
        <w:tc>
          <w:tcPr>
            <w:tcW w:w="2163" w:type="dxa"/>
            <w:shd w:val="clear" w:color="auto" w:fill="F2F2F2"/>
            <w:vAlign w:val="center"/>
          </w:tcPr>
          <w:p w:rsidRPr="008C4E3F" w:rsidR="00EE1358" w:rsidRDefault="00F372C0" w14:paraId="4F6C9B04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4"/>
                <w:lang w:val="tr-TR"/>
              </w:rPr>
              <w:t>Uygulama ve Beceri Puanı</w:t>
            </w:r>
          </w:p>
        </w:tc>
        <w:tc>
          <w:tcPr>
            <w:tcW w:w="2163" w:type="dxa"/>
            <w:shd w:val="clear" w:color="auto" w:fill="F2F2F2"/>
            <w:vAlign w:val="center"/>
          </w:tcPr>
          <w:p w:rsidRPr="008C4E3F" w:rsidR="00EE1358" w:rsidRDefault="00F372C0" w14:paraId="1483D793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4"/>
                <w:lang w:val="tr-TR"/>
              </w:rPr>
              <w:t>İmza</w:t>
            </w:r>
          </w:p>
        </w:tc>
        <w:tc>
          <w:tcPr>
            <w:tcW w:w="2163" w:type="dxa"/>
            <w:shd w:val="clear" w:color="auto" w:fill="F2F2F2"/>
            <w:vAlign w:val="center"/>
          </w:tcPr>
          <w:p w:rsidRPr="008C4E3F" w:rsidR="00EE1358" w:rsidRDefault="00F372C0" w14:paraId="20F1E431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4"/>
                <w:lang w:val="tr-TR"/>
              </w:rPr>
              <w:t>Açıklama</w:t>
            </w:r>
          </w:p>
        </w:tc>
      </w:tr>
      <w:tr w:rsidRPr="00E25F4A" w:rsidR="00EE1358" w:rsidTr="008C4E3F" w14:paraId="05469725" w14:textId="77777777">
        <w:tc>
          <w:tcPr>
            <w:tcW w:w="2163" w:type="dxa"/>
            <w:vAlign w:val="center"/>
          </w:tcPr>
          <w:p w:rsidRPr="008C4E3F" w:rsidR="00EE1358" w:rsidRDefault="00F372C0" w14:paraId="7D0498A6" w14:textId="77777777">
            <w:pPr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Başkan</w:t>
            </w:r>
          </w:p>
        </w:tc>
        <w:tc>
          <w:tcPr>
            <w:tcW w:w="2163" w:type="dxa"/>
          </w:tcPr>
          <w:p w:rsidRPr="00E25F4A" w:rsidR="00EE1358" w:rsidP="00E25F4A" w:rsidRDefault="00EE1358" w14:paraId="346107B9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097221F2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7A8CFD4E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0DDE829D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2C457C74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00C4498F" w14:textId="77777777">
            <w:pPr>
              <w:rPr>
                <w:sz w:val="12"/>
                <w:lang w:val="tr-TR"/>
              </w:rPr>
            </w:pPr>
          </w:p>
        </w:tc>
      </w:tr>
      <w:tr w:rsidRPr="00E25F4A" w:rsidR="00EE1358" w:rsidTr="008C4E3F" w14:paraId="2E39A66F" w14:textId="77777777">
        <w:tc>
          <w:tcPr>
            <w:tcW w:w="2163" w:type="dxa"/>
            <w:vAlign w:val="center"/>
          </w:tcPr>
          <w:p w:rsidRPr="008C4E3F" w:rsidR="00EE1358" w:rsidRDefault="00F372C0" w14:paraId="00210FA8" w14:textId="77777777">
            <w:pPr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Kâtip Üye</w:t>
            </w:r>
          </w:p>
        </w:tc>
        <w:tc>
          <w:tcPr>
            <w:tcW w:w="2163" w:type="dxa"/>
          </w:tcPr>
          <w:p w:rsidRPr="00E25F4A" w:rsidR="00EE1358" w:rsidP="00E25F4A" w:rsidRDefault="00EE1358" w14:paraId="0F625B43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4B53C886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68408F61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0FC97254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3E33BE2F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6213D75B" w14:textId="77777777">
            <w:pPr>
              <w:rPr>
                <w:sz w:val="12"/>
                <w:lang w:val="tr-TR"/>
              </w:rPr>
            </w:pPr>
          </w:p>
        </w:tc>
      </w:tr>
      <w:tr w:rsidRPr="00E25F4A" w:rsidR="00EE1358" w:rsidTr="008C4E3F" w14:paraId="002FC3D6" w14:textId="77777777">
        <w:tc>
          <w:tcPr>
            <w:tcW w:w="2163" w:type="dxa"/>
            <w:vAlign w:val="center"/>
          </w:tcPr>
          <w:p w:rsidRPr="008C4E3F" w:rsidR="00EE1358" w:rsidRDefault="00F372C0" w14:paraId="74B2CB22" w14:textId="77777777">
            <w:pPr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</w:t>
            </w:r>
          </w:p>
        </w:tc>
        <w:tc>
          <w:tcPr>
            <w:tcW w:w="2163" w:type="dxa"/>
          </w:tcPr>
          <w:p w:rsidRPr="00E25F4A" w:rsidR="00EE1358" w:rsidP="00E25F4A" w:rsidRDefault="00EE1358" w14:paraId="0A27DD41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365FAA81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0F1CF0EE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64539AAC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7661ABDF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1C0B7FBA" w14:textId="77777777">
            <w:pPr>
              <w:rPr>
                <w:sz w:val="12"/>
                <w:lang w:val="tr-TR"/>
              </w:rPr>
            </w:pPr>
          </w:p>
        </w:tc>
      </w:tr>
      <w:tr w:rsidRPr="00E25F4A" w:rsidR="00EE1358" w:rsidTr="008C4E3F" w14:paraId="5B49BACF" w14:textId="77777777">
        <w:tc>
          <w:tcPr>
            <w:tcW w:w="2163" w:type="dxa"/>
            <w:vAlign w:val="center"/>
          </w:tcPr>
          <w:p w:rsidRPr="008C4E3F" w:rsidR="00EE1358" w:rsidRDefault="00F372C0" w14:paraId="4378A43C" w14:textId="77777777">
            <w:pPr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</w:t>
            </w:r>
          </w:p>
        </w:tc>
        <w:tc>
          <w:tcPr>
            <w:tcW w:w="2163" w:type="dxa"/>
          </w:tcPr>
          <w:p w:rsidRPr="00E25F4A" w:rsidR="00EE1358" w:rsidP="00E25F4A" w:rsidRDefault="00EE1358" w14:paraId="0641742F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1812DD88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26C97590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19AFCFE9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08C7D2C6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74EDA116" w14:textId="77777777">
            <w:pPr>
              <w:rPr>
                <w:sz w:val="12"/>
                <w:lang w:val="tr-TR"/>
              </w:rPr>
            </w:pPr>
          </w:p>
        </w:tc>
      </w:tr>
      <w:tr w:rsidRPr="00E25F4A" w:rsidR="00EE1358" w:rsidTr="008C4E3F" w14:paraId="1EF9D09D" w14:textId="77777777">
        <w:tc>
          <w:tcPr>
            <w:tcW w:w="2163" w:type="dxa"/>
            <w:vAlign w:val="center"/>
          </w:tcPr>
          <w:p w:rsidRPr="008C4E3F" w:rsidR="00EE1358" w:rsidRDefault="00F372C0" w14:paraId="36906DBE" w14:textId="77777777">
            <w:pPr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</w:t>
            </w:r>
          </w:p>
        </w:tc>
        <w:tc>
          <w:tcPr>
            <w:tcW w:w="2163" w:type="dxa"/>
          </w:tcPr>
          <w:p w:rsidRPr="00E25F4A" w:rsidR="00EE1358" w:rsidP="00E25F4A" w:rsidRDefault="00EE1358" w14:paraId="5DCEE3FE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650D7C89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516F77DF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3C5699A0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61507361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EE1358" w:rsidP="00E25F4A" w:rsidRDefault="00EE1358" w14:paraId="66672B6D" w14:textId="77777777">
            <w:pPr>
              <w:rPr>
                <w:sz w:val="12"/>
                <w:lang w:val="tr-TR"/>
              </w:rPr>
            </w:pPr>
          </w:p>
        </w:tc>
      </w:tr>
      <w:tr w:rsidRPr="00E25F4A" w:rsidR="008C4E3F" w:rsidTr="000F5360" w14:paraId="5796A6D0" w14:textId="77777777">
        <w:tc>
          <w:tcPr>
            <w:tcW w:w="2163" w:type="dxa"/>
            <w:vAlign w:val="center"/>
          </w:tcPr>
          <w:p w:rsidRPr="008C4E3F" w:rsidR="008C4E3F" w:rsidP="008C4E3F" w:rsidRDefault="008C4E3F" w14:paraId="70C4CC9B" w14:textId="77777777">
            <w:pPr>
              <w:rPr>
                <w:sz w:val="16"/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Puan Ortalaması</w:t>
            </w:r>
          </w:p>
        </w:tc>
        <w:tc>
          <w:tcPr>
            <w:tcW w:w="2163" w:type="dxa"/>
            <w:vAlign w:val="center"/>
          </w:tcPr>
          <w:p w:rsidRPr="00E25F4A" w:rsidR="008C4E3F" w:rsidP="00E25F4A" w:rsidRDefault="008C4E3F" w14:paraId="48EA51A4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  <w:vAlign w:val="center"/>
          </w:tcPr>
          <w:p w:rsidRPr="008C4E3F" w:rsidR="008C4E3F" w:rsidP="008C4E3F" w:rsidRDefault="008C4E3F" w14:paraId="604AD9D1" w14:textId="77777777">
            <w:pPr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Sonuç</w:t>
            </w:r>
          </w:p>
        </w:tc>
        <w:tc>
          <w:tcPr>
            <w:tcW w:w="2163" w:type="dxa"/>
          </w:tcPr>
          <w:p w:rsidRPr="00E25F4A" w:rsidR="008C4E3F" w:rsidP="00E25F4A" w:rsidRDefault="008C4E3F" w14:paraId="32930D94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8C4E3F" w:rsidP="00E25F4A" w:rsidRDefault="008C4E3F" w14:paraId="4E7CBAC2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8C4E3F" w:rsidP="00E25F4A" w:rsidRDefault="008C4E3F" w14:paraId="22159612" w14:textId="77777777">
            <w:pPr>
              <w:rPr>
                <w:sz w:val="12"/>
                <w:lang w:val="tr-TR"/>
              </w:rPr>
            </w:pPr>
          </w:p>
        </w:tc>
        <w:tc>
          <w:tcPr>
            <w:tcW w:w="2163" w:type="dxa"/>
          </w:tcPr>
          <w:p w:rsidRPr="00E25F4A" w:rsidR="008C4E3F" w:rsidP="00E25F4A" w:rsidRDefault="008C4E3F" w14:paraId="312AF21A" w14:textId="77777777">
            <w:pPr>
              <w:rPr>
                <w:sz w:val="12"/>
                <w:lang w:val="tr-TR"/>
              </w:rPr>
            </w:pPr>
          </w:p>
        </w:tc>
      </w:tr>
    </w:tbl>
    <w:p w:rsidRPr="00E25F4A" w:rsidR="008C4E3F" w:rsidP="00E25F4A" w:rsidRDefault="008C4E3F" w14:paraId="498A4B75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597DB5CC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46B43B56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0B551F1F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5B97A9AC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64551B47" w14:textId="77777777">
      <w:pPr>
        <w:spacing w:after="0" w:line="240" w:lineRule="auto"/>
        <w:rPr>
          <w:sz w:val="12"/>
          <w:lang w:val="tr-TR"/>
        </w:rPr>
      </w:pPr>
    </w:p>
    <w:p w:rsidRPr="008C4E3F" w:rsidR="00EE1358" w:rsidP="00E25F4A" w:rsidRDefault="00F372C0" w14:paraId="30044CEF" w14:textId="77777777">
      <w:pPr>
        <w:spacing w:after="80" w:line="240" w:lineRule="auto"/>
        <w:rPr>
          <w:lang w:val="tr-TR"/>
        </w:rPr>
      </w:pPr>
      <w:r w:rsidRPr="008C4E3F">
        <w:rPr>
          <w:sz w:val="14"/>
          <w:lang w:val="tr-TR"/>
        </w:rPr>
        <w:t>Bu tutanak toplam …… sayfadır. Tutanak, Tıpta ve Diş Hekimliğinde Uzmanlık Eğitimi mevzuatı çerçevesinde düzenlenir.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028"/>
        <w:gridCol w:w="3028"/>
        <w:gridCol w:w="3028"/>
        <w:gridCol w:w="3028"/>
        <w:gridCol w:w="3028"/>
      </w:tblGrid>
      <w:tr w:rsidRPr="00E25F4A" w:rsidR="00EE1358" w14:paraId="2F02048E" w14:textId="77777777">
        <w:trPr>
          <w:jc w:val="center"/>
        </w:trPr>
        <w:tc>
          <w:tcPr>
            <w:tcW w:w="3028" w:type="dxa"/>
            <w:vAlign w:val="center"/>
          </w:tcPr>
          <w:p w:rsidRPr="008C4E3F" w:rsidR="00EE1358" w:rsidRDefault="00F372C0" w14:paraId="30083402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Başkan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45BFF9A2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Kâtip Üye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70D88B93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3E6F6A6F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5352EAAE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</w:tr>
    </w:tbl>
    <w:p w:rsidRPr="008C4E3F" w:rsidR="00EE1358" w:rsidP="00E25F4A" w:rsidRDefault="00F372C0" w14:paraId="7B759246" w14:textId="77777777">
      <w:pPr>
        <w:spacing w:after="80" w:line="240" w:lineRule="auto"/>
        <w:rPr>
          <w:lang w:val="tr-TR"/>
        </w:rPr>
      </w:pPr>
      <w:r w:rsidRPr="008C4E3F">
        <w:rPr>
          <w:lang w:val="tr-TR"/>
        </w:rPr>
        <w:br w:type="page"/>
      </w:r>
      <w:r w:rsidRPr="008C4E3F">
        <w:rPr>
          <w:b/>
          <w:sz w:val="20"/>
          <w:lang w:val="tr-TR"/>
        </w:rPr>
        <w:lastRenderedPageBreak/>
        <w:t>Uzmanlık Eğitimini Bitirme Sınavı Tutanağı (2)</w:t>
      </w:r>
    </w:p>
    <w:p w:rsidRPr="008C4E3F" w:rsidR="00EE1358" w:rsidP="00E25F4A" w:rsidRDefault="00F372C0" w14:paraId="68798DB3" w14:textId="77777777">
      <w:pPr>
        <w:spacing w:after="80" w:line="240" w:lineRule="auto"/>
        <w:rPr>
          <w:lang w:val="tr-TR"/>
        </w:rPr>
      </w:pPr>
      <w:r w:rsidRPr="008C4E3F">
        <w:rPr>
          <w:sz w:val="16"/>
          <w:lang w:val="tr-TR"/>
        </w:rPr>
        <w:t>Mesleki Bilgi Sınavında sorulan sorular ile verilen cevaplar aşağıdaki alana yazılır; gerektiğinde sayfa çoğaltılabilir.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569"/>
        <w:gridCol w:w="7569"/>
      </w:tblGrid>
      <w:tr w:rsidRPr="00E25F4A" w:rsidR="00EE1358" w14:paraId="402ED230" w14:textId="77777777">
        <w:tc>
          <w:tcPr>
            <w:tcW w:w="7569" w:type="dxa"/>
            <w:shd w:val="clear" w:color="auto" w:fill="F2F2F2"/>
            <w:vAlign w:val="center"/>
          </w:tcPr>
          <w:p w:rsidRPr="008C4E3F" w:rsidR="00EE1358" w:rsidRDefault="00F372C0" w14:paraId="1A3DF90D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Sıra</w:t>
            </w:r>
          </w:p>
        </w:tc>
        <w:tc>
          <w:tcPr>
            <w:tcW w:w="7569" w:type="dxa"/>
            <w:shd w:val="clear" w:color="auto" w:fill="F2F2F2"/>
            <w:vAlign w:val="center"/>
          </w:tcPr>
          <w:p w:rsidRPr="008C4E3F" w:rsidR="00EE1358" w:rsidRDefault="00F372C0" w14:paraId="56882636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Soru / Cevap / Uygulama Açıklaması</w:t>
            </w:r>
          </w:p>
        </w:tc>
      </w:tr>
      <w:tr w:rsidRPr="00E25F4A" w:rsidR="00EE1358" w14:paraId="1E9FB394" w14:textId="77777777">
        <w:tc>
          <w:tcPr>
            <w:tcW w:w="7569" w:type="dxa"/>
            <w:vAlign w:val="center"/>
          </w:tcPr>
          <w:p w:rsidRPr="008C4E3F" w:rsidR="00EE1358" w:rsidRDefault="00F372C0" w14:paraId="5F425CD8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1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0FF0A968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51FF7149" w14:textId="77777777">
        <w:tc>
          <w:tcPr>
            <w:tcW w:w="7569" w:type="dxa"/>
            <w:vAlign w:val="center"/>
          </w:tcPr>
          <w:p w:rsidRPr="008C4E3F" w:rsidR="00EE1358" w:rsidRDefault="00F372C0" w14:paraId="6FB90277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2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27A076EF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2A0BF7A9" w14:textId="77777777">
        <w:tc>
          <w:tcPr>
            <w:tcW w:w="7569" w:type="dxa"/>
            <w:vAlign w:val="center"/>
          </w:tcPr>
          <w:p w:rsidRPr="008C4E3F" w:rsidR="00EE1358" w:rsidRDefault="00F372C0" w14:paraId="4FA9DBC7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3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42614E77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43D950A8" w14:textId="77777777">
        <w:tc>
          <w:tcPr>
            <w:tcW w:w="7569" w:type="dxa"/>
            <w:vAlign w:val="center"/>
          </w:tcPr>
          <w:p w:rsidRPr="008C4E3F" w:rsidR="00EE1358" w:rsidRDefault="00F372C0" w14:paraId="2828CC5D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4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4034C794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75F5CB5B" w14:textId="77777777">
        <w:tc>
          <w:tcPr>
            <w:tcW w:w="7569" w:type="dxa"/>
            <w:vAlign w:val="center"/>
          </w:tcPr>
          <w:p w:rsidRPr="008C4E3F" w:rsidR="00EE1358" w:rsidRDefault="00F372C0" w14:paraId="02F81959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5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02F1166B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05275107" w14:textId="77777777">
        <w:tc>
          <w:tcPr>
            <w:tcW w:w="7569" w:type="dxa"/>
            <w:vAlign w:val="center"/>
          </w:tcPr>
          <w:p w:rsidRPr="008C4E3F" w:rsidR="00EE1358" w:rsidRDefault="00F372C0" w14:paraId="718753A4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6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6FA0C15F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2390068C" w14:textId="77777777">
        <w:tc>
          <w:tcPr>
            <w:tcW w:w="7569" w:type="dxa"/>
            <w:vAlign w:val="center"/>
          </w:tcPr>
          <w:p w:rsidRPr="008C4E3F" w:rsidR="00EE1358" w:rsidRDefault="00F372C0" w14:paraId="505C223A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7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7999FD1C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06E81600" w14:textId="77777777">
        <w:tc>
          <w:tcPr>
            <w:tcW w:w="7569" w:type="dxa"/>
            <w:vAlign w:val="center"/>
          </w:tcPr>
          <w:p w:rsidRPr="008C4E3F" w:rsidR="00EE1358" w:rsidRDefault="00F372C0" w14:paraId="6757E793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8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325BCD84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13E14C97" w14:textId="77777777">
        <w:tc>
          <w:tcPr>
            <w:tcW w:w="7569" w:type="dxa"/>
            <w:vAlign w:val="center"/>
          </w:tcPr>
          <w:p w:rsidRPr="008C4E3F" w:rsidR="00EE1358" w:rsidRDefault="00F372C0" w14:paraId="10A0B7B3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9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00B3FC43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5A42C84B" w14:textId="77777777">
        <w:tc>
          <w:tcPr>
            <w:tcW w:w="7569" w:type="dxa"/>
            <w:vAlign w:val="center"/>
          </w:tcPr>
          <w:p w:rsidRPr="008C4E3F" w:rsidR="00EE1358" w:rsidRDefault="00F372C0" w14:paraId="454403D0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10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5D53286D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102CCE6A" w14:textId="77777777">
        <w:tc>
          <w:tcPr>
            <w:tcW w:w="7569" w:type="dxa"/>
            <w:vAlign w:val="center"/>
          </w:tcPr>
          <w:p w:rsidRPr="008C4E3F" w:rsidR="00EE1358" w:rsidRDefault="00F372C0" w14:paraId="4F0AD843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11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6E175535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</w:tbl>
    <w:p w:rsidRPr="00E25F4A" w:rsidR="00EE1358" w:rsidP="00E25F4A" w:rsidRDefault="00EE1358" w14:paraId="21F76B3D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2BD9B583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5A153ED3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7C18157E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42FD71BE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10016051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1FD8B22F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573875BC" w14:textId="77777777">
      <w:pPr>
        <w:spacing w:after="0" w:line="240" w:lineRule="auto"/>
        <w:rPr>
          <w:sz w:val="12"/>
          <w:lang w:val="tr-TR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028"/>
        <w:gridCol w:w="3028"/>
        <w:gridCol w:w="3028"/>
        <w:gridCol w:w="3028"/>
        <w:gridCol w:w="3028"/>
      </w:tblGrid>
      <w:tr w:rsidRPr="00E25F4A" w:rsidR="00EE1358" w14:paraId="50CCE933" w14:textId="77777777">
        <w:trPr>
          <w:jc w:val="center"/>
        </w:trPr>
        <w:tc>
          <w:tcPr>
            <w:tcW w:w="3028" w:type="dxa"/>
            <w:vAlign w:val="center"/>
          </w:tcPr>
          <w:p w:rsidRPr="008C4E3F" w:rsidR="00EE1358" w:rsidRDefault="00F372C0" w14:paraId="2C09A422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Başkan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08EA8957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Kâtip 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28A3920B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262675C2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2C804B13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</w:tr>
    </w:tbl>
    <w:p w:rsidRPr="008C4E3F" w:rsidR="00EE1358" w:rsidP="00E25F4A" w:rsidRDefault="00F372C0" w14:paraId="601B2670" w14:textId="77777777">
      <w:pPr>
        <w:spacing w:after="80" w:line="240" w:lineRule="auto"/>
        <w:rPr>
          <w:lang w:val="tr-TR"/>
        </w:rPr>
      </w:pPr>
      <w:r w:rsidRPr="008C4E3F">
        <w:rPr>
          <w:lang w:val="tr-TR"/>
        </w:rPr>
        <w:br w:type="page"/>
      </w:r>
      <w:r w:rsidRPr="008C4E3F">
        <w:rPr>
          <w:b/>
          <w:sz w:val="20"/>
          <w:lang w:val="tr-TR"/>
        </w:rPr>
        <w:t>Uzmanlık Eğitimini Bitirme Sınavı Tutanağı (3)</w:t>
      </w:r>
    </w:p>
    <w:p w:rsidRPr="008C4E3F" w:rsidR="00EE1358" w:rsidP="00E25F4A" w:rsidRDefault="00F372C0" w14:paraId="0C9E7985" w14:textId="77777777">
      <w:pPr>
        <w:spacing w:after="80" w:line="240" w:lineRule="auto"/>
        <w:rPr>
          <w:lang w:val="tr-TR"/>
        </w:rPr>
      </w:pPr>
      <w:r w:rsidRPr="008C4E3F">
        <w:rPr>
          <w:sz w:val="16"/>
          <w:lang w:val="tr-TR"/>
        </w:rPr>
        <w:t>Uygulama ve Beceri Sınavında istenilen uygulama ve beceriler ile adayın sınavda yaptıkları aşağıdaki alana yazılır; gerektiğinde sayfa çoğaltılabilir.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569"/>
        <w:gridCol w:w="7569"/>
      </w:tblGrid>
      <w:tr w:rsidRPr="00E25F4A" w:rsidR="00EE1358" w14:paraId="7C397E91" w14:textId="77777777">
        <w:tc>
          <w:tcPr>
            <w:tcW w:w="7569" w:type="dxa"/>
            <w:shd w:val="clear" w:color="auto" w:fill="F2F2F2"/>
            <w:vAlign w:val="center"/>
          </w:tcPr>
          <w:p w:rsidRPr="008C4E3F" w:rsidR="00EE1358" w:rsidRDefault="00F372C0" w14:paraId="36A8AD32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Sıra</w:t>
            </w:r>
          </w:p>
        </w:tc>
        <w:tc>
          <w:tcPr>
            <w:tcW w:w="7569" w:type="dxa"/>
            <w:shd w:val="clear" w:color="auto" w:fill="F2F2F2"/>
            <w:vAlign w:val="center"/>
          </w:tcPr>
          <w:p w:rsidRPr="008C4E3F" w:rsidR="00EE1358" w:rsidRDefault="00F372C0" w14:paraId="000934C1" w14:textId="77777777">
            <w:pPr>
              <w:jc w:val="center"/>
              <w:rPr>
                <w:lang w:val="tr-TR"/>
              </w:rPr>
            </w:pPr>
            <w:r w:rsidRPr="008C4E3F">
              <w:rPr>
                <w:b/>
                <w:sz w:val="16"/>
                <w:lang w:val="tr-TR"/>
              </w:rPr>
              <w:t>Soru / Cevap / Uygulama Açıklaması</w:t>
            </w:r>
          </w:p>
        </w:tc>
      </w:tr>
      <w:tr w:rsidRPr="00E25F4A" w:rsidR="00EE1358" w14:paraId="60A4D04C" w14:textId="77777777">
        <w:tc>
          <w:tcPr>
            <w:tcW w:w="7569" w:type="dxa"/>
            <w:vAlign w:val="center"/>
          </w:tcPr>
          <w:p w:rsidRPr="008C4E3F" w:rsidR="00EE1358" w:rsidRDefault="00F372C0" w14:paraId="44B97232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1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195EB079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405A3C2B" w14:textId="77777777">
        <w:tc>
          <w:tcPr>
            <w:tcW w:w="7569" w:type="dxa"/>
            <w:vAlign w:val="center"/>
          </w:tcPr>
          <w:p w:rsidRPr="008C4E3F" w:rsidR="00EE1358" w:rsidRDefault="00F372C0" w14:paraId="2DD7D23F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2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4BA97E2C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39C0567B" w14:textId="77777777">
        <w:tc>
          <w:tcPr>
            <w:tcW w:w="7569" w:type="dxa"/>
            <w:vAlign w:val="center"/>
          </w:tcPr>
          <w:p w:rsidRPr="008C4E3F" w:rsidR="00EE1358" w:rsidRDefault="00F372C0" w14:paraId="60C323D2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3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39422633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495074CF" w14:textId="77777777">
        <w:tc>
          <w:tcPr>
            <w:tcW w:w="7569" w:type="dxa"/>
            <w:vAlign w:val="center"/>
          </w:tcPr>
          <w:p w:rsidRPr="008C4E3F" w:rsidR="00EE1358" w:rsidRDefault="00F372C0" w14:paraId="22C2925D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4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1D75BFEC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0A6E3248" w14:textId="77777777">
        <w:tc>
          <w:tcPr>
            <w:tcW w:w="7569" w:type="dxa"/>
            <w:vAlign w:val="center"/>
          </w:tcPr>
          <w:p w:rsidRPr="008C4E3F" w:rsidR="00EE1358" w:rsidRDefault="00F372C0" w14:paraId="2E9E0C41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5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0048F867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75F5CDE9" w14:textId="77777777">
        <w:tc>
          <w:tcPr>
            <w:tcW w:w="7569" w:type="dxa"/>
            <w:vAlign w:val="center"/>
          </w:tcPr>
          <w:p w:rsidRPr="008C4E3F" w:rsidR="00EE1358" w:rsidRDefault="00F372C0" w14:paraId="408BA3BD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6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481558A0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31A854C6" w14:textId="77777777">
        <w:tc>
          <w:tcPr>
            <w:tcW w:w="7569" w:type="dxa"/>
            <w:vAlign w:val="center"/>
          </w:tcPr>
          <w:p w:rsidRPr="008C4E3F" w:rsidR="00EE1358" w:rsidRDefault="00F372C0" w14:paraId="71E9510A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7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1ED6CDF8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35477796" w14:textId="77777777">
        <w:tc>
          <w:tcPr>
            <w:tcW w:w="7569" w:type="dxa"/>
            <w:vAlign w:val="center"/>
          </w:tcPr>
          <w:p w:rsidRPr="008C4E3F" w:rsidR="00EE1358" w:rsidRDefault="00F372C0" w14:paraId="21C8F3D1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8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353E6222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138218CD" w14:textId="77777777">
        <w:tc>
          <w:tcPr>
            <w:tcW w:w="7569" w:type="dxa"/>
            <w:vAlign w:val="center"/>
          </w:tcPr>
          <w:p w:rsidRPr="008C4E3F" w:rsidR="00EE1358" w:rsidRDefault="00F372C0" w14:paraId="11C3890A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9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156D0C6B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2BE21E8F" w14:textId="77777777">
        <w:tc>
          <w:tcPr>
            <w:tcW w:w="7569" w:type="dxa"/>
            <w:vAlign w:val="center"/>
          </w:tcPr>
          <w:p w:rsidRPr="008C4E3F" w:rsidR="00EE1358" w:rsidRDefault="00F372C0" w14:paraId="00FE1F3B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10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3000DB19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  <w:tr w:rsidRPr="00E25F4A" w:rsidR="00EE1358" w14:paraId="5B41B814" w14:textId="77777777">
        <w:tc>
          <w:tcPr>
            <w:tcW w:w="7569" w:type="dxa"/>
            <w:vAlign w:val="center"/>
          </w:tcPr>
          <w:p w:rsidRPr="008C4E3F" w:rsidR="00EE1358" w:rsidRDefault="00F372C0" w14:paraId="1CBB1613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11</w:t>
            </w:r>
          </w:p>
        </w:tc>
        <w:tc>
          <w:tcPr>
            <w:tcW w:w="7569" w:type="dxa"/>
            <w:vAlign w:val="center"/>
          </w:tcPr>
          <w:p w:rsidRPr="00E25F4A" w:rsidR="00EE1358" w:rsidP="00E25F4A" w:rsidRDefault="00F372C0" w14:paraId="504AA8FC" w14:textId="77777777">
            <w:pPr>
              <w:rPr>
                <w:sz w:val="12"/>
                <w:lang w:val="tr-TR"/>
              </w:rPr>
            </w:pPr>
            <w:r w:rsidRPr="00E25F4A">
              <w:rPr>
                <w:sz w:val="12"/>
                <w:lang w:val="tr-TR"/>
              </w:rPr>
              <w:br/>
            </w:r>
          </w:p>
        </w:tc>
      </w:tr>
    </w:tbl>
    <w:p w:rsidRPr="00E25F4A" w:rsidR="00EE1358" w:rsidP="00E25F4A" w:rsidRDefault="00EE1358" w14:paraId="033FC869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40F82243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0A472E13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67BF4F30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314DDECC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13690357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3EB1E22B" w14:textId="77777777">
      <w:pPr>
        <w:spacing w:after="0" w:line="240" w:lineRule="auto"/>
        <w:rPr>
          <w:sz w:val="12"/>
          <w:lang w:val="tr-TR"/>
        </w:rPr>
      </w:pPr>
    </w:p>
    <w:p w:rsidRPr="00E25F4A" w:rsidR="008C4E3F" w:rsidP="00E25F4A" w:rsidRDefault="008C4E3F" w14:paraId="493E62FD" w14:textId="77777777">
      <w:pPr>
        <w:spacing w:after="0" w:line="240" w:lineRule="auto"/>
        <w:rPr>
          <w:sz w:val="12"/>
          <w:lang w:val="tr-TR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028"/>
        <w:gridCol w:w="3028"/>
        <w:gridCol w:w="3028"/>
        <w:gridCol w:w="3028"/>
        <w:gridCol w:w="3028"/>
      </w:tblGrid>
      <w:tr w:rsidRPr="00E25F4A" w:rsidR="00EE1358" w14:paraId="65FC0BAC" w14:textId="77777777">
        <w:trPr>
          <w:jc w:val="center"/>
        </w:trPr>
        <w:tc>
          <w:tcPr>
            <w:tcW w:w="3028" w:type="dxa"/>
            <w:vAlign w:val="center"/>
          </w:tcPr>
          <w:p w:rsidRPr="008C4E3F" w:rsidR="00EE1358" w:rsidRDefault="00F372C0" w14:paraId="796855CE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Başkan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32B0AE22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Kâtip 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3F151037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261BDADC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028" w:type="dxa"/>
            <w:vAlign w:val="center"/>
          </w:tcPr>
          <w:p w:rsidRPr="008C4E3F" w:rsidR="00EE1358" w:rsidRDefault="00F372C0" w14:paraId="15A7EB56" w14:textId="77777777">
            <w:pPr>
              <w:jc w:val="center"/>
              <w:rPr>
                <w:lang w:val="tr-TR"/>
              </w:rPr>
            </w:pPr>
            <w:r w:rsidRPr="008C4E3F">
              <w:rPr>
                <w:sz w:val="16"/>
                <w:lang w:val="tr-TR"/>
              </w:rPr>
              <w:t>Üye Paraf</w:t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</w:r>
            <w:r w:rsidRPr="008C4E3F">
              <w:rPr>
                <w:sz w:val="16"/>
                <w:lang w:val="tr-TR"/>
              </w:rPr>
              <w:br/>
              <w:t>Unvanı Adı Soyadı</w:t>
            </w:r>
            <w:r w:rsidRPr="008C4E3F">
              <w:rPr>
                <w:sz w:val="16"/>
                <w:lang w:val="tr-TR"/>
              </w:rPr>
              <w:br/>
              <w:t>İmza</w:t>
            </w:r>
          </w:p>
        </w:tc>
      </w:tr>
    </w:tbl>
    <w:p w:rsidRPr="008C4E3F" w:rsidR="00B57323" w:rsidP="00E25F4A" w:rsidRDefault="008C4E3F" w14:paraId="11589FA0" w14:textId="77777777">
      <w:pPr>
        <w:tabs>
          <w:tab w:val="left" w:pos="5297"/>
        </w:tabs>
        <w:spacing w:after="80" w:line="240" w:lineRule="auto"/>
        <w:rPr>
          <w:lang w:val="tr-TR"/>
        </w:rPr>
      </w:pPr>
      <w:r w:rsidRPr="008C4E3F">
        <w:rPr>
          <w:lang w:val="tr-TR"/>
        </w:rPr>
        <w:tab/>
      </w:r>
    </w:p>
    <w:sectPr w:rsidRPr="008C4E3F" w:rsidR="00B57323" w:rsidSect="00034616">
      <w:headerReference w:type="default" r:id="R13a730b90ac94fe6"/>
      <w:headerReference w:type="first" r:id="R13a730b90ac94fe6"/>
      <w:headerReference w:type="even" r:id="R13a730b90ac94fe6"/>
      <w:footerReference w:type="default" r:id="R782e927c2c094e32"/>
      <w:footerReference w:type="first" r:id="R782e927c2c094e32"/>
      <w:footerReference w:type="even" r:id="R782e927c2c094e32"/>
      <w:pgSz w:w="16838" w:h="11906" w:orient="landscape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57706" w14:textId="77777777" w:rsidR="00F372C0" w:rsidRDefault="00F372C0">
      <w:pPr>
        <w:spacing w:after="0" w:line="240" w:lineRule="auto"/>
      </w:pPr>
      <w:r>
        <w:separator/>
      </w:r>
    </w:p>
  </w:endnote>
  <w:endnote w:type="continuationSeparator" w:id="0">
    <w:p w14:paraId="64473FEA" w14:textId="77777777" w:rsidR="00F372C0" w:rsidRDefault="00F37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KYS-FR.359,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806f7082b24439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bf844f014cc40e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CA9C1" w14:textId="77777777" w:rsidR="00F372C0" w:rsidRDefault="00F372C0">
      <w:pPr>
        <w:spacing w:after="0" w:line="240" w:lineRule="auto"/>
      </w:pPr>
      <w:r>
        <w:separator/>
      </w:r>
    </w:p>
  </w:footnote>
  <w:footnote w:type="continuationSeparator" w:id="0">
    <w:p w14:paraId="3EED1351" w14:textId="77777777" w:rsidR="00F372C0" w:rsidRDefault="00F37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ad461408a13438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Eğitimini Bitirme Sınavı Tutanak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8868422">
    <w:abstractNumId w:val="8"/>
  </w:num>
  <w:num w:numId="2" w16cid:durableId="193811497">
    <w:abstractNumId w:val="6"/>
  </w:num>
  <w:num w:numId="3" w16cid:durableId="749884768">
    <w:abstractNumId w:val="5"/>
  </w:num>
  <w:num w:numId="4" w16cid:durableId="582449265">
    <w:abstractNumId w:val="4"/>
  </w:num>
  <w:num w:numId="5" w16cid:durableId="228199651">
    <w:abstractNumId w:val="7"/>
  </w:num>
  <w:num w:numId="6" w16cid:durableId="119764837">
    <w:abstractNumId w:val="3"/>
  </w:num>
  <w:num w:numId="7" w16cid:durableId="915045310">
    <w:abstractNumId w:val="2"/>
  </w:num>
  <w:num w:numId="8" w16cid:durableId="745955207">
    <w:abstractNumId w:val="1"/>
  </w:num>
  <w:num w:numId="9" w16cid:durableId="2078551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45F8D"/>
    <w:rsid w:val="0006063C"/>
    <w:rsid w:val="0015074B"/>
    <w:rsid w:val="0027274F"/>
    <w:rsid w:val="0029639D"/>
    <w:rsid w:val="002F2DCF"/>
    <w:rsid w:val="00326F90"/>
    <w:rsid w:val="00341FDD"/>
    <w:rsid w:val="003F7834"/>
    <w:rsid w:val="004E77A3"/>
    <w:rsid w:val="005E4149"/>
    <w:rsid w:val="008C4E3F"/>
    <w:rsid w:val="00AA1D8D"/>
    <w:rsid w:val="00B47730"/>
    <w:rsid w:val="00B57323"/>
    <w:rsid w:val="00CB0664"/>
    <w:rsid w:val="00E25F4A"/>
    <w:rsid w:val="00EE1358"/>
    <w:rsid w:val="00F372C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2DC165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eastAsia="Times New Roman" w:hAnsi="Times New Roman" w:cs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eastAsia="Times New Roman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eastAsia="Times New Roman" w:hAnsi="Times New Roman" w:cs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13a730b90ac94fe6" /><Relationship Type="http://schemas.openxmlformats.org/officeDocument/2006/relationships/footer" Target="/word/footer2.xml" Id="R782e927c2c094e32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dbf844f014cc40e0" /><Relationship Type="http://schemas.openxmlformats.org/officeDocument/2006/relationships/hyperlink" Target="https://kvys.giresun.edu.tr/dg/1021" TargetMode="External" Id="R4806f7082b24439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ad461408a1343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238</Words>
  <Characters>1381</Characters>
  <Application>Microsoft Office Word</Application>
  <DocSecurity>0</DocSecurity>
  <Lines>230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serdal karapinar</cp:lastModifiedBy>
  <cp:revision>5</cp:revision>
  <dcterms:created xsi:type="dcterms:W3CDTF">2013-12-23T23:15:00Z</dcterms:created>
  <dcterms:modified xsi:type="dcterms:W3CDTF">2026-09-28T12:16:00Z</dcterms:modified>
  <cp:category/>
</cp:coreProperties>
</file>