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1.xml" ContentType="application/vnd.openxmlformats-officedocument.wordprocessingml.head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E069D4" w:rsidP="0013155E" w:rsidRDefault="00000000" w14:paraId="2E710D16" w14:textId="77777777">
      <w:pPr>
        <w:jc w:val="right"/>
      </w:pPr>
      <w:r>
        <w:t>Tarih: …… / …… / 20……</w:t>
      </w:r>
    </w:p>
    <w:tbl>
      <w:tblPr>
        <w:tblStyle w:val="TabloKlavuzu"/>
        <w:tblW w:w="0" w:type="auto"/>
        <w:jc w:val="center"/>
        <w:tblLook w:val="04A0" w:firstRow="1" w:lastRow="0" w:firstColumn="1" w:lastColumn="0" w:noHBand="0" w:noVBand="1"/>
      </w:tblPr>
      <w:tblGrid>
        <w:gridCol w:w="2635"/>
        <w:gridCol w:w="2635"/>
        <w:gridCol w:w="2635"/>
        <w:gridCol w:w="2635"/>
      </w:tblGrid>
      <w:tr w:rsidR="00E069D4" w14:paraId="1B2E677D" w14:textId="77777777">
        <w:trPr>
          <w:jc w:val="center"/>
        </w:trPr>
        <w:tc>
          <w:tcPr>
            <w:tcW w:w="2635" w:type="dxa"/>
            <w:shd w:val="clear" w:color="auto" w:fill="F2F2F2"/>
            <w:vAlign w:val="center"/>
          </w:tcPr>
          <w:p w:rsidR="00E069D4" w:rsidRDefault="00000000" w14:paraId="420FDE9B" w14:textId="77777777">
            <w:r>
              <w:rPr>
                <w:b/>
                <w:sz w:val="16"/>
              </w:rPr>
              <w:t>Adı Soyadı</w:t>
            </w:r>
          </w:p>
        </w:tc>
        <w:tc>
          <w:tcPr>
            <w:tcW w:w="2635" w:type="dxa"/>
            <w:vAlign w:val="center"/>
          </w:tcPr>
          <w:p w:rsidR="00E069D4" w:rsidRDefault="00E069D4" w14:paraId="75DBC370" w14:textId="77777777"/>
        </w:tc>
        <w:tc>
          <w:tcPr>
            <w:tcW w:w="2635" w:type="dxa"/>
            <w:shd w:val="clear" w:color="auto" w:fill="F2F2F2"/>
            <w:vAlign w:val="center"/>
          </w:tcPr>
          <w:p w:rsidR="00E069D4" w:rsidRDefault="00000000" w14:paraId="0AE58572" w14:textId="77777777">
            <w:r>
              <w:rPr>
                <w:b/>
                <w:sz w:val="16"/>
              </w:rPr>
              <w:t>Anabilim Dalı</w:t>
            </w:r>
          </w:p>
        </w:tc>
        <w:tc>
          <w:tcPr>
            <w:tcW w:w="2635" w:type="dxa"/>
            <w:vAlign w:val="center"/>
          </w:tcPr>
          <w:p w:rsidR="00E069D4" w:rsidRDefault="00E069D4" w14:paraId="223D0D27" w14:textId="77777777"/>
        </w:tc>
      </w:tr>
      <w:tr w:rsidR="00E069D4" w14:paraId="10803542" w14:textId="77777777">
        <w:trPr>
          <w:jc w:val="center"/>
        </w:trPr>
        <w:tc>
          <w:tcPr>
            <w:tcW w:w="2635" w:type="dxa"/>
            <w:shd w:val="clear" w:color="auto" w:fill="F2F2F2"/>
            <w:vAlign w:val="center"/>
          </w:tcPr>
          <w:p w:rsidR="00E069D4" w:rsidRDefault="00000000" w14:paraId="5E44E37A" w14:textId="77777777">
            <w:r>
              <w:rPr>
                <w:b/>
                <w:sz w:val="16"/>
              </w:rPr>
              <w:t>Tez Başlığı</w:t>
            </w:r>
          </w:p>
        </w:tc>
        <w:tc>
          <w:tcPr>
            <w:tcW w:w="2635" w:type="dxa"/>
            <w:vAlign w:val="center"/>
          </w:tcPr>
          <w:p w:rsidR="00E069D4" w:rsidRDefault="00E069D4" w14:paraId="13D79A96" w14:textId="77777777"/>
        </w:tc>
        <w:tc>
          <w:tcPr>
            <w:tcW w:w="2635" w:type="dxa"/>
            <w:shd w:val="clear" w:color="auto" w:fill="F2F2F2"/>
            <w:vAlign w:val="center"/>
          </w:tcPr>
          <w:p w:rsidR="00E069D4" w:rsidRDefault="00000000" w14:paraId="5152291C" w14:textId="77777777">
            <w:r>
              <w:rPr>
                <w:b/>
                <w:sz w:val="16"/>
              </w:rPr>
              <w:t>Tez Danışmanı</w:t>
            </w:r>
          </w:p>
        </w:tc>
        <w:tc>
          <w:tcPr>
            <w:tcW w:w="2635" w:type="dxa"/>
            <w:vAlign w:val="center"/>
          </w:tcPr>
          <w:p w:rsidR="00E069D4" w:rsidRDefault="00E069D4" w14:paraId="57FFEEFD" w14:textId="77777777"/>
        </w:tc>
      </w:tr>
      <w:tr w:rsidR="00E069D4" w14:paraId="5702BD5E" w14:textId="77777777">
        <w:trPr>
          <w:jc w:val="center"/>
        </w:trPr>
        <w:tc>
          <w:tcPr>
            <w:tcW w:w="2635" w:type="dxa"/>
            <w:shd w:val="clear" w:color="auto" w:fill="F2F2F2"/>
            <w:vAlign w:val="center"/>
          </w:tcPr>
          <w:p w:rsidR="00E069D4" w:rsidRDefault="00000000" w14:paraId="2187D42F" w14:textId="77777777">
            <w:r>
              <w:rPr>
                <w:b/>
                <w:sz w:val="16"/>
              </w:rPr>
              <w:t>Rapor Tarihi</w:t>
            </w:r>
          </w:p>
        </w:tc>
        <w:tc>
          <w:tcPr>
            <w:tcW w:w="2635" w:type="dxa"/>
            <w:vAlign w:val="center"/>
          </w:tcPr>
          <w:p w:rsidR="00E069D4" w:rsidRDefault="00000000" w14:paraId="72E3D32E" w14:textId="77777777">
            <w:r>
              <w:rPr>
                <w:sz w:val="16"/>
              </w:rPr>
              <w:t>…… / …… / 20……</w:t>
            </w:r>
          </w:p>
        </w:tc>
        <w:tc>
          <w:tcPr>
            <w:tcW w:w="2635" w:type="dxa"/>
            <w:shd w:val="clear" w:color="auto" w:fill="F2F2F2"/>
            <w:vAlign w:val="center"/>
          </w:tcPr>
          <w:p w:rsidR="00E069D4" w:rsidRDefault="00000000" w14:paraId="29299030" w14:textId="77777777">
            <w:r>
              <w:rPr>
                <w:b/>
                <w:sz w:val="16"/>
              </w:rPr>
              <w:t>Benzerlik Oranı</w:t>
            </w:r>
          </w:p>
        </w:tc>
        <w:tc>
          <w:tcPr>
            <w:tcW w:w="2635" w:type="dxa"/>
            <w:vAlign w:val="center"/>
          </w:tcPr>
          <w:p w:rsidR="00E069D4" w:rsidRDefault="00000000" w14:paraId="3A8D3A4F" w14:textId="77777777">
            <w:r>
              <w:rPr>
                <w:sz w:val="16"/>
              </w:rPr>
              <w:t>% ……</w:t>
            </w:r>
          </w:p>
        </w:tc>
      </w:tr>
      <w:tr w:rsidR="00E069D4" w14:paraId="32035E38" w14:textId="77777777">
        <w:trPr>
          <w:jc w:val="center"/>
        </w:trPr>
        <w:tc>
          <w:tcPr>
            <w:tcW w:w="2635" w:type="dxa"/>
            <w:shd w:val="clear" w:color="auto" w:fill="F2F2F2"/>
            <w:vAlign w:val="center"/>
          </w:tcPr>
          <w:p w:rsidR="00E069D4" w:rsidRDefault="00000000" w14:paraId="1F27A2BB" w14:textId="77777777">
            <w:r>
              <w:rPr>
                <w:b/>
                <w:sz w:val="16"/>
              </w:rPr>
              <w:t>Raporlanan Sayfa Sayısı</w:t>
            </w:r>
          </w:p>
        </w:tc>
        <w:tc>
          <w:tcPr>
            <w:tcW w:w="2635" w:type="dxa"/>
            <w:vAlign w:val="center"/>
          </w:tcPr>
          <w:p w:rsidR="00E069D4" w:rsidRDefault="00000000" w14:paraId="4E9AA2C5" w14:textId="77777777">
            <w:r>
              <w:rPr>
                <w:sz w:val="16"/>
              </w:rPr>
              <w:t>…… sayfa</w:t>
            </w:r>
          </w:p>
        </w:tc>
        <w:tc>
          <w:tcPr>
            <w:tcW w:w="2635" w:type="dxa"/>
            <w:shd w:val="clear" w:color="auto" w:fill="F2F2F2"/>
            <w:vAlign w:val="center"/>
          </w:tcPr>
          <w:p w:rsidR="00E069D4" w:rsidRDefault="00000000" w14:paraId="1D633A4F" w14:textId="77777777">
            <w:r>
              <w:rPr>
                <w:b/>
                <w:sz w:val="16"/>
              </w:rPr>
              <w:t>Raporu Alan</w:t>
            </w:r>
          </w:p>
        </w:tc>
        <w:tc>
          <w:tcPr>
            <w:tcW w:w="2635" w:type="dxa"/>
            <w:vAlign w:val="center"/>
          </w:tcPr>
          <w:p w:rsidR="00E069D4" w:rsidRDefault="00000000" w14:paraId="02C09AE8" w14:textId="77777777">
            <w:r>
              <w:rPr>
                <w:sz w:val="16"/>
              </w:rPr>
              <w:t>Öğrenci / Tez Danışmanı</w:t>
            </w:r>
          </w:p>
        </w:tc>
      </w:tr>
    </w:tbl>
    <w:p w:rsidR="0013155E" w:rsidRDefault="0013155E" w14:paraId="63049880" w14:textId="77777777">
      <w:pPr>
        <w:rPr>
          <w:b/>
          <w:sz w:val="20"/>
        </w:rPr>
      </w:pPr>
    </w:p>
    <w:p w:rsidR="0013155E" w:rsidRDefault="0013155E" w14:paraId="436F47E1" w14:textId="77777777">
      <w:pPr>
        <w:rPr>
          <w:b/>
          <w:sz w:val="20"/>
        </w:rPr>
      </w:pPr>
    </w:p>
    <w:p w:rsidR="00E069D4" w:rsidRDefault="00000000" w14:paraId="46425D11" w14:textId="425B4B94">
      <w:r>
        <w:rPr>
          <w:b/>
          <w:sz w:val="20"/>
        </w:rPr>
        <w:t>Beyan</w:t>
      </w:r>
    </w:p>
    <w:p w:rsidR="00E069D4" w:rsidRDefault="00000000" w14:paraId="7AF93408" w14:textId="77777777">
      <w:r>
        <w:rPr>
          <w:sz w:val="16"/>
        </w:rPr>
        <w:t>Yukarıda başlığı gösterilen çalışmanın kapak, giriş, özet ve ana bölümlerinden oluşan toplam …… sayfalık kısmına ilişkin, …… / …… / 20…… tarihinde intihal tespit programından uygun filtrelemeler uygulanarak alınmış olan orijinallik raporuna göre tez çalışmasının benzerlik oranı % …… olarak belirlenmiştir.</w:t>
      </w:r>
    </w:p>
    <w:p w:rsidR="00E069D4" w:rsidRDefault="00000000" w14:paraId="454E1576" w14:textId="77777777">
      <w:r>
        <w:rPr>
          <w:sz w:val="16"/>
        </w:rPr>
        <w:t>Giresun Üniversitesi ilgili tez çalışması orijinallik raporu uygulama esaslarını incelediğimi; belirtilen azami benzerlik oranlarına göre tez çalışmamın herhangi bir intihal içermediğini, aksinin tespiti halinde doğabilecek hukuki ve idari sorumlulukları kabul ettiğimi ve beyan ettiğim bilgilerin doğru olduğunu kabul ederim.</w:t>
      </w:r>
    </w:p>
    <w:p w:rsidR="00E069D4" w:rsidRDefault="00E069D4" w14:paraId="5F9A21C3" w14:textId="77777777"/>
    <w:p w:rsidR="009033F9" w:rsidRDefault="009033F9" w14:paraId="7CF373A2" w14:textId="77777777"/>
    <w:p w:rsidR="009033F9" w:rsidRDefault="009033F9" w14:paraId="253B54BC" w14:textId="77777777"/>
    <w:p w:rsidR="009033F9" w:rsidRDefault="009033F9" w14:paraId="3EB394BB" w14:textId="77777777"/>
    <w:p w:rsidR="009033F9" w:rsidRDefault="009033F9" w14:paraId="45F06E23" w14:textId="77777777"/>
    <w:p w:rsidR="009033F9" w:rsidRDefault="009033F9" w14:paraId="1B0DC89C" w14:textId="77777777"/>
    <w:p w:rsidR="009033F9" w:rsidRDefault="009033F9" w14:paraId="74DF0CA1" w14:textId="77777777"/>
    <w:p w:rsidR="009033F9" w:rsidRDefault="009033F9" w14:paraId="5B387CE0" w14:textId="77777777"/>
    <w:p w:rsidR="009033F9" w:rsidRDefault="009033F9" w14:paraId="3A4B3604" w14:textId="77777777"/>
    <w:p w:rsidR="009033F9" w:rsidRDefault="009033F9" w14:paraId="05820A34" w14:textId="77777777"/>
    <w:p w:rsidR="009033F9" w:rsidRDefault="009033F9" w14:paraId="4EB329D3" w14:textId="77777777"/>
    <w:tbl>
      <w:tblPr>
        <w:tblStyle w:val="TabloKlavuzu"/>
        <w:tblW w:w="0" w:type="auto"/>
        <w:jc w:val="center"/>
        <w:tblLook w:val="04A0" w:firstRow="1" w:lastRow="0" w:firstColumn="1" w:lastColumn="0" w:noHBand="0" w:noVBand="1"/>
      </w:tblPr>
      <w:tblGrid>
        <w:gridCol w:w="3513"/>
        <w:gridCol w:w="3513"/>
        <w:gridCol w:w="3513"/>
      </w:tblGrid>
      <w:tr w:rsidR="00E069D4" w14:paraId="7E7F015A" w14:textId="77777777">
        <w:trPr>
          <w:jc w:val="center"/>
        </w:trPr>
        <w:tc>
          <w:tcPr>
            <w:tcW w:w="3513" w:type="dxa"/>
            <w:vAlign w:val="center"/>
          </w:tcPr>
          <w:p w:rsidR="00E069D4" w:rsidRDefault="00000000" w14:paraId="370E2423" w14:textId="77777777">
            <w:pPr>
              <w:jc w:val="center"/>
            </w:pPr>
            <w:r>
              <w:rPr>
                <w:sz w:val="16"/>
              </w:rPr>
              <w:t>Öğrenci</w:t>
            </w:r>
            <w:r>
              <w:rPr>
                <w:sz w:val="16"/>
              </w:rPr>
              <w:br/>
            </w:r>
            <w:r>
              <w:rPr>
                <w:sz w:val="16"/>
              </w:rPr>
              <w:br/>
            </w:r>
            <w:r>
              <w:rPr>
                <w:sz w:val="16"/>
              </w:rPr>
              <w:br/>
              <w:t>Unvanı Adı Soyadı</w:t>
            </w:r>
            <w:r>
              <w:rPr>
                <w:sz w:val="16"/>
              </w:rPr>
              <w:br/>
              <w:t>İmza</w:t>
            </w:r>
          </w:p>
        </w:tc>
        <w:tc>
          <w:tcPr>
            <w:tcW w:w="3513" w:type="dxa"/>
            <w:vAlign w:val="center"/>
          </w:tcPr>
          <w:p w:rsidR="00E069D4" w:rsidRDefault="00000000" w14:paraId="348D1494" w14:textId="77777777">
            <w:pPr>
              <w:jc w:val="center"/>
            </w:pPr>
            <w:r>
              <w:rPr>
                <w:sz w:val="16"/>
              </w:rPr>
              <w:t>Danışman</w:t>
            </w:r>
            <w:r>
              <w:rPr>
                <w:sz w:val="16"/>
              </w:rPr>
              <w:br/>
            </w:r>
            <w:r>
              <w:rPr>
                <w:sz w:val="16"/>
              </w:rPr>
              <w:br/>
            </w:r>
            <w:r>
              <w:rPr>
                <w:sz w:val="16"/>
              </w:rPr>
              <w:br/>
              <w:t>Unvanı Adı Soyadı</w:t>
            </w:r>
            <w:r>
              <w:rPr>
                <w:sz w:val="16"/>
              </w:rPr>
              <w:br/>
              <w:t>İmza</w:t>
            </w:r>
          </w:p>
        </w:tc>
        <w:tc>
          <w:tcPr>
            <w:tcW w:w="3513" w:type="dxa"/>
            <w:vAlign w:val="center"/>
          </w:tcPr>
          <w:p w:rsidR="00E069D4" w:rsidRDefault="00000000" w14:paraId="235B3EA5" w14:textId="77777777">
            <w:pPr>
              <w:jc w:val="center"/>
            </w:pPr>
            <w:r>
              <w:rPr>
                <w:sz w:val="16"/>
              </w:rPr>
              <w:t>Anabilim Dalı Başkanı</w:t>
            </w:r>
            <w:r>
              <w:rPr>
                <w:sz w:val="16"/>
              </w:rPr>
              <w:br/>
            </w:r>
            <w:r>
              <w:rPr>
                <w:sz w:val="16"/>
              </w:rPr>
              <w:br/>
            </w:r>
            <w:r>
              <w:rPr>
                <w:sz w:val="16"/>
              </w:rPr>
              <w:br/>
              <w:t>Unvanı Adı Soyadı</w:t>
            </w:r>
            <w:r>
              <w:rPr>
                <w:sz w:val="16"/>
              </w:rPr>
              <w:br/>
              <w:t>İmza</w:t>
            </w:r>
          </w:p>
        </w:tc>
      </w:tr>
    </w:tbl>
    <w:p w:rsidR="00E069D4" w:rsidRDefault="00000000" w14:paraId="6963C97C" w14:textId="77777777">
      <w:r>
        <w:rPr>
          <w:b/>
          <w:sz w:val="20"/>
        </w:rPr>
        <w:t>Ekler</w:t>
      </w:r>
    </w:p>
    <w:p w:rsidR="00E069D4" w:rsidRDefault="00000000" w14:paraId="34359A8D" w14:textId="77777777">
      <w:r>
        <w:rPr>
          <w:sz w:val="16"/>
        </w:rPr>
        <w:t>1. Orijinallik raporu ekran görüntüsü / rapor özeti</w:t>
      </w:r>
      <w:r>
        <w:rPr>
          <w:sz w:val="16"/>
        </w:rPr>
        <w:br/>
        <w:t>2. Tez çalışması metni</w:t>
      </w:r>
      <w:r>
        <w:rPr>
          <w:sz w:val="16"/>
        </w:rPr>
        <w:br/>
        <w:t>3. Gerekli görülmesi halinde ek açıklama ve belgeler</w:t>
      </w:r>
    </w:p>
    <w:p w:rsidR="00E069D4" w:rsidRDefault="00000000" w14:paraId="0776DA69" w14:textId="77777777">
      <w:r>
        <w:rPr>
          <w:sz w:val="14"/>
        </w:rPr>
        <w:t>Not: Form, tez savunması başvuru dosyası kapsamında Uzmanlık Eğitimi Birimine teslim edilir.</w:t>
      </w:r>
    </w:p>
    <w:sectPr w:rsidR="00E069D4" w:rsidSect="00034616">
      <w:headerReference w:type="default" r:id="R044b0ac94e1b4311"/>
      <w:headerReference w:type="first" r:id="R044b0ac94e1b4311"/>
      <w:headerReference w:type="even" r:id="R044b0ac94e1b4311"/>
      <w:footerReference w:type="default" r:id="R1e4bca74f02d43cc"/>
      <w:footerReference w:type="first" r:id="R1e4bca74f02d43cc"/>
      <w:footerReference w:type="even" r:id="R1e4bca74f02d43cc"/>
      <w:pgSz w:w="11906" w:h="16838"/>
      <w:pgMar w:top="2155" w:right="850" w:bottom="1588" w:left="850" w:header="720" w:footer="28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981D7B" w14:textId="77777777" w:rsidR="00AC5490" w:rsidRDefault="00AC5490">
      <w:pPr>
        <w:spacing w:after="0" w:line="240" w:lineRule="auto"/>
      </w:pPr>
      <w:r>
        <w:separator/>
      </w:r>
    </w:p>
  </w:endnote>
  <w:endnote w:type="continuationSeparator" w:id="0">
    <w:p w14:paraId="51F9A5E7" w14:textId="77777777" w:rsidR="00AC5490" w:rsidRDefault="00AC54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2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KYS-FR.360, R00, 28.09.2026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744c195c78684c42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kvys.giresun.edu.tr/dg/1022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0bb455176b9e4820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4FD6EF" w14:textId="77777777" w:rsidR="00AC5490" w:rsidRDefault="00AC5490">
      <w:pPr>
        <w:spacing w:after="0" w:line="240" w:lineRule="auto"/>
      </w:pPr>
      <w:r>
        <w:separator/>
      </w:r>
    </w:p>
  </w:footnote>
  <w:footnote w:type="continuationSeparator" w:id="0">
    <w:p w14:paraId="05A5666E" w14:textId="77777777" w:rsidR="00AC5490" w:rsidRDefault="00AC54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cfee91e6fd3c4946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Uzmanlık Tez Çalışması Orijinallik Raporu Formu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KYS-FR.360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28.09.2026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481041372">
    <w:abstractNumId w:val="8"/>
  </w:num>
  <w:num w:numId="2" w16cid:durableId="153497993">
    <w:abstractNumId w:val="6"/>
  </w:num>
  <w:num w:numId="3" w16cid:durableId="1726103659">
    <w:abstractNumId w:val="5"/>
  </w:num>
  <w:num w:numId="4" w16cid:durableId="561871607">
    <w:abstractNumId w:val="4"/>
  </w:num>
  <w:num w:numId="5" w16cid:durableId="30348050">
    <w:abstractNumId w:val="7"/>
  </w:num>
  <w:num w:numId="6" w16cid:durableId="559445308">
    <w:abstractNumId w:val="3"/>
  </w:num>
  <w:num w:numId="7" w16cid:durableId="1775244646">
    <w:abstractNumId w:val="2"/>
  </w:num>
  <w:num w:numId="8" w16cid:durableId="260644745">
    <w:abstractNumId w:val="1"/>
  </w:num>
  <w:num w:numId="9" w16cid:durableId="10493021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4"/>
  <w:proofState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06642"/>
    <w:rsid w:val="00034616"/>
    <w:rsid w:val="0006063C"/>
    <w:rsid w:val="0013155E"/>
    <w:rsid w:val="0015074B"/>
    <w:rsid w:val="001A597E"/>
    <w:rsid w:val="0029639D"/>
    <w:rsid w:val="00326F90"/>
    <w:rsid w:val="003F7834"/>
    <w:rsid w:val="009033F9"/>
    <w:rsid w:val="00AA1D8D"/>
    <w:rsid w:val="00AC5490"/>
    <w:rsid w:val="00B45349"/>
    <w:rsid w:val="00B47730"/>
    <w:rsid w:val="00C62858"/>
    <w:rsid w:val="00CB0664"/>
    <w:rsid w:val="00E069D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4A9AC2D"/>
  <w14:defaultImageDpi w14:val="300"/>
  <w15:docId w15:val="{C462A75E-35C0-594D-8563-022855C7F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hAnsi="Times New Roman" w:cs="Times New Roman" w:eastAsia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Times New Roman" w:eastAsia="Times New Roman" w:hAnsi="Times New Roman" w:cs="Times New Roman"/>
      <w:sz w:val="18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="Times New Roman" w:hAnsi="Times New Roman" w:cs="Times New Roman" w:eastAsia="Times New Roman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="Times New Roman" w:hAnsi="Times New Roman" w:cs="Times New Roman" w:eastAsia="Times New Roman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="Times New Roman" w:hAnsi="Times New Roman" w:cs="Times New Roman" w:eastAsia="Times New Roman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="Times New Roman" w:hAnsi="Times New Roman" w:cs="Times New Roman" w:eastAsia="Times New Roman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="Times New Roman" w:hAnsi="Times New Roman" w:cs="Times New Roman" w:eastAsia="Times New Roman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="Times New Roman" w:hAnsi="Times New Roman" w:cs="Times New Roman" w:eastAsia="Times New Roman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="Times New Roman" w:hAnsi="Times New Roman" w:cs="Times New Roman" w:eastAsia="Times New Roman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="Times New Roman" w:hAnsi="Times New Roman" w:cs="Times New Roman" w:eastAsia="Times New Roman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="Times New Roman" w:hAnsi="Times New Roman" w:cs="Times New Roman" w:eastAsia="Times New Roman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="Times New Roman" w:hAnsi="Times New Roman" w:cs="Times New Roman" w:eastAsia="Times New Roman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="Times New Roman" w:hAnsi="Times New Roman" w:cs="Times New Roman" w:eastAsia="Times New Roman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="Times New Roman" w:hAnsi="Times New Roman" w:cs="Times New Roman" w:eastAsia="Times New Roman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="Times New Roman" w:hAnsi="Times New Roman" w:cs="Times New Roman" w:eastAsia="Times New Roman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="Times New Roman" w:hAnsi="Times New Roman" w:cs="Times New Roman" w:eastAsia="Times New Roman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="Times New Roman" w:hAnsi="Times New Roman" w:cs="Times New Roman" w:eastAsia="Times New Roman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="Times New Roman" w:hAnsi="Times New Roman" w:cs="Times New Roman" w:eastAsia="Times New Roman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Times New Roman" w:hAnsi="Times New Roman" w:cs="Times New Roman" w:eastAsia="Times New Roman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Times New Roman" w:hAnsi="Times New Roman" w:cs="Times New Roman" w:eastAsia="Times New Roman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="Times New Roman" w:hAnsi="Times New Roman" w:cs="Times New Roman" w:eastAsia="Times New Roman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="Times New Roman" w:hAnsi="Times New Roman" w:cs="Times New Roman" w:eastAsia="Times New Roman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="Times New Roman" w:hAnsi="Times New Roman" w:cs="Times New Roman" w:eastAsia="Times New Roman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="Times New Roman" w:hAnsi="Times New Roman" w:cs="Times New Roman" w:eastAsia="Times New Roman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="Times New Roman" w:hAnsi="Times New Roman" w:cs="Times New Roman" w:eastAsia="Times New Roman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="Times New Roman" w:hAnsi="Times New Roman" w:cs="Times New Roman" w:eastAsia="Times New Roman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webSettings" Target="webSettings.xml" Id="rId5" /><Relationship Type="http://schemas.openxmlformats.org/officeDocument/2006/relationships/theme" Target="theme/theme1.xml" Id="rId10" /><Relationship Type="http://schemas.openxmlformats.org/officeDocument/2006/relationships/settings" Target="settings.xml" Id="rId4" /><Relationship Type="http://schemas.openxmlformats.org/officeDocument/2006/relationships/fontTable" Target="fontTable.xml" Id="rId9" /><Relationship Type="http://schemas.openxmlformats.org/officeDocument/2006/relationships/header" Target="/word/header1.xml" Id="R044b0ac94e1b4311" /><Relationship Type="http://schemas.openxmlformats.org/officeDocument/2006/relationships/footer" Target="/word/footer2.xml" Id="R1e4bca74f02d43cc" /></Relationships>
</file>

<file path=word/_rels/footer2.xml.rels>&#65279;<?xml version="1.0" encoding="utf-8"?><Relationships xmlns="http://schemas.openxmlformats.org/package/2006/relationships"><Relationship Type="http://schemas.openxmlformats.org/officeDocument/2006/relationships/image" Target="/media/image2.png" Id="R0bb455176b9e4820" /><Relationship Type="http://schemas.openxmlformats.org/officeDocument/2006/relationships/hyperlink" Target="https://kvys.giresun.edu.tr/dg/1022" TargetMode="External" Id="R744c195c78684c42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.png" Id="Rcfee91e6fd3c4946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208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1392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Prof. Dr. Çağrı URAL</cp:lastModifiedBy>
  <cp:revision>4</cp:revision>
  <dcterms:created xsi:type="dcterms:W3CDTF">2013-12-23T23:15:00Z</dcterms:created>
  <dcterms:modified xsi:type="dcterms:W3CDTF">2026-06-03T07:24:00Z</dcterms:modified>
  <cp:category/>
</cp:coreProperties>
</file>