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86112" w:rsidRDefault="00000000" w14:paraId="75D0FCF5" w14:textId="77777777">
      <w:r>
        <w:t>Bu form, ortak kullanıma açılmış cihazların kullanıcıya teslimi ve kullanım sonrası iadesinin kayıt altına alınması amacıyla düzenlenmiştir.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5030"/>
        <w:gridCol w:w="5030"/>
      </w:tblGrid>
      <w:tr w:rsidR="00F86112" w:rsidTr="001473A9" w14:paraId="368AB4EB" w14:textId="77777777">
        <w:trPr>
          <w:trHeight w:val="462"/>
          <w:jc w:val="center"/>
        </w:trPr>
        <w:tc>
          <w:tcPr>
            <w:tcW w:w="5030" w:type="dxa"/>
            <w:vAlign w:val="center"/>
          </w:tcPr>
          <w:p w:rsidR="00F86112" w:rsidRDefault="00000000" w14:paraId="6D853ABD" w14:textId="77777777">
            <w:r>
              <w:rPr>
                <w:b/>
                <w:sz w:val="18"/>
              </w:rPr>
              <w:t>Talep Eden Öğretim Elemanı</w:t>
            </w:r>
          </w:p>
        </w:tc>
        <w:tc>
          <w:tcPr>
            <w:tcW w:w="5030" w:type="dxa"/>
            <w:vAlign w:val="center"/>
          </w:tcPr>
          <w:p w:rsidR="00F86112" w:rsidRDefault="00F86112" w14:paraId="2B2B488B" w14:textId="77777777"/>
        </w:tc>
      </w:tr>
      <w:tr w:rsidR="00F86112" w:rsidTr="001473A9" w14:paraId="5044E0D9" w14:textId="77777777">
        <w:trPr>
          <w:trHeight w:val="487"/>
          <w:jc w:val="center"/>
        </w:trPr>
        <w:tc>
          <w:tcPr>
            <w:tcW w:w="5030" w:type="dxa"/>
            <w:vAlign w:val="center"/>
          </w:tcPr>
          <w:p w:rsidR="00F86112" w:rsidRDefault="00000000" w14:paraId="024B6C99" w14:textId="77777777">
            <w:r>
              <w:rPr>
                <w:b/>
                <w:sz w:val="18"/>
              </w:rPr>
              <w:t>Anabilim Dalı</w:t>
            </w:r>
          </w:p>
        </w:tc>
        <w:tc>
          <w:tcPr>
            <w:tcW w:w="5030" w:type="dxa"/>
            <w:vAlign w:val="center"/>
          </w:tcPr>
          <w:p w:rsidR="00F86112" w:rsidRDefault="00F86112" w14:paraId="2291D92A" w14:textId="77777777"/>
        </w:tc>
      </w:tr>
      <w:tr w:rsidR="00F86112" w:rsidTr="001473A9" w14:paraId="00800E45" w14:textId="77777777">
        <w:trPr>
          <w:trHeight w:val="462"/>
          <w:jc w:val="center"/>
        </w:trPr>
        <w:tc>
          <w:tcPr>
            <w:tcW w:w="5030" w:type="dxa"/>
            <w:vAlign w:val="center"/>
          </w:tcPr>
          <w:p w:rsidR="00F86112" w:rsidRDefault="00000000" w14:paraId="7D72C556" w14:textId="77777777">
            <w:r>
              <w:rPr>
                <w:b/>
                <w:sz w:val="18"/>
              </w:rPr>
              <w:t>Cihaz Adı</w:t>
            </w:r>
          </w:p>
        </w:tc>
        <w:tc>
          <w:tcPr>
            <w:tcW w:w="5030" w:type="dxa"/>
            <w:vAlign w:val="center"/>
          </w:tcPr>
          <w:p w:rsidR="00F86112" w:rsidRDefault="00F86112" w14:paraId="370972A6" w14:textId="77777777"/>
        </w:tc>
      </w:tr>
      <w:tr w:rsidR="00F86112" w:rsidTr="001473A9" w14:paraId="385E6894" w14:textId="77777777">
        <w:trPr>
          <w:trHeight w:val="487"/>
          <w:jc w:val="center"/>
        </w:trPr>
        <w:tc>
          <w:tcPr>
            <w:tcW w:w="5030" w:type="dxa"/>
            <w:vAlign w:val="center"/>
          </w:tcPr>
          <w:p w:rsidR="00F86112" w:rsidRDefault="00000000" w14:paraId="4BB016E0" w14:textId="77777777">
            <w:r>
              <w:rPr>
                <w:b/>
                <w:sz w:val="18"/>
              </w:rPr>
              <w:t>Malzeme Kodu</w:t>
            </w:r>
          </w:p>
        </w:tc>
        <w:tc>
          <w:tcPr>
            <w:tcW w:w="5030" w:type="dxa"/>
            <w:vAlign w:val="center"/>
          </w:tcPr>
          <w:p w:rsidR="00F86112" w:rsidRDefault="00F86112" w14:paraId="3D6A76DA" w14:textId="77777777"/>
        </w:tc>
      </w:tr>
      <w:tr w:rsidR="00F86112" w:rsidTr="001473A9" w14:paraId="2DDE61C8" w14:textId="77777777">
        <w:trPr>
          <w:trHeight w:val="462"/>
          <w:jc w:val="center"/>
        </w:trPr>
        <w:tc>
          <w:tcPr>
            <w:tcW w:w="5030" w:type="dxa"/>
            <w:vAlign w:val="center"/>
          </w:tcPr>
          <w:p w:rsidR="00F86112" w:rsidRDefault="00000000" w14:paraId="18DED860" w14:textId="77777777">
            <w:r>
              <w:rPr>
                <w:b/>
                <w:sz w:val="18"/>
              </w:rPr>
              <w:t>Seri No / Özellik</w:t>
            </w:r>
          </w:p>
        </w:tc>
        <w:tc>
          <w:tcPr>
            <w:tcW w:w="5030" w:type="dxa"/>
            <w:vAlign w:val="center"/>
          </w:tcPr>
          <w:p w:rsidR="00F86112" w:rsidRDefault="00F86112" w14:paraId="381F8FDA" w14:textId="77777777"/>
        </w:tc>
      </w:tr>
      <w:tr w:rsidR="00F86112" w:rsidTr="001473A9" w14:paraId="112E8F8F" w14:textId="77777777">
        <w:trPr>
          <w:trHeight w:val="487"/>
          <w:jc w:val="center"/>
        </w:trPr>
        <w:tc>
          <w:tcPr>
            <w:tcW w:w="5030" w:type="dxa"/>
            <w:vAlign w:val="center"/>
          </w:tcPr>
          <w:p w:rsidR="00F86112" w:rsidRDefault="00000000" w14:paraId="475A095A" w14:textId="77777777">
            <w:r>
              <w:rPr>
                <w:b/>
                <w:sz w:val="18"/>
              </w:rPr>
              <w:t>Teslim Tarihi ve Saati</w:t>
            </w:r>
          </w:p>
        </w:tc>
        <w:tc>
          <w:tcPr>
            <w:tcW w:w="5030" w:type="dxa"/>
            <w:vAlign w:val="center"/>
          </w:tcPr>
          <w:p w:rsidR="00F86112" w:rsidRDefault="00F86112" w14:paraId="64259769" w14:textId="77777777"/>
        </w:tc>
      </w:tr>
      <w:tr w:rsidR="00F86112" w:rsidTr="001473A9" w14:paraId="25AE2341" w14:textId="77777777">
        <w:trPr>
          <w:trHeight w:val="462"/>
          <w:jc w:val="center"/>
        </w:trPr>
        <w:tc>
          <w:tcPr>
            <w:tcW w:w="5030" w:type="dxa"/>
            <w:vAlign w:val="center"/>
          </w:tcPr>
          <w:p w:rsidR="00F86112" w:rsidRDefault="00000000" w14:paraId="42461074" w14:textId="77777777">
            <w:r>
              <w:rPr>
                <w:b/>
                <w:sz w:val="18"/>
              </w:rPr>
              <w:t>Planlanan İade Tarihi</w:t>
            </w:r>
          </w:p>
        </w:tc>
        <w:tc>
          <w:tcPr>
            <w:tcW w:w="5030" w:type="dxa"/>
            <w:vAlign w:val="center"/>
          </w:tcPr>
          <w:p w:rsidR="00F86112" w:rsidRDefault="00F86112" w14:paraId="14F21220" w14:textId="77777777"/>
        </w:tc>
      </w:tr>
      <w:tr w:rsidR="00F86112" w:rsidTr="001473A9" w14:paraId="41270FE0" w14:textId="77777777">
        <w:trPr>
          <w:trHeight w:val="462"/>
          <w:jc w:val="center"/>
        </w:trPr>
        <w:tc>
          <w:tcPr>
            <w:tcW w:w="5030" w:type="dxa"/>
            <w:vAlign w:val="center"/>
          </w:tcPr>
          <w:p w:rsidR="00F86112" w:rsidRDefault="00000000" w14:paraId="248B2EFC" w14:textId="77777777">
            <w:r>
              <w:rPr>
                <w:b/>
                <w:sz w:val="18"/>
              </w:rPr>
              <w:t>Teslim Anındaki Cihaz Durumu</w:t>
            </w:r>
          </w:p>
        </w:tc>
        <w:tc>
          <w:tcPr>
            <w:tcW w:w="5030" w:type="dxa"/>
            <w:vAlign w:val="center"/>
          </w:tcPr>
          <w:p w:rsidR="00F86112" w:rsidRDefault="00000000" w14:paraId="0A964022" w14:textId="77777777">
            <w:r>
              <w:rPr>
                <w:sz w:val="18"/>
              </w:rPr>
              <w:t>☐ Sağlam  ☐ Eksik  ☐ Arızalı  Açıklama:</w:t>
            </w:r>
          </w:p>
        </w:tc>
      </w:tr>
      <w:tr w:rsidR="00F86112" w:rsidTr="001473A9" w14:paraId="7F0301B0" w14:textId="77777777">
        <w:trPr>
          <w:trHeight w:val="462"/>
          <w:jc w:val="center"/>
        </w:trPr>
        <w:tc>
          <w:tcPr>
            <w:tcW w:w="5030" w:type="dxa"/>
            <w:vAlign w:val="center"/>
          </w:tcPr>
          <w:p w:rsidR="00F86112" w:rsidRDefault="00000000" w14:paraId="1298CEB5" w14:textId="77777777">
            <w:r>
              <w:rPr>
                <w:b/>
                <w:sz w:val="18"/>
              </w:rPr>
              <w:t>Teslim Edilen Aksesuarlar</w:t>
            </w:r>
          </w:p>
        </w:tc>
        <w:tc>
          <w:tcPr>
            <w:tcW w:w="5030" w:type="dxa"/>
            <w:vAlign w:val="center"/>
          </w:tcPr>
          <w:p w:rsidR="00F86112" w:rsidRDefault="00F86112" w14:paraId="0B3EB06D" w14:textId="77777777"/>
        </w:tc>
      </w:tr>
      <w:tr w:rsidR="00F86112" w:rsidTr="001473A9" w14:paraId="4DC6D829" w14:textId="77777777">
        <w:trPr>
          <w:trHeight w:val="462"/>
          <w:jc w:val="center"/>
        </w:trPr>
        <w:tc>
          <w:tcPr>
            <w:tcW w:w="5030" w:type="dxa"/>
            <w:vAlign w:val="center"/>
          </w:tcPr>
          <w:p w:rsidR="00F86112" w:rsidRDefault="00000000" w14:paraId="3164B0B4" w14:textId="77777777">
            <w:r>
              <w:rPr>
                <w:b/>
                <w:sz w:val="18"/>
              </w:rPr>
              <w:t>Açıklama</w:t>
            </w:r>
          </w:p>
        </w:tc>
        <w:tc>
          <w:tcPr>
            <w:tcW w:w="5030" w:type="dxa"/>
            <w:vAlign w:val="center"/>
          </w:tcPr>
          <w:p w:rsidR="00F86112" w:rsidRDefault="00F86112" w14:paraId="7EDBB54A" w14:textId="77777777"/>
        </w:tc>
      </w:tr>
    </w:tbl>
    <w:p w:rsidR="001473A9" w:rsidRDefault="001473A9" w14:paraId="4DA8C194" w14:textId="77777777">
      <w:pPr>
        <w:rPr>
          <w:b/>
        </w:rPr>
      </w:pPr>
    </w:p>
    <w:p w:rsidR="00F86112" w:rsidRDefault="00000000" w14:paraId="605F7588" w14:textId="125478BE">
      <w:proofErr w:type="spellStart"/>
      <w:r>
        <w:rPr>
          <w:b/>
        </w:rPr>
        <w:t>İmza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Bölümü</w:t>
      </w:r>
      <w:proofErr w:type="spellEnd"/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3324"/>
        <w:gridCol w:w="3324"/>
        <w:gridCol w:w="3324"/>
      </w:tblGrid>
      <w:tr w:rsidR="00F86112" w:rsidTr="001473A9" w14:paraId="227C6C48" w14:textId="77777777">
        <w:trPr>
          <w:trHeight w:val="495"/>
          <w:jc w:val="center"/>
        </w:trPr>
        <w:tc>
          <w:tcPr>
            <w:tcW w:w="3324" w:type="dxa"/>
            <w:vAlign w:val="center"/>
          </w:tcPr>
          <w:p w:rsidR="00F86112" w:rsidRDefault="00000000" w14:paraId="492CDE0A" w14:textId="77777777">
            <w:pPr>
              <w:jc w:val="center"/>
            </w:pPr>
            <w:proofErr w:type="spellStart"/>
            <w:r>
              <w:rPr>
                <w:b/>
                <w:sz w:val="18"/>
              </w:rPr>
              <w:t>Teslim</w:t>
            </w:r>
            <w:proofErr w:type="spellEnd"/>
            <w:r>
              <w:rPr>
                <w:b/>
                <w:sz w:val="18"/>
              </w:rPr>
              <w:t xml:space="preserve"> Eden</w:t>
            </w:r>
          </w:p>
        </w:tc>
        <w:tc>
          <w:tcPr>
            <w:tcW w:w="3324" w:type="dxa"/>
            <w:vAlign w:val="center"/>
          </w:tcPr>
          <w:p w:rsidR="00F86112" w:rsidRDefault="00000000" w14:paraId="594EF43B" w14:textId="77777777">
            <w:pPr>
              <w:jc w:val="center"/>
            </w:pPr>
            <w:r>
              <w:rPr>
                <w:b/>
                <w:sz w:val="18"/>
              </w:rPr>
              <w:t>Teslim Alan</w:t>
            </w:r>
          </w:p>
        </w:tc>
        <w:tc>
          <w:tcPr>
            <w:tcW w:w="3324" w:type="dxa"/>
            <w:vAlign w:val="center"/>
          </w:tcPr>
          <w:p w:rsidR="00F86112" w:rsidRDefault="00000000" w14:paraId="44FC6A07" w14:textId="77777777">
            <w:pPr>
              <w:jc w:val="center"/>
            </w:pPr>
            <w:r>
              <w:rPr>
                <w:b/>
                <w:sz w:val="18"/>
              </w:rPr>
              <w:t>Kontrol Eden</w:t>
            </w:r>
          </w:p>
        </w:tc>
      </w:tr>
      <w:tr w:rsidR="00F86112" w:rsidTr="001473A9" w14:paraId="1BD0B3E5" w14:textId="77777777">
        <w:trPr>
          <w:trHeight w:val="1547"/>
          <w:jc w:val="center"/>
        </w:trPr>
        <w:tc>
          <w:tcPr>
            <w:tcW w:w="3324" w:type="dxa"/>
            <w:vAlign w:val="center"/>
          </w:tcPr>
          <w:p w:rsidR="00F86112" w:rsidRDefault="00000000" w14:paraId="1A52C28D" w14:textId="77777777">
            <w:pPr>
              <w:jc w:val="center"/>
            </w:pPr>
            <w:r>
              <w:rPr>
                <w:sz w:val="18"/>
              </w:rPr>
              <w:t>Ad-</w:t>
            </w:r>
            <w:proofErr w:type="spellStart"/>
            <w:r>
              <w:rPr>
                <w:sz w:val="18"/>
              </w:rPr>
              <w:t>Soyad</w:t>
            </w:r>
            <w:proofErr w:type="spellEnd"/>
            <w:r>
              <w:rPr>
                <w:sz w:val="18"/>
              </w:rPr>
              <w:t xml:space="preserve"> / </w:t>
            </w:r>
            <w:proofErr w:type="spellStart"/>
            <w:r>
              <w:rPr>
                <w:sz w:val="18"/>
              </w:rPr>
              <w:t>İmza</w:t>
            </w:r>
            <w:proofErr w:type="spellEnd"/>
          </w:p>
        </w:tc>
        <w:tc>
          <w:tcPr>
            <w:tcW w:w="3324" w:type="dxa"/>
            <w:vAlign w:val="center"/>
          </w:tcPr>
          <w:p w:rsidR="00F86112" w:rsidRDefault="00F86112" w14:paraId="73FE5E21" w14:textId="077B1F0B">
            <w:pPr>
              <w:jc w:val="center"/>
            </w:pPr>
          </w:p>
        </w:tc>
        <w:tc>
          <w:tcPr>
            <w:tcW w:w="3324" w:type="dxa"/>
            <w:vAlign w:val="center"/>
          </w:tcPr>
          <w:p w:rsidR="00F86112" w:rsidRDefault="00F86112" w14:paraId="006E2010" w14:textId="1962A551">
            <w:pPr>
              <w:jc w:val="center"/>
            </w:pPr>
          </w:p>
        </w:tc>
      </w:tr>
    </w:tbl>
    <w:p w:rsidR="00DA6347" w:rsidRDefault="00DA6347" w14:paraId="309226DE" w14:textId="77777777"/>
    <w:sectPr w:rsidR="00DA6347" w:rsidSect="00034616">
      <w:headerReference w:type="default" r:id="Rfd1886f60142483b"/>
      <w:headerReference w:type="first" r:id="Rfd1886f60142483b"/>
      <w:headerReference w:type="even" r:id="Rfd1886f60142483b"/>
      <w:footerReference w:type="default" r:id="Rbff044cd5c154667"/>
      <w:footerReference w:type="first" r:id="Rbff044cd5c154667"/>
      <w:footerReference w:type="even" r:id="Rbff044cd5c154667"/>
      <w:pgSz w:w="11906" w:h="16838"/>
      <w:pgMar w:top="2155" w:right="850" w:bottom="1588" w:left="850" w:header="720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5C87C5" w14:textId="77777777" w:rsidR="00606D2B" w:rsidRDefault="00606D2B">
      <w:pPr>
        <w:spacing w:after="0" w:line="240" w:lineRule="auto"/>
      </w:pPr>
      <w:r>
        <w:separator/>
      </w:r>
    </w:p>
  </w:endnote>
  <w:endnote w:type="continuationSeparator" w:id="0">
    <w:p w14:paraId="0D60405D" w14:textId="77777777" w:rsidR="00606D2B" w:rsidRDefault="00606D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2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KYS-FR.362, R00, 28.09.2026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4612fb8209c14701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kvys.giresun.edu.tr/dg/1024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dcb1324a271a46a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60F6B8" w14:textId="77777777" w:rsidR="00606D2B" w:rsidRDefault="00606D2B">
      <w:pPr>
        <w:spacing w:after="0" w:line="240" w:lineRule="auto"/>
      </w:pPr>
      <w:r>
        <w:separator/>
      </w:r>
    </w:p>
  </w:footnote>
  <w:footnote w:type="continuationSeparator" w:id="0">
    <w:p w14:paraId="32C60275" w14:textId="77777777" w:rsidR="00606D2B" w:rsidRDefault="00606D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fe33b970be36448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Cihaz Teslim Tesellüm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KYS-FR.362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28.09.2026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1769521">
    <w:abstractNumId w:val="8"/>
  </w:num>
  <w:num w:numId="2" w16cid:durableId="2121490170">
    <w:abstractNumId w:val="6"/>
  </w:num>
  <w:num w:numId="3" w16cid:durableId="1184367391">
    <w:abstractNumId w:val="5"/>
  </w:num>
  <w:num w:numId="4" w16cid:durableId="1621499162">
    <w:abstractNumId w:val="4"/>
  </w:num>
  <w:num w:numId="5" w16cid:durableId="1320384067">
    <w:abstractNumId w:val="7"/>
  </w:num>
  <w:num w:numId="6" w16cid:durableId="727992343">
    <w:abstractNumId w:val="3"/>
  </w:num>
  <w:num w:numId="7" w16cid:durableId="1941180467">
    <w:abstractNumId w:val="2"/>
  </w:num>
  <w:num w:numId="8" w16cid:durableId="1469473679">
    <w:abstractNumId w:val="1"/>
  </w:num>
  <w:num w:numId="9" w16cid:durableId="2044597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51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473A9"/>
    <w:rsid w:val="0015074B"/>
    <w:rsid w:val="0029639D"/>
    <w:rsid w:val="00326F90"/>
    <w:rsid w:val="003F7834"/>
    <w:rsid w:val="0051061D"/>
    <w:rsid w:val="00606D2B"/>
    <w:rsid w:val="00AA1D8D"/>
    <w:rsid w:val="00B47730"/>
    <w:rsid w:val="00CB0664"/>
    <w:rsid w:val="00DA6347"/>
    <w:rsid w:val="00F8611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D3F6F"/>
  <w14:defaultImageDpi w14:val="300"/>
  <w15:docId w15:val="{C462A75E-35C0-594D-8563-022855C7F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cs="Times New Roman" w:eastAsia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 w:cs="Times New Roman" w:eastAsia="Times New Roman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Times New Roman" w:hAnsi="Times New Roman" w:cs="Times New Roman" w:eastAsia="Times New Roman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Times New Roman" w:hAnsi="Times New Roman" w:cs="Times New Roman" w:eastAsia="Times New Roman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Times New Roman" w:hAnsi="Times New Roman" w:cs="Times New Roman" w:eastAsia="Times New Roman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Times New Roman" w:hAnsi="Times New Roman" w:cs="Times New Roman" w:eastAsia="Times New Roman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hAnsi="Times New Roman" w:cs="Times New Roman" w:eastAsia="Times New Roman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Times New Roman" w:hAnsi="Times New Roman" w:cs="Times New Roman" w:eastAsia="Times New Roman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="Times New Roman" w:hAnsi="Times New Roman" w:cs="Times New Roman" w:eastAsia="Times New Roman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="Times New Roman" w:hAnsi="Times New Roman" w:cs="Times New Roman" w:eastAsia="Times New Roman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openxmlformats.org/officeDocument/2006/relationships/header" Target="/word/header1.xml" Id="Rfd1886f60142483b" /><Relationship Type="http://schemas.openxmlformats.org/officeDocument/2006/relationships/footer" Target="/word/footer2.xml" Id="Rbff044cd5c154667" /></Relationships>
</file>

<file path=word/_rels/footer2.xml.rels>&#65279;<?xml version="1.0" encoding="utf-8"?><Relationships xmlns="http://schemas.openxmlformats.org/package/2006/relationships"><Relationship Type="http://schemas.openxmlformats.org/officeDocument/2006/relationships/image" Target="/media/image2.png" Id="Rdcb1324a271a46a3" /><Relationship Type="http://schemas.openxmlformats.org/officeDocument/2006/relationships/hyperlink" Target="https://kvys.giresun.edu.tr/dg/1024" TargetMode="External" Id="R4612fb8209c14701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fe33b970be36448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Prof. Dr. Çağrı URAL</cp:lastModifiedBy>
  <cp:revision>3</cp:revision>
  <dcterms:created xsi:type="dcterms:W3CDTF">2013-12-23T23:15:00Z</dcterms:created>
  <dcterms:modified xsi:type="dcterms:W3CDTF">2026-05-21T07:02:00Z</dcterms:modified>
  <cp:category/>
</cp:coreProperties>
</file>