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2335"/>
        <w:gridCol w:w="3159"/>
        <w:gridCol w:w="2309"/>
        <w:gridCol w:w="3458"/>
      </w:tblGrid>
      <w:tr w:rsidR="00E32B01" w14:paraId="1BEF7DCF" w14:textId="77777777">
        <w:trPr>
          <w:cantSplit/>
        </w:trPr>
        <w:tc>
          <w:tcPr>
            <w:tcW w:w="2335" w:type="dxa"/>
          </w:tcPr>
          <w:p w:rsidR="00E32B01" w:rsidP="007044DA" w:rsidRDefault="00D52C41" w14:paraId="3E16661B" w14:textId="77777777">
            <w:pPr>
              <w:spacing w:line="240" w:lineRule="auto"/>
              <w:jc w:val="left"/>
            </w:pPr>
            <w:r>
              <w:rPr>
                <w:b/>
              </w:rPr>
              <w:t>Kontrol No</w:t>
            </w:r>
          </w:p>
        </w:tc>
        <w:tc>
          <w:tcPr>
            <w:tcW w:w="2363" w:type="dxa"/>
          </w:tcPr>
          <w:p w:rsidR="00E32B01" w:rsidP="007044DA" w:rsidRDefault="00E32B01" w14:paraId="7C57F9A3" w14:textId="77777777">
            <w:pPr>
              <w:spacing w:line="240" w:lineRule="auto"/>
              <w:jc w:val="left"/>
            </w:pPr>
          </w:p>
        </w:tc>
        <w:tc>
          <w:tcPr>
            <w:tcW w:w="2309" w:type="dxa"/>
          </w:tcPr>
          <w:p w:rsidR="00E32B01" w:rsidP="007044DA" w:rsidRDefault="00D52C41" w14:paraId="5610EEA1" w14:textId="77777777">
            <w:pPr>
              <w:spacing w:line="240" w:lineRule="auto"/>
              <w:jc w:val="left"/>
            </w:pPr>
            <w:r>
              <w:rPr>
                <w:b/>
              </w:rPr>
              <w:t>Tarih</w:t>
            </w:r>
          </w:p>
        </w:tc>
        <w:tc>
          <w:tcPr>
            <w:tcW w:w="3197" w:type="dxa"/>
          </w:tcPr>
          <w:p w:rsidR="00E32B01" w:rsidP="007044DA" w:rsidRDefault="00D52C41" w14:paraId="629F7F9C" w14:textId="77777777">
            <w:pPr>
              <w:spacing w:line="240" w:lineRule="auto"/>
              <w:jc w:val="left"/>
            </w:pPr>
            <w:r>
              <w:t>…/…/……</w:t>
            </w:r>
          </w:p>
        </w:tc>
      </w:tr>
      <w:tr w:rsidR="00E32B01" w14:paraId="38D93FD4" w14:textId="77777777">
        <w:trPr>
          <w:cantSplit/>
        </w:trPr>
        <w:tc>
          <w:tcPr>
            <w:tcW w:w="2335" w:type="dxa"/>
          </w:tcPr>
          <w:p w:rsidR="00E32B01" w:rsidP="007044DA" w:rsidRDefault="00D52C41" w14:paraId="4DBA2486" w14:textId="77777777">
            <w:pPr>
              <w:spacing w:line="240" w:lineRule="auto"/>
              <w:jc w:val="left"/>
            </w:pPr>
            <w:r>
              <w:rPr>
                <w:b/>
              </w:rPr>
              <w:t>İçeriği Talep Eden Birim</w:t>
            </w:r>
          </w:p>
        </w:tc>
        <w:tc>
          <w:tcPr>
            <w:tcW w:w="2363" w:type="dxa"/>
          </w:tcPr>
          <w:p w:rsidR="00E32B01" w:rsidP="007044DA" w:rsidRDefault="00E32B01" w14:paraId="7917F69A" w14:textId="77777777">
            <w:pPr>
              <w:spacing w:line="240" w:lineRule="auto"/>
              <w:jc w:val="left"/>
            </w:pPr>
          </w:p>
        </w:tc>
        <w:tc>
          <w:tcPr>
            <w:tcW w:w="2309" w:type="dxa"/>
          </w:tcPr>
          <w:p w:rsidR="00E32B01" w:rsidP="007044DA" w:rsidRDefault="00D52C41" w14:paraId="275C6E8E" w14:textId="77777777">
            <w:pPr>
              <w:spacing w:line="240" w:lineRule="auto"/>
              <w:jc w:val="left"/>
            </w:pPr>
            <w:r>
              <w:rPr>
                <w:b/>
              </w:rPr>
              <w:t>Kontrol Eden Kişi</w:t>
            </w:r>
          </w:p>
        </w:tc>
        <w:tc>
          <w:tcPr>
            <w:tcW w:w="3197" w:type="dxa"/>
          </w:tcPr>
          <w:p w:rsidR="00E32B01" w:rsidP="007044DA" w:rsidRDefault="00E32B01" w14:paraId="2009F3C3" w14:textId="77777777">
            <w:pPr>
              <w:spacing w:line="240" w:lineRule="auto"/>
              <w:jc w:val="left"/>
            </w:pPr>
          </w:p>
        </w:tc>
      </w:tr>
      <w:tr w:rsidR="00E32B01" w14:paraId="2E9CD47B" w14:textId="77777777">
        <w:trPr>
          <w:cantSplit/>
        </w:trPr>
        <w:tc>
          <w:tcPr>
            <w:tcW w:w="2335" w:type="dxa"/>
          </w:tcPr>
          <w:p w:rsidR="00E32B01" w:rsidP="007044DA" w:rsidRDefault="00D52C41" w14:paraId="01728681" w14:textId="77777777">
            <w:pPr>
              <w:spacing w:line="240" w:lineRule="auto"/>
              <w:jc w:val="left"/>
            </w:pPr>
            <w:r>
              <w:rPr>
                <w:b/>
              </w:rPr>
              <w:t>İçerik Başlığı</w:t>
            </w:r>
          </w:p>
        </w:tc>
        <w:tc>
          <w:tcPr>
            <w:tcW w:w="2363" w:type="dxa"/>
          </w:tcPr>
          <w:p w:rsidR="00E32B01" w:rsidP="007044DA" w:rsidRDefault="00E32B01" w14:paraId="219EB837" w14:textId="77777777">
            <w:pPr>
              <w:spacing w:line="240" w:lineRule="auto"/>
              <w:jc w:val="left"/>
            </w:pPr>
          </w:p>
        </w:tc>
        <w:tc>
          <w:tcPr>
            <w:tcW w:w="2309" w:type="dxa"/>
          </w:tcPr>
          <w:p w:rsidR="00E32B01" w:rsidP="007044DA" w:rsidRDefault="00D52C41" w14:paraId="610DD60B" w14:textId="77777777">
            <w:pPr>
              <w:spacing w:line="240" w:lineRule="auto"/>
              <w:jc w:val="left"/>
            </w:pPr>
            <w:r>
              <w:rPr>
                <w:b/>
              </w:rPr>
              <w:t>Web Alanı / Sayfası</w:t>
            </w:r>
          </w:p>
        </w:tc>
        <w:tc>
          <w:tcPr>
            <w:tcW w:w="3197" w:type="dxa"/>
          </w:tcPr>
          <w:p w:rsidR="00E32B01" w:rsidP="007044DA" w:rsidRDefault="00E32B01" w14:paraId="6AD954F3" w14:textId="77777777">
            <w:pPr>
              <w:spacing w:line="240" w:lineRule="auto"/>
              <w:jc w:val="left"/>
            </w:pPr>
          </w:p>
        </w:tc>
      </w:tr>
      <w:tr w:rsidR="00E32B01" w14:paraId="73C46057" w14:textId="77777777">
        <w:trPr>
          <w:cantSplit/>
        </w:trPr>
        <w:tc>
          <w:tcPr>
            <w:tcW w:w="2335" w:type="dxa"/>
          </w:tcPr>
          <w:p w:rsidR="00E32B01" w:rsidP="007044DA" w:rsidRDefault="00D52C41" w14:paraId="5190433B" w14:textId="77777777">
            <w:pPr>
              <w:spacing w:line="240" w:lineRule="auto"/>
              <w:jc w:val="left"/>
            </w:pPr>
            <w:r>
              <w:rPr>
                <w:b/>
              </w:rPr>
              <w:t>İçerik Türü</w:t>
            </w:r>
          </w:p>
        </w:tc>
        <w:tc>
          <w:tcPr>
            <w:tcW w:w="7869" w:type="dxa"/>
            <w:gridSpan w:val="3"/>
          </w:tcPr>
          <w:p w:rsidR="00E32B01" w:rsidP="007044DA" w:rsidRDefault="00D52C41" w14:paraId="26701264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Duyuru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Haber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Personel bilgisi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Kurul / komisyon bilgisi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Öğrenci işleri içeriği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Kalite</w:t>
            </w:r>
          </w:p>
          <w:p w:rsidR="00E32B01" w:rsidP="007044DA" w:rsidRDefault="00D52C41" w14:paraId="347E45A5" w14:textId="77777777">
            <w:pPr>
              <w:spacing w:line="240" w:lineRule="auto"/>
              <w:jc w:val="left"/>
            </w:pPr>
            <w:r>
              <w:t xml:space="preserve">içeriği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Diğer:</w:t>
            </w:r>
          </w:p>
          <w:p w:rsidR="00E32B01" w:rsidP="007044DA" w:rsidRDefault="00D52C41" w14:paraId="6B429112" w14:textId="77777777">
            <w:pPr>
              <w:spacing w:line="240" w:lineRule="auto"/>
              <w:jc w:val="left"/>
            </w:pPr>
            <w:r>
              <w:t>____________</w:t>
            </w:r>
          </w:p>
        </w:tc>
      </w:tr>
      <w:tr w:rsidR="00E32B01" w14:paraId="5EBB5EBA" w14:textId="77777777">
        <w:trPr>
          <w:cantSplit/>
        </w:trPr>
        <w:tc>
          <w:tcPr>
            <w:tcW w:w="2335" w:type="dxa"/>
          </w:tcPr>
          <w:p w:rsidR="00E32B01" w:rsidP="007044DA" w:rsidRDefault="00D52C41" w14:paraId="4FB0CCBC" w14:textId="77777777">
            <w:pPr>
              <w:spacing w:line="240" w:lineRule="auto"/>
              <w:jc w:val="left"/>
            </w:pPr>
            <w:r>
              <w:rPr>
                <w:b/>
              </w:rPr>
              <w:t>Kontrol Ölçütü</w:t>
            </w:r>
          </w:p>
        </w:tc>
        <w:tc>
          <w:tcPr>
            <w:tcW w:w="3159" w:type="dxa"/>
          </w:tcPr>
          <w:p w:rsidR="00E32B01" w:rsidP="007044DA" w:rsidRDefault="00D52C41" w14:paraId="4CAB2E20" w14:textId="77777777">
            <w:pPr>
              <w:spacing w:line="240" w:lineRule="auto"/>
              <w:jc w:val="left"/>
            </w:pPr>
            <w:r>
              <w:rPr>
                <w:b/>
              </w:rPr>
              <w:t>Durum</w:t>
            </w:r>
          </w:p>
        </w:tc>
        <w:tc>
          <w:tcPr>
            <w:tcW w:w="1252" w:type="dxa"/>
          </w:tcPr>
          <w:p w:rsidR="00E32B01" w:rsidP="007044DA" w:rsidRDefault="00D52C41" w14:paraId="5E1555B1" w14:textId="77777777">
            <w:pPr>
              <w:spacing w:line="240" w:lineRule="auto"/>
              <w:jc w:val="left"/>
            </w:pPr>
            <w:r>
              <w:rPr>
                <w:b/>
              </w:rPr>
              <w:t>Açıklama</w:t>
            </w:r>
          </w:p>
        </w:tc>
        <w:tc>
          <w:tcPr>
            <w:tcW w:w="3458" w:type="dxa"/>
          </w:tcPr>
          <w:p w:rsidR="00E32B01" w:rsidP="007044DA" w:rsidRDefault="00D52C41" w14:paraId="73855FDC" w14:textId="77777777">
            <w:pPr>
              <w:spacing w:line="240" w:lineRule="auto"/>
              <w:jc w:val="left"/>
            </w:pPr>
            <w:r>
              <w:rPr>
                <w:b/>
              </w:rPr>
              <w:t>Düzeltme Gerekli mi?</w:t>
            </w:r>
          </w:p>
        </w:tc>
      </w:tr>
      <w:tr w:rsidR="00E32B01" w14:paraId="5FB36416" w14:textId="77777777">
        <w:trPr>
          <w:cantSplit/>
        </w:trPr>
        <w:tc>
          <w:tcPr>
            <w:tcW w:w="2335" w:type="dxa"/>
          </w:tcPr>
          <w:p w:rsidR="00E32B01" w:rsidP="007044DA" w:rsidRDefault="00D52C41" w14:paraId="552DDD4F" w14:textId="77777777">
            <w:pPr>
              <w:spacing w:line="240" w:lineRule="auto"/>
              <w:jc w:val="left"/>
            </w:pPr>
            <w:r>
              <w:t>İçerik başlığı açık ve uygun</w:t>
            </w:r>
          </w:p>
        </w:tc>
        <w:tc>
          <w:tcPr>
            <w:tcW w:w="3159" w:type="dxa"/>
          </w:tcPr>
          <w:p w:rsidR="00E32B01" w:rsidP="007044DA" w:rsidRDefault="00D52C41" w14:paraId="5B901470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Kısmen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değil</w:t>
            </w:r>
          </w:p>
        </w:tc>
        <w:tc>
          <w:tcPr>
            <w:tcW w:w="1252" w:type="dxa"/>
          </w:tcPr>
          <w:p w:rsidR="00E32B01" w:rsidP="007044DA" w:rsidRDefault="00E32B01" w14:paraId="416CE660" w14:textId="77777777">
            <w:pPr>
              <w:spacing w:line="240" w:lineRule="auto"/>
              <w:jc w:val="left"/>
            </w:pPr>
          </w:p>
        </w:tc>
        <w:tc>
          <w:tcPr>
            <w:tcW w:w="3458" w:type="dxa"/>
          </w:tcPr>
          <w:p w:rsidR="00E32B01" w:rsidP="007044DA" w:rsidRDefault="00D52C41" w14:paraId="09CEDAFA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Evet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Hayır</w:t>
            </w:r>
          </w:p>
        </w:tc>
      </w:tr>
      <w:tr w:rsidR="00E32B01" w14:paraId="44DF0669" w14:textId="77777777">
        <w:trPr>
          <w:cantSplit/>
        </w:trPr>
        <w:tc>
          <w:tcPr>
            <w:tcW w:w="2335" w:type="dxa"/>
          </w:tcPr>
          <w:p w:rsidR="00E32B01" w:rsidP="007044DA" w:rsidRDefault="00D52C41" w14:paraId="001393D6" w14:textId="77777777">
            <w:pPr>
              <w:spacing w:line="240" w:lineRule="auto"/>
              <w:jc w:val="left"/>
            </w:pPr>
            <w:r>
              <w:t>Yazım ve imla kontrolü</w:t>
            </w:r>
          </w:p>
          <w:p w:rsidR="00E32B01" w:rsidP="007044DA" w:rsidRDefault="00D52C41" w14:paraId="0A1B252E" w14:textId="77777777">
            <w:pPr>
              <w:spacing w:line="240" w:lineRule="auto"/>
              <w:jc w:val="left"/>
            </w:pPr>
            <w:r>
              <w:t>yapılmış</w:t>
            </w:r>
          </w:p>
        </w:tc>
        <w:tc>
          <w:tcPr>
            <w:tcW w:w="3159" w:type="dxa"/>
          </w:tcPr>
          <w:p w:rsidR="00E32B01" w:rsidP="007044DA" w:rsidRDefault="00D52C41" w14:paraId="4E6DFE2C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Kısmen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değil</w:t>
            </w:r>
          </w:p>
        </w:tc>
        <w:tc>
          <w:tcPr>
            <w:tcW w:w="1252" w:type="dxa"/>
          </w:tcPr>
          <w:p w:rsidR="00E32B01" w:rsidP="007044DA" w:rsidRDefault="00E32B01" w14:paraId="6CBCC8C6" w14:textId="77777777">
            <w:pPr>
              <w:spacing w:line="240" w:lineRule="auto"/>
              <w:jc w:val="left"/>
            </w:pPr>
          </w:p>
        </w:tc>
        <w:tc>
          <w:tcPr>
            <w:tcW w:w="3458" w:type="dxa"/>
          </w:tcPr>
          <w:p w:rsidR="00E32B01" w:rsidP="007044DA" w:rsidRDefault="00D52C41" w14:paraId="216F460C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Evet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Hayır</w:t>
            </w:r>
          </w:p>
        </w:tc>
      </w:tr>
      <w:tr w:rsidR="00E32B01" w14:paraId="16E10570" w14:textId="77777777">
        <w:trPr>
          <w:cantSplit/>
        </w:trPr>
        <w:tc>
          <w:tcPr>
            <w:tcW w:w="2335" w:type="dxa"/>
          </w:tcPr>
          <w:p w:rsidR="00E32B01" w:rsidP="007044DA" w:rsidRDefault="00D52C41" w14:paraId="3B05D1FF" w14:textId="77777777">
            <w:pPr>
              <w:spacing w:line="240" w:lineRule="auto"/>
              <w:jc w:val="left"/>
            </w:pPr>
            <w:r>
              <w:t>Kurumsal dil ve üslup uygun</w:t>
            </w:r>
          </w:p>
        </w:tc>
        <w:tc>
          <w:tcPr>
            <w:tcW w:w="3159" w:type="dxa"/>
          </w:tcPr>
          <w:p w:rsidR="00E32B01" w:rsidP="007044DA" w:rsidRDefault="00D52C41" w14:paraId="6955F408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Kısmen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değil</w:t>
            </w:r>
          </w:p>
        </w:tc>
        <w:tc>
          <w:tcPr>
            <w:tcW w:w="1252" w:type="dxa"/>
          </w:tcPr>
          <w:p w:rsidR="00E32B01" w:rsidP="007044DA" w:rsidRDefault="00E32B01" w14:paraId="217FD34A" w14:textId="77777777">
            <w:pPr>
              <w:spacing w:line="240" w:lineRule="auto"/>
              <w:jc w:val="left"/>
            </w:pPr>
          </w:p>
        </w:tc>
        <w:tc>
          <w:tcPr>
            <w:tcW w:w="3458" w:type="dxa"/>
          </w:tcPr>
          <w:p w:rsidR="00E32B01" w:rsidP="007044DA" w:rsidRDefault="00D52C41" w14:paraId="3FD98571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Evet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Hayır</w:t>
            </w:r>
          </w:p>
        </w:tc>
      </w:tr>
      <w:tr w:rsidR="00E32B01" w14:paraId="2F2AE559" w14:textId="77777777">
        <w:trPr>
          <w:cantSplit/>
        </w:trPr>
        <w:tc>
          <w:tcPr>
            <w:tcW w:w="2335" w:type="dxa"/>
          </w:tcPr>
          <w:p w:rsidR="00E32B01" w:rsidP="007044DA" w:rsidRDefault="00D52C41" w14:paraId="519A54CE" w14:textId="77777777">
            <w:pPr>
              <w:spacing w:line="240" w:lineRule="auto"/>
              <w:jc w:val="left"/>
            </w:pPr>
            <w:r>
              <w:t>Tarih, sayı, isim ve unvan</w:t>
            </w:r>
          </w:p>
          <w:p w:rsidR="00E32B01" w:rsidP="007044DA" w:rsidRDefault="00D52C41" w14:paraId="28B448BD" w14:textId="77777777">
            <w:pPr>
              <w:spacing w:line="240" w:lineRule="auto"/>
              <w:jc w:val="left"/>
            </w:pPr>
            <w:r>
              <w:t>bilgileri doğru</w:t>
            </w:r>
          </w:p>
        </w:tc>
        <w:tc>
          <w:tcPr>
            <w:tcW w:w="3159" w:type="dxa"/>
          </w:tcPr>
          <w:p w:rsidR="00E32B01" w:rsidP="007044DA" w:rsidRDefault="00D52C41" w14:paraId="275755B3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Kısmen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değil</w:t>
            </w:r>
          </w:p>
        </w:tc>
        <w:tc>
          <w:tcPr>
            <w:tcW w:w="1252" w:type="dxa"/>
          </w:tcPr>
          <w:p w:rsidR="00E32B01" w:rsidP="007044DA" w:rsidRDefault="00E32B01" w14:paraId="5C7F821A" w14:textId="77777777">
            <w:pPr>
              <w:spacing w:line="240" w:lineRule="auto"/>
              <w:jc w:val="left"/>
            </w:pPr>
          </w:p>
        </w:tc>
        <w:tc>
          <w:tcPr>
            <w:tcW w:w="3458" w:type="dxa"/>
          </w:tcPr>
          <w:p w:rsidR="00E32B01" w:rsidP="007044DA" w:rsidRDefault="00D52C41" w14:paraId="22AF03A0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Evet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Hayır</w:t>
            </w:r>
          </w:p>
        </w:tc>
      </w:tr>
      <w:tr w:rsidR="00E32B01" w14:paraId="7D2B5EDB" w14:textId="77777777">
        <w:trPr>
          <w:cantSplit/>
        </w:trPr>
        <w:tc>
          <w:tcPr>
            <w:tcW w:w="2335" w:type="dxa"/>
          </w:tcPr>
          <w:p w:rsidR="00E32B01" w:rsidP="007044DA" w:rsidRDefault="00D52C41" w14:paraId="1BAD411B" w14:textId="77777777">
            <w:pPr>
              <w:spacing w:line="240" w:lineRule="auto"/>
              <w:jc w:val="left"/>
            </w:pPr>
            <w:r>
              <w:t>Mevzuat / karar / dayanak</w:t>
            </w:r>
          </w:p>
          <w:p w:rsidR="00E32B01" w:rsidP="007044DA" w:rsidRDefault="00D52C41" w14:paraId="60A75E02" w14:textId="77777777">
            <w:pPr>
              <w:spacing w:line="240" w:lineRule="auto"/>
              <w:jc w:val="left"/>
            </w:pPr>
            <w:r>
              <w:t>bilgisi tutarlı</w:t>
            </w:r>
          </w:p>
        </w:tc>
        <w:tc>
          <w:tcPr>
            <w:tcW w:w="3159" w:type="dxa"/>
          </w:tcPr>
          <w:p w:rsidR="00E32B01" w:rsidP="007044DA" w:rsidRDefault="00D52C41" w14:paraId="0FCE4B38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Kısmen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değil</w:t>
            </w:r>
          </w:p>
        </w:tc>
        <w:tc>
          <w:tcPr>
            <w:tcW w:w="1252" w:type="dxa"/>
          </w:tcPr>
          <w:p w:rsidR="00E32B01" w:rsidP="007044DA" w:rsidRDefault="00E32B01" w14:paraId="78286AAC" w14:textId="77777777">
            <w:pPr>
              <w:spacing w:line="240" w:lineRule="auto"/>
              <w:jc w:val="left"/>
            </w:pPr>
          </w:p>
        </w:tc>
        <w:tc>
          <w:tcPr>
            <w:tcW w:w="3458" w:type="dxa"/>
          </w:tcPr>
          <w:p w:rsidR="00E32B01" w:rsidP="007044DA" w:rsidRDefault="00D52C41" w14:paraId="419145B1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Evet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Hayır</w:t>
            </w:r>
          </w:p>
        </w:tc>
      </w:tr>
      <w:tr w:rsidR="00E32B01" w14:paraId="662CDDCF" w14:textId="77777777">
        <w:trPr>
          <w:cantSplit/>
        </w:trPr>
        <w:tc>
          <w:tcPr>
            <w:tcW w:w="2335" w:type="dxa"/>
          </w:tcPr>
          <w:p w:rsidR="00E32B01" w:rsidP="007044DA" w:rsidRDefault="00D52C41" w14:paraId="03E2E34F" w14:textId="77777777">
            <w:pPr>
              <w:spacing w:line="240" w:lineRule="auto"/>
              <w:jc w:val="left"/>
            </w:pPr>
            <w:r>
              <w:t>Kişisel veri / gizlilik açısından</w:t>
            </w:r>
          </w:p>
          <w:p w:rsidR="00E32B01" w:rsidP="007044DA" w:rsidRDefault="00D52C41" w14:paraId="323708F8" w14:textId="77777777">
            <w:pPr>
              <w:spacing w:line="240" w:lineRule="auto"/>
              <w:jc w:val="left"/>
            </w:pPr>
            <w:r>
              <w:t>uygun</w:t>
            </w:r>
          </w:p>
        </w:tc>
        <w:tc>
          <w:tcPr>
            <w:tcW w:w="3159" w:type="dxa"/>
          </w:tcPr>
          <w:p w:rsidR="00E32B01" w:rsidP="007044DA" w:rsidRDefault="00D52C41" w14:paraId="045FDF93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Kısmen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değil</w:t>
            </w:r>
          </w:p>
        </w:tc>
        <w:tc>
          <w:tcPr>
            <w:tcW w:w="1252" w:type="dxa"/>
          </w:tcPr>
          <w:p w:rsidR="00E32B01" w:rsidP="007044DA" w:rsidRDefault="00E32B01" w14:paraId="6D10B6D5" w14:textId="77777777">
            <w:pPr>
              <w:spacing w:line="240" w:lineRule="auto"/>
              <w:jc w:val="left"/>
            </w:pPr>
          </w:p>
        </w:tc>
        <w:tc>
          <w:tcPr>
            <w:tcW w:w="3458" w:type="dxa"/>
          </w:tcPr>
          <w:p w:rsidR="00E32B01" w:rsidP="007044DA" w:rsidRDefault="00D52C41" w14:paraId="3542FE91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Evet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Hayır</w:t>
            </w:r>
          </w:p>
        </w:tc>
      </w:tr>
      <w:tr w:rsidR="00E32B01" w14:paraId="75E4A5EE" w14:textId="77777777">
        <w:trPr>
          <w:cantSplit/>
        </w:trPr>
        <w:tc>
          <w:tcPr>
            <w:tcW w:w="2335" w:type="dxa"/>
          </w:tcPr>
          <w:p w:rsidR="00E32B01" w:rsidP="007044DA" w:rsidRDefault="00D52C41" w14:paraId="624645EF" w14:textId="77777777">
            <w:pPr>
              <w:spacing w:line="240" w:lineRule="auto"/>
              <w:jc w:val="left"/>
            </w:pPr>
            <w:r>
              <w:t>Görsel, ek belge veya</w:t>
            </w:r>
          </w:p>
          <w:p w:rsidR="00E32B01" w:rsidP="007044DA" w:rsidRDefault="00D52C41" w14:paraId="3CF5C5B4" w14:textId="77777777">
            <w:pPr>
              <w:spacing w:line="240" w:lineRule="auto"/>
              <w:jc w:val="left"/>
            </w:pPr>
            <w:r>
              <w:t>bağlantılar doğru</w:t>
            </w:r>
          </w:p>
        </w:tc>
        <w:tc>
          <w:tcPr>
            <w:tcW w:w="3159" w:type="dxa"/>
          </w:tcPr>
          <w:p w:rsidR="00E32B01" w:rsidP="007044DA" w:rsidRDefault="00D52C41" w14:paraId="3BAE691A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Kısmen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değil</w:t>
            </w:r>
          </w:p>
        </w:tc>
        <w:tc>
          <w:tcPr>
            <w:tcW w:w="1252" w:type="dxa"/>
          </w:tcPr>
          <w:p w:rsidR="00E32B01" w:rsidP="007044DA" w:rsidRDefault="00E32B01" w14:paraId="2D02D4B3" w14:textId="77777777">
            <w:pPr>
              <w:spacing w:line="240" w:lineRule="auto"/>
              <w:jc w:val="left"/>
            </w:pPr>
          </w:p>
        </w:tc>
        <w:tc>
          <w:tcPr>
            <w:tcW w:w="3458" w:type="dxa"/>
          </w:tcPr>
          <w:p w:rsidR="00E32B01" w:rsidP="007044DA" w:rsidRDefault="00D52C41" w14:paraId="60A6B117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Evet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Hayır</w:t>
            </w:r>
          </w:p>
        </w:tc>
      </w:tr>
      <w:tr w:rsidR="00E32B01" w14:paraId="16603864" w14:textId="77777777">
        <w:trPr>
          <w:cantSplit/>
        </w:trPr>
        <w:tc>
          <w:tcPr>
            <w:tcW w:w="2335" w:type="dxa"/>
          </w:tcPr>
          <w:p w:rsidR="00E32B01" w:rsidP="007044DA" w:rsidRDefault="00D52C41" w14:paraId="5FBE8ED9" w14:textId="77777777">
            <w:pPr>
              <w:spacing w:line="240" w:lineRule="auto"/>
              <w:jc w:val="left"/>
            </w:pPr>
            <w:r>
              <w:t>Yayın ve kaldırma tarihi</w:t>
            </w:r>
          </w:p>
          <w:p w:rsidR="00E32B01" w:rsidP="007044DA" w:rsidRDefault="00D52C41" w14:paraId="2C7B108C" w14:textId="77777777">
            <w:pPr>
              <w:spacing w:line="240" w:lineRule="auto"/>
              <w:jc w:val="left"/>
            </w:pPr>
            <w:r>
              <w:t>bilgisi uygun</w:t>
            </w:r>
          </w:p>
        </w:tc>
        <w:tc>
          <w:tcPr>
            <w:tcW w:w="3159" w:type="dxa"/>
          </w:tcPr>
          <w:p w:rsidR="00E32B01" w:rsidP="007044DA" w:rsidRDefault="00D52C41" w14:paraId="08368C0D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Kısmen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değil</w:t>
            </w:r>
          </w:p>
        </w:tc>
        <w:tc>
          <w:tcPr>
            <w:tcW w:w="1252" w:type="dxa"/>
          </w:tcPr>
          <w:p w:rsidR="00E32B01" w:rsidP="007044DA" w:rsidRDefault="00E32B01" w14:paraId="2FA78340" w14:textId="77777777">
            <w:pPr>
              <w:spacing w:line="240" w:lineRule="auto"/>
              <w:jc w:val="left"/>
            </w:pPr>
          </w:p>
        </w:tc>
        <w:tc>
          <w:tcPr>
            <w:tcW w:w="3458" w:type="dxa"/>
          </w:tcPr>
          <w:p w:rsidR="00E32B01" w:rsidP="007044DA" w:rsidRDefault="00D52C41" w14:paraId="4862EE63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Evet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Hayır</w:t>
            </w:r>
          </w:p>
        </w:tc>
      </w:tr>
      <w:tr w:rsidR="00E32B01" w14:paraId="020E3FD2" w14:textId="77777777">
        <w:trPr>
          <w:cantSplit/>
        </w:trPr>
        <w:tc>
          <w:tcPr>
            <w:tcW w:w="2335" w:type="dxa"/>
          </w:tcPr>
          <w:p w:rsidR="00E32B01" w:rsidP="007044DA" w:rsidRDefault="00D52C41" w14:paraId="04600170" w14:textId="77777777">
            <w:pPr>
              <w:spacing w:line="240" w:lineRule="auto"/>
              <w:jc w:val="left"/>
            </w:pPr>
            <w:r>
              <w:t>Biçimsel düzen ve sayfa</w:t>
            </w:r>
          </w:p>
          <w:p w:rsidR="00E32B01" w:rsidP="007044DA" w:rsidRDefault="00D52C41" w14:paraId="7223E67F" w14:textId="77777777">
            <w:pPr>
              <w:spacing w:line="240" w:lineRule="auto"/>
              <w:jc w:val="left"/>
            </w:pPr>
            <w:r>
              <w:t>yerleşimi uygun</w:t>
            </w:r>
          </w:p>
        </w:tc>
        <w:tc>
          <w:tcPr>
            <w:tcW w:w="3159" w:type="dxa"/>
          </w:tcPr>
          <w:p w:rsidR="00E32B01" w:rsidP="007044DA" w:rsidRDefault="00D52C41" w14:paraId="664E9AE8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Kısmen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değil</w:t>
            </w:r>
          </w:p>
        </w:tc>
        <w:tc>
          <w:tcPr>
            <w:tcW w:w="1252" w:type="dxa"/>
          </w:tcPr>
          <w:p w:rsidR="00E32B01" w:rsidP="007044DA" w:rsidRDefault="00E32B01" w14:paraId="7099B163" w14:textId="77777777">
            <w:pPr>
              <w:spacing w:line="240" w:lineRule="auto"/>
              <w:jc w:val="left"/>
            </w:pPr>
          </w:p>
        </w:tc>
        <w:tc>
          <w:tcPr>
            <w:tcW w:w="3458" w:type="dxa"/>
          </w:tcPr>
          <w:p w:rsidR="00E32B01" w:rsidP="007044DA" w:rsidRDefault="00D52C41" w14:paraId="53370D83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Evet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Hayır</w:t>
            </w:r>
          </w:p>
        </w:tc>
      </w:tr>
      <w:tr w:rsidR="00E32B01" w14:paraId="57CBCCB7" w14:textId="77777777">
        <w:trPr>
          <w:cantSplit/>
        </w:trPr>
        <w:tc>
          <w:tcPr>
            <w:tcW w:w="2335" w:type="dxa"/>
          </w:tcPr>
          <w:p w:rsidR="00E32B01" w:rsidP="007044DA" w:rsidRDefault="00D52C41" w14:paraId="77B31DF9" w14:textId="77777777">
            <w:pPr>
              <w:spacing w:line="240" w:lineRule="auto"/>
              <w:jc w:val="left"/>
            </w:pPr>
            <w:r>
              <w:lastRenderedPageBreak/>
              <w:t>İçerik web sayfasında yayıma</w:t>
            </w:r>
          </w:p>
          <w:p w:rsidR="00E32B01" w:rsidP="007044DA" w:rsidRDefault="00D52C41" w14:paraId="2D91CCA0" w14:textId="77777777">
            <w:pPr>
              <w:spacing w:line="240" w:lineRule="auto"/>
              <w:jc w:val="left"/>
            </w:pPr>
            <w:r>
              <w:t>hazır</w:t>
            </w:r>
          </w:p>
        </w:tc>
        <w:tc>
          <w:tcPr>
            <w:tcW w:w="3159" w:type="dxa"/>
          </w:tcPr>
          <w:p w:rsidR="00E32B01" w:rsidP="007044DA" w:rsidRDefault="00D52C41" w14:paraId="4D63E792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Kısmen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Uygun değil</w:t>
            </w:r>
          </w:p>
        </w:tc>
        <w:tc>
          <w:tcPr>
            <w:tcW w:w="1252" w:type="dxa"/>
          </w:tcPr>
          <w:p w:rsidR="00E32B01" w:rsidP="007044DA" w:rsidRDefault="00E32B01" w14:paraId="0CB7B6E4" w14:textId="77777777">
            <w:pPr>
              <w:spacing w:line="240" w:lineRule="auto"/>
              <w:jc w:val="left"/>
            </w:pPr>
          </w:p>
        </w:tc>
        <w:tc>
          <w:tcPr>
            <w:tcW w:w="3458" w:type="dxa"/>
          </w:tcPr>
          <w:p w:rsidR="00E32B01" w:rsidP="007044DA" w:rsidRDefault="00D52C41" w14:paraId="7EEFFD0D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Evet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Hayır</w:t>
            </w:r>
          </w:p>
        </w:tc>
      </w:tr>
      <w:tr w:rsidR="00E32B01" w14:paraId="13CD1612" w14:textId="77777777">
        <w:trPr>
          <w:cantSplit/>
        </w:trPr>
        <w:tc>
          <w:tcPr>
            <w:tcW w:w="2335" w:type="dxa"/>
          </w:tcPr>
          <w:p w:rsidR="00E32B01" w:rsidP="007044DA" w:rsidRDefault="00D52C41" w14:paraId="40795F06" w14:textId="77777777">
            <w:pPr>
              <w:spacing w:line="240" w:lineRule="auto"/>
              <w:jc w:val="left"/>
            </w:pPr>
            <w:r>
              <w:rPr>
                <w:b/>
              </w:rPr>
              <w:t>Genel Sonuç</w:t>
            </w:r>
          </w:p>
        </w:tc>
        <w:tc>
          <w:tcPr>
            <w:tcW w:w="7869" w:type="dxa"/>
            <w:gridSpan w:val="3"/>
          </w:tcPr>
          <w:p w:rsidR="00E32B01" w:rsidP="007044DA" w:rsidRDefault="00D52C41" w14:paraId="0B3F3B28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Yayıma uygun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Düzeltme sonrası yayımlansın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Yayıma uygun değil</w:t>
            </w:r>
          </w:p>
        </w:tc>
      </w:tr>
      <w:tr w:rsidR="00E32B01" w14:paraId="6618B309" w14:textId="77777777">
        <w:trPr>
          <w:cantSplit/>
        </w:trPr>
        <w:tc>
          <w:tcPr>
            <w:tcW w:w="2335" w:type="dxa"/>
          </w:tcPr>
          <w:p w:rsidR="00E32B01" w:rsidP="007044DA" w:rsidRDefault="00D52C41" w14:paraId="3DD46E48" w14:textId="77777777">
            <w:pPr>
              <w:spacing w:line="240" w:lineRule="auto"/>
              <w:jc w:val="left"/>
            </w:pPr>
            <w:r>
              <w:rPr>
                <w:b/>
              </w:rPr>
              <w:t>Genel Açıklama / Not</w:t>
            </w:r>
          </w:p>
        </w:tc>
        <w:tc>
          <w:tcPr>
            <w:tcW w:w="7869" w:type="dxa"/>
            <w:gridSpan w:val="3"/>
          </w:tcPr>
          <w:p w:rsidR="00E32B01" w:rsidP="007044DA" w:rsidRDefault="00E32B01" w14:paraId="19978D69" w14:textId="77777777">
            <w:pPr>
              <w:spacing w:line="240" w:lineRule="auto"/>
              <w:jc w:val="left"/>
            </w:pPr>
          </w:p>
        </w:tc>
      </w:tr>
      <w:tr w:rsidR="00E32B01" w14:paraId="614E47F6" w14:textId="77777777">
        <w:trPr>
          <w:cantSplit/>
        </w:trPr>
        <w:tc>
          <w:tcPr>
            <w:tcW w:w="2335" w:type="dxa"/>
          </w:tcPr>
          <w:p w:rsidR="00E32B01" w:rsidP="007044DA" w:rsidRDefault="00D52C41" w14:paraId="5C993B75" w14:textId="77777777">
            <w:pPr>
              <w:spacing w:line="240" w:lineRule="auto"/>
              <w:jc w:val="left"/>
            </w:pPr>
            <w:r>
              <w:rPr>
                <w:b/>
              </w:rPr>
              <w:t>Düzeltme İçin Geri</w:t>
            </w:r>
          </w:p>
          <w:p w:rsidR="00E32B01" w:rsidP="007044DA" w:rsidRDefault="00D52C41" w14:paraId="7D8AD383" w14:textId="77777777">
            <w:pPr>
              <w:spacing w:line="240" w:lineRule="auto"/>
              <w:jc w:val="left"/>
            </w:pPr>
            <w:r>
              <w:rPr>
                <w:b/>
              </w:rPr>
              <w:t>Gönderildi mi?</w:t>
            </w:r>
          </w:p>
        </w:tc>
        <w:tc>
          <w:tcPr>
            <w:tcW w:w="3159" w:type="dxa"/>
          </w:tcPr>
          <w:p w:rsidR="00E32B01" w:rsidP="007044DA" w:rsidRDefault="00D52C41" w14:paraId="51E14AE4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Evet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Hayır</w:t>
            </w:r>
          </w:p>
        </w:tc>
        <w:tc>
          <w:tcPr>
            <w:tcW w:w="1252" w:type="dxa"/>
          </w:tcPr>
          <w:p w:rsidR="00E32B01" w:rsidP="007044DA" w:rsidRDefault="00D52C41" w14:paraId="4B02E1DF" w14:textId="77777777">
            <w:pPr>
              <w:spacing w:line="240" w:lineRule="auto"/>
              <w:jc w:val="left"/>
            </w:pPr>
            <w:r>
              <w:rPr>
                <w:b/>
              </w:rPr>
              <w:t>Düzeltme</w:t>
            </w:r>
          </w:p>
          <w:p w:rsidR="00E32B01" w:rsidP="007044DA" w:rsidRDefault="00D52C41" w14:paraId="48A00812" w14:textId="77777777">
            <w:pPr>
              <w:spacing w:line="240" w:lineRule="auto"/>
              <w:jc w:val="left"/>
            </w:pPr>
            <w:r>
              <w:rPr>
                <w:b/>
              </w:rPr>
              <w:t>Tarihi</w:t>
            </w:r>
          </w:p>
        </w:tc>
        <w:tc>
          <w:tcPr>
            <w:tcW w:w="3458" w:type="dxa"/>
          </w:tcPr>
          <w:p w:rsidR="00E32B01" w:rsidP="007044DA" w:rsidRDefault="00D52C41" w14:paraId="3E626F22" w14:textId="77777777">
            <w:pPr>
              <w:spacing w:line="240" w:lineRule="auto"/>
              <w:jc w:val="left"/>
            </w:pPr>
            <w:r>
              <w:t>…/…/……</w:t>
            </w:r>
          </w:p>
        </w:tc>
      </w:tr>
      <w:tr w:rsidR="00E32B01" w14:paraId="5CB7AAE8" w14:textId="77777777">
        <w:trPr>
          <w:cantSplit/>
        </w:trPr>
        <w:tc>
          <w:tcPr>
            <w:tcW w:w="2335" w:type="dxa"/>
          </w:tcPr>
          <w:p w:rsidR="00E32B01" w:rsidP="007044DA" w:rsidRDefault="00D52C41" w14:paraId="132B95B1" w14:textId="77777777">
            <w:pPr>
              <w:spacing w:line="240" w:lineRule="auto"/>
              <w:jc w:val="left"/>
            </w:pPr>
            <w:r>
              <w:rPr>
                <w:b/>
              </w:rPr>
              <w:t>Yayımlama Onayı</w:t>
            </w:r>
          </w:p>
        </w:tc>
        <w:tc>
          <w:tcPr>
            <w:tcW w:w="3159" w:type="dxa"/>
          </w:tcPr>
          <w:p w:rsidR="00E32B01" w:rsidP="007044DA" w:rsidRDefault="00D52C41" w14:paraId="0A1A5B4E" w14:textId="77777777">
            <w:pPr>
              <w:spacing w:line="240" w:lineRule="auto"/>
              <w:jc w:val="left"/>
            </w:pP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Verildi </w:t>
            </w:r>
            <w:r>
              <w:rPr>
                <w:rFonts w:ascii="Segoe UI Symbol" w:hAnsi="Segoe UI Symbol" w:eastAsia="Segoe UI Symbol" w:cs="Segoe UI Symbol"/>
              </w:rPr>
              <w:t>☐</w:t>
            </w:r>
            <w:r>
              <w:t xml:space="preserve"> Beklemede</w:t>
            </w:r>
          </w:p>
        </w:tc>
        <w:tc>
          <w:tcPr>
            <w:tcW w:w="1252" w:type="dxa"/>
          </w:tcPr>
          <w:p w:rsidR="00E32B01" w:rsidP="007044DA" w:rsidRDefault="00D52C41" w14:paraId="302D7510" w14:textId="77777777">
            <w:pPr>
              <w:spacing w:line="240" w:lineRule="auto"/>
              <w:jc w:val="left"/>
            </w:pPr>
            <w:r>
              <w:rPr>
                <w:b/>
              </w:rPr>
              <w:t>Yayım Tarihi</w:t>
            </w:r>
          </w:p>
        </w:tc>
        <w:tc>
          <w:tcPr>
            <w:tcW w:w="3458" w:type="dxa"/>
          </w:tcPr>
          <w:p w:rsidR="00E32B01" w:rsidP="007044DA" w:rsidRDefault="00D52C41" w14:paraId="5AF0A35A" w14:textId="77777777">
            <w:pPr>
              <w:spacing w:line="240" w:lineRule="auto"/>
              <w:jc w:val="left"/>
            </w:pPr>
            <w:r>
              <w:t>…/…/……</w:t>
            </w:r>
          </w:p>
        </w:tc>
      </w:tr>
      <w:tr w:rsidR="00E32B01" w14:paraId="08B2672D" w14:textId="77777777">
        <w:trPr>
          <w:cantSplit/>
        </w:trPr>
        <w:tc>
          <w:tcPr>
            <w:tcW w:w="2335" w:type="dxa"/>
          </w:tcPr>
          <w:p w:rsidR="00E32B01" w:rsidP="007044DA" w:rsidRDefault="00D52C41" w14:paraId="0D245FC0" w14:textId="77777777">
            <w:pPr>
              <w:spacing w:line="240" w:lineRule="auto"/>
              <w:jc w:val="left"/>
            </w:pPr>
            <w:r>
              <w:rPr>
                <w:b/>
              </w:rPr>
              <w:t>Kontrol Eden</w:t>
            </w:r>
          </w:p>
        </w:tc>
        <w:tc>
          <w:tcPr>
            <w:tcW w:w="3159" w:type="dxa"/>
          </w:tcPr>
          <w:p w:rsidR="00E32B01" w:rsidP="007044DA" w:rsidRDefault="00D52C41" w14:paraId="4779F794" w14:textId="77777777">
            <w:pPr>
              <w:spacing w:line="240" w:lineRule="auto"/>
              <w:jc w:val="left"/>
            </w:pPr>
            <w:r>
              <w:t>Ad Soyad / İmza</w:t>
            </w:r>
          </w:p>
        </w:tc>
        <w:tc>
          <w:tcPr>
            <w:tcW w:w="1252" w:type="dxa"/>
          </w:tcPr>
          <w:p w:rsidR="00E32B01" w:rsidP="007044DA" w:rsidRDefault="00D52C41" w14:paraId="2D1BD6C3" w14:textId="77777777">
            <w:pPr>
              <w:spacing w:line="240" w:lineRule="auto"/>
              <w:jc w:val="left"/>
            </w:pPr>
            <w:r>
              <w:rPr>
                <w:b/>
              </w:rPr>
              <w:t>Web</w:t>
            </w:r>
          </w:p>
          <w:p w:rsidR="00E32B01" w:rsidP="007044DA" w:rsidRDefault="00D52C41" w14:paraId="200AC332" w14:textId="77777777">
            <w:pPr>
              <w:spacing w:line="240" w:lineRule="auto"/>
              <w:jc w:val="left"/>
            </w:pPr>
            <w:r>
              <w:rPr>
                <w:b/>
              </w:rPr>
              <w:t>Sorumlusu</w:t>
            </w:r>
          </w:p>
        </w:tc>
        <w:tc>
          <w:tcPr>
            <w:tcW w:w="3458" w:type="dxa"/>
          </w:tcPr>
          <w:p w:rsidR="00E32B01" w:rsidP="007044DA" w:rsidRDefault="00D52C41" w14:paraId="57EF0C29" w14:textId="77777777">
            <w:pPr>
              <w:spacing w:line="240" w:lineRule="auto"/>
              <w:jc w:val="left"/>
            </w:pPr>
            <w:r>
              <w:t>Ad Soyad / İmza</w:t>
            </w:r>
          </w:p>
        </w:tc>
      </w:tr>
      <w:tr w:rsidR="00E32B01" w14:paraId="14FBE2EF" w14:textId="77777777">
        <w:trPr>
          <w:cantSplit/>
        </w:trPr>
        <w:tc>
          <w:tcPr>
            <w:tcW w:w="2335" w:type="dxa"/>
          </w:tcPr>
          <w:p w:rsidR="00E32B01" w:rsidP="007044DA" w:rsidRDefault="00D52C41" w14:paraId="3F2CDA80" w14:textId="77777777">
            <w:pPr>
              <w:spacing w:line="240" w:lineRule="auto"/>
              <w:jc w:val="left"/>
            </w:pPr>
            <w:r>
              <w:rPr>
                <w:b/>
              </w:rPr>
              <w:t>Onay / Uygun Görüş</w:t>
            </w:r>
          </w:p>
        </w:tc>
        <w:tc>
          <w:tcPr>
            <w:tcW w:w="7869" w:type="dxa"/>
            <w:gridSpan w:val="3"/>
          </w:tcPr>
          <w:p w:rsidR="00E32B01" w:rsidP="007044DA" w:rsidRDefault="00D52C41" w14:paraId="36C74056" w14:textId="77777777">
            <w:pPr>
              <w:spacing w:line="240" w:lineRule="auto"/>
              <w:jc w:val="left"/>
            </w:pPr>
            <w:r>
              <w:t>İlgili Birim / Dekanlık / Web Sorumlusu</w:t>
            </w:r>
          </w:p>
        </w:tc>
      </w:tr>
    </w:tbl>
    <w:p w:rsidR="00E32B01" w:rsidP="007044DA" w:rsidRDefault="00D52C41" w14:paraId="1E3DAD70" w14:textId="77777777">
      <w:pPr>
        <w:spacing w:after="40" w:line="240" w:lineRule="auto"/>
        <w:jc w:val="left"/>
      </w:pPr>
      <w:r>
        <w:t>Kullanım Notu: Bu form; fakülte web sayfasında yayımlanacak veya güncellenecek içeriklerin yayımdan önce yazım, içerik</w:t>
      </w:r>
    </w:p>
    <w:p w:rsidR="00E32B01" w:rsidP="007044DA" w:rsidRDefault="00D52C41" w14:paraId="3F336785" w14:textId="77777777">
      <w:pPr>
        <w:spacing w:after="40" w:line="240" w:lineRule="auto"/>
        <w:jc w:val="left"/>
      </w:pPr>
      <w:r>
        <w:t>doğruluğu, kurumsal uygunluk, gizlilik ve teknik hazırlık yönünden kontrol edilmesi amacıyla kullanılır.</w:t>
      </w:r>
    </w:p>
    <w:sectPr w:rsidR="00E32B01" w:rsidSect="00034616">
      <w:headerReference w:type="default" r:id="R00065c4d1a0d46c0"/>
      <w:headerReference w:type="first" r:id="R00065c4d1a0d46c0"/>
      <w:headerReference w:type="even" r:id="R00065c4d1a0d46c0"/>
      <w:footerReference w:type="default" r:id="R52a6d6adff6b40e1"/>
      <w:footerReference w:type="first" r:id="R52a6d6adff6b40e1"/>
      <w:footerReference w:type="even" r:id="R52a6d6adff6b40e1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923C4" w14:textId="77777777" w:rsidR="00D52C41" w:rsidRDefault="00D52C41">
      <w:pPr>
        <w:spacing w:after="0" w:line="240" w:lineRule="auto"/>
      </w:pPr>
      <w:r>
        <w:separator/>
      </w:r>
    </w:p>
  </w:endnote>
  <w:endnote w:type="continuationSeparator" w:id="0">
    <w:p w14:paraId="14FC24F9" w14:textId="77777777" w:rsidR="00D52C41" w:rsidRDefault="00D52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KYS-FR.367,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9e1fb3c07b1f4e45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kvys.giresun.edu.tr/dg/1029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532e52aa5f3447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74844" w14:textId="77777777" w:rsidR="00D52C41" w:rsidRDefault="00D52C41">
      <w:pPr>
        <w:spacing w:after="0" w:line="240" w:lineRule="auto"/>
      </w:pPr>
      <w:r>
        <w:separator/>
      </w:r>
    </w:p>
  </w:footnote>
  <w:footnote w:type="continuationSeparator" w:id="0">
    <w:p w14:paraId="2F1CADF9" w14:textId="77777777" w:rsidR="00D52C41" w:rsidRDefault="00D52C41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480f9ca68dc84a9a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Web İçerik Kontrol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KYS-FR.367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07892880">
    <w:abstractNumId w:val="8"/>
  </w:num>
  <w:num w:numId="2" w16cid:durableId="1425884837">
    <w:abstractNumId w:val="6"/>
  </w:num>
  <w:num w:numId="3" w16cid:durableId="1877815380">
    <w:abstractNumId w:val="5"/>
  </w:num>
  <w:num w:numId="4" w16cid:durableId="1906144171">
    <w:abstractNumId w:val="4"/>
  </w:num>
  <w:num w:numId="5" w16cid:durableId="608320372">
    <w:abstractNumId w:val="7"/>
  </w:num>
  <w:num w:numId="6" w16cid:durableId="1268274420">
    <w:abstractNumId w:val="3"/>
  </w:num>
  <w:num w:numId="7" w16cid:durableId="1894850536">
    <w:abstractNumId w:val="2"/>
  </w:num>
  <w:num w:numId="8" w16cid:durableId="658197267">
    <w:abstractNumId w:val="1"/>
  </w:num>
  <w:num w:numId="9" w16cid:durableId="784815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5F8D"/>
    <w:rsid w:val="0006063C"/>
    <w:rsid w:val="0015074B"/>
    <w:rsid w:val="0029639D"/>
    <w:rsid w:val="00326F90"/>
    <w:rsid w:val="007044DA"/>
    <w:rsid w:val="00AA1D8D"/>
    <w:rsid w:val="00B47730"/>
    <w:rsid w:val="00CB0664"/>
    <w:rsid w:val="00D52C41"/>
    <w:rsid w:val="00E32B0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5F7583"/>
  <w14:defaultImageDpi w14:val="300"/>
  <w15:docId w15:val="{7586255B-871B-4232-B5CC-C7D0E6104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line="360" w:lineRule="auto"/>
      <w:jc w:val="both"/>
    </w:p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eastAsia="Times New Roman" w:hAnsi="Times New Roman" w:cs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eastAsia="Times New Roman" w:hAnsi="Times New Roman" w:cs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eastAsia="Times New Roman" w:hAnsi="Times New Roman" w:cs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eastAsia="Times New Roman" w:hAnsi="Times New Roman" w:cs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header" Target="/word/header2.xml" Id="R00065c4d1a0d46c0" /><Relationship Type="http://schemas.openxmlformats.org/officeDocument/2006/relationships/footer" Target="/word/footer2.xml" Id="R52a6d6adff6b40e1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5532e52aa5f34470" /><Relationship Type="http://schemas.openxmlformats.org/officeDocument/2006/relationships/hyperlink" Target="https://kvys.giresun.edu.tr/dg/1029" TargetMode="External" Id="R9e1fb3c07b1f4e45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.png" Id="R480f9ca68dc84a9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1517</Characters>
  <Application>Microsoft Office Word</Application>
  <DocSecurity>0</DocSecurity>
  <Lines>151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serdal karapinar</cp:lastModifiedBy>
  <cp:revision>2</cp:revision>
  <dcterms:created xsi:type="dcterms:W3CDTF">2013-12-23T23:15:00Z</dcterms:created>
  <dcterms:modified xsi:type="dcterms:W3CDTF">2026-09-28T12:18:00Z</dcterms:modified>
  <cp:category/>
</cp:coreProperties>
</file>