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2B2230" w14:paraId="176566DF" w14:textId="77777777">
        <w:trPr>
          <w:cantSplit/>
        </w:trPr>
        <w:tc>
          <w:tcPr>
            <w:tcW w:w="4082" w:type="dxa"/>
            <w:gridSpan w:val="2"/>
          </w:tcPr>
          <w:p w:rsidR="002B2230" w:rsidP="00912932" w:rsidRDefault="002B2230" w14:paraId="26D04B38" w14:textId="77777777">
            <w:pPr>
              <w:spacing w:line="240" w:lineRule="auto"/>
              <w:jc w:val="left"/>
            </w:pPr>
          </w:p>
        </w:tc>
        <w:tc>
          <w:tcPr>
            <w:tcW w:w="4082" w:type="dxa"/>
            <w:gridSpan w:val="2"/>
          </w:tcPr>
          <w:p w:rsidR="002B2230" w:rsidP="00912932" w:rsidRDefault="002B5D41" w14:paraId="1FE27C70" w14:textId="77777777">
            <w:pPr>
              <w:spacing w:line="240" w:lineRule="auto"/>
              <w:jc w:val="left"/>
            </w:pPr>
            <w:r>
              <w:rPr>
                <w:b/>
              </w:rPr>
              <w:t>Tarih</w:t>
            </w:r>
          </w:p>
        </w:tc>
        <w:tc>
          <w:tcPr>
            <w:tcW w:w="2041" w:type="dxa"/>
          </w:tcPr>
          <w:p w:rsidR="002B2230" w:rsidP="00912932" w:rsidRDefault="002B5D41" w14:paraId="4ECC870A" w14:textId="77777777">
            <w:pPr>
              <w:spacing w:line="240" w:lineRule="auto"/>
              <w:jc w:val="left"/>
            </w:pPr>
            <w:r>
              <w:t>…/…/……</w:t>
            </w:r>
          </w:p>
        </w:tc>
      </w:tr>
      <w:tr w:rsidR="002B2230" w14:paraId="0C093209" w14:textId="77777777">
        <w:trPr>
          <w:cantSplit/>
        </w:trPr>
        <w:tc>
          <w:tcPr>
            <w:tcW w:w="2041" w:type="dxa"/>
          </w:tcPr>
          <w:p w:rsidR="002B2230" w:rsidP="00912932" w:rsidRDefault="002B5D41" w14:paraId="2828437E" w14:textId="77777777">
            <w:pPr>
              <w:spacing w:line="240" w:lineRule="auto"/>
              <w:jc w:val="left"/>
            </w:pPr>
            <w:r>
              <w:rPr>
                <w:b/>
              </w:rPr>
              <w:t>Talep Eden Birim</w:t>
            </w:r>
          </w:p>
        </w:tc>
        <w:tc>
          <w:tcPr>
            <w:tcW w:w="2041" w:type="dxa"/>
          </w:tcPr>
          <w:p w:rsidR="002B2230" w:rsidP="00912932" w:rsidRDefault="002B2230" w14:paraId="2BB20161" w14:textId="77777777">
            <w:pPr>
              <w:spacing w:line="240" w:lineRule="auto"/>
              <w:jc w:val="left"/>
            </w:pPr>
          </w:p>
        </w:tc>
        <w:tc>
          <w:tcPr>
            <w:tcW w:w="4082" w:type="dxa"/>
            <w:gridSpan w:val="2"/>
          </w:tcPr>
          <w:p w:rsidR="002B2230" w:rsidP="00912932" w:rsidRDefault="002B5D41" w14:paraId="66EBC073" w14:textId="77777777">
            <w:pPr>
              <w:spacing w:line="240" w:lineRule="auto"/>
              <w:jc w:val="left"/>
            </w:pPr>
            <w:r>
              <w:rPr>
                <w:b/>
              </w:rPr>
              <w:t>Talep Eden Kişi</w:t>
            </w:r>
          </w:p>
        </w:tc>
        <w:tc>
          <w:tcPr>
            <w:tcW w:w="2041" w:type="dxa"/>
          </w:tcPr>
          <w:p w:rsidR="002B2230" w:rsidP="00912932" w:rsidRDefault="002B2230" w14:paraId="7D42F04A" w14:textId="77777777">
            <w:pPr>
              <w:spacing w:line="240" w:lineRule="auto"/>
              <w:jc w:val="left"/>
            </w:pPr>
          </w:p>
        </w:tc>
      </w:tr>
      <w:tr w:rsidR="002B2230" w14:paraId="4E1D2A66" w14:textId="77777777">
        <w:trPr>
          <w:cantSplit/>
        </w:trPr>
        <w:tc>
          <w:tcPr>
            <w:tcW w:w="2041" w:type="dxa"/>
          </w:tcPr>
          <w:p w:rsidR="002B2230" w:rsidP="00912932" w:rsidRDefault="002B5D41" w14:paraId="57D12D27" w14:textId="77777777">
            <w:pPr>
              <w:spacing w:line="240" w:lineRule="auto"/>
              <w:jc w:val="left"/>
            </w:pPr>
            <w:r>
              <w:rPr>
                <w:b/>
              </w:rPr>
              <w:t>Görevi / Unvanı</w:t>
            </w:r>
          </w:p>
        </w:tc>
        <w:tc>
          <w:tcPr>
            <w:tcW w:w="2041" w:type="dxa"/>
          </w:tcPr>
          <w:p w:rsidR="002B2230" w:rsidP="00912932" w:rsidRDefault="002B2230" w14:paraId="0EBE1F9E" w14:textId="77777777">
            <w:pPr>
              <w:spacing w:line="240" w:lineRule="auto"/>
              <w:jc w:val="left"/>
            </w:pPr>
          </w:p>
        </w:tc>
        <w:tc>
          <w:tcPr>
            <w:tcW w:w="4082" w:type="dxa"/>
            <w:gridSpan w:val="2"/>
          </w:tcPr>
          <w:p w:rsidR="002B2230" w:rsidP="00912932" w:rsidRDefault="002B5D41" w14:paraId="2ECF99D6" w14:textId="77777777">
            <w:pPr>
              <w:spacing w:line="240" w:lineRule="auto"/>
              <w:jc w:val="left"/>
            </w:pPr>
            <w:r>
              <w:rPr>
                <w:b/>
              </w:rPr>
              <w:t>İletişim Bilgisi</w:t>
            </w:r>
          </w:p>
        </w:tc>
        <w:tc>
          <w:tcPr>
            <w:tcW w:w="2041" w:type="dxa"/>
          </w:tcPr>
          <w:p w:rsidR="002B2230" w:rsidP="00912932" w:rsidRDefault="002B2230" w14:paraId="6D4D6B60" w14:textId="77777777">
            <w:pPr>
              <w:spacing w:line="240" w:lineRule="auto"/>
              <w:jc w:val="left"/>
            </w:pPr>
          </w:p>
        </w:tc>
      </w:tr>
      <w:tr w:rsidR="002B2230" w14:paraId="50F71274" w14:textId="77777777">
        <w:trPr>
          <w:cantSplit/>
        </w:trPr>
        <w:tc>
          <w:tcPr>
            <w:tcW w:w="2041" w:type="dxa"/>
          </w:tcPr>
          <w:p w:rsidR="002B2230" w:rsidP="00912932" w:rsidRDefault="002B5D41" w14:paraId="4FF073E1" w14:textId="77777777">
            <w:pPr>
              <w:spacing w:line="240" w:lineRule="auto"/>
              <w:jc w:val="left"/>
            </w:pPr>
            <w:r>
              <w:rPr>
                <w:b/>
              </w:rPr>
              <w:t>Talep Türü</w:t>
            </w:r>
          </w:p>
        </w:tc>
        <w:tc>
          <w:tcPr>
            <w:tcW w:w="8164" w:type="dxa"/>
            <w:gridSpan w:val="4"/>
          </w:tcPr>
          <w:p w:rsidR="002B2230" w:rsidP="00912932" w:rsidRDefault="002B5D41" w14:paraId="569A5CFF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Yeni içerik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Güncelleme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Duyuru yayını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İçerik kaldırma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Görsel ekleme/değiştirme</w:t>
            </w:r>
          </w:p>
          <w:p w:rsidR="002B2230" w:rsidP="00912932" w:rsidRDefault="002B5D41" w14:paraId="7AEE8FCE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Diğer:</w:t>
            </w:r>
          </w:p>
          <w:p w:rsidR="002B2230" w:rsidP="00912932" w:rsidRDefault="002B5D41" w14:paraId="2D0FC4A1" w14:textId="77777777">
            <w:pPr>
              <w:spacing w:line="240" w:lineRule="auto"/>
              <w:jc w:val="left"/>
            </w:pPr>
            <w:r>
              <w:t>____________</w:t>
            </w:r>
          </w:p>
        </w:tc>
      </w:tr>
      <w:tr w:rsidR="002B2230" w14:paraId="111794FE" w14:textId="77777777">
        <w:trPr>
          <w:cantSplit/>
        </w:trPr>
        <w:tc>
          <w:tcPr>
            <w:tcW w:w="2041" w:type="dxa"/>
          </w:tcPr>
          <w:p w:rsidR="002B2230" w:rsidP="00912932" w:rsidRDefault="002B5D41" w14:paraId="318BCE4C" w14:textId="77777777">
            <w:pPr>
              <w:spacing w:line="240" w:lineRule="auto"/>
              <w:jc w:val="left"/>
            </w:pPr>
            <w:r>
              <w:rPr>
                <w:b/>
              </w:rPr>
              <w:t>Yayınlanacak /</w:t>
            </w:r>
          </w:p>
          <w:p w:rsidR="002B2230" w:rsidP="00912932" w:rsidRDefault="002B5D41" w14:paraId="5B761180" w14:textId="77777777">
            <w:pPr>
              <w:spacing w:line="240" w:lineRule="auto"/>
              <w:jc w:val="left"/>
            </w:pPr>
            <w:r>
              <w:rPr>
                <w:b/>
              </w:rPr>
              <w:t>Güncellenecek Alan</w:t>
            </w:r>
          </w:p>
        </w:tc>
        <w:tc>
          <w:tcPr>
            <w:tcW w:w="8164" w:type="dxa"/>
            <w:gridSpan w:val="4"/>
          </w:tcPr>
          <w:p w:rsidR="002B2230" w:rsidP="00912932" w:rsidRDefault="002B5D41" w14:paraId="5B8A37CF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Ana sayfa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Duyurular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Akademik personel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İdari personel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Kurul / komisyon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</w:p>
          <w:p w:rsidR="002B2230" w:rsidP="00912932" w:rsidRDefault="002B5D41" w14:paraId="608BF802" w14:textId="77777777">
            <w:pPr>
              <w:spacing w:line="240" w:lineRule="auto"/>
              <w:jc w:val="left"/>
            </w:pPr>
            <w:r>
              <w:t xml:space="preserve">Öğrenci işleri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Kalite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Diğer:</w:t>
            </w:r>
          </w:p>
          <w:p w:rsidR="002B2230" w:rsidP="00912932" w:rsidRDefault="002B5D41" w14:paraId="74B64F92" w14:textId="77777777">
            <w:pPr>
              <w:spacing w:line="240" w:lineRule="auto"/>
              <w:jc w:val="left"/>
            </w:pPr>
            <w:r>
              <w:t>____________</w:t>
            </w:r>
          </w:p>
        </w:tc>
      </w:tr>
      <w:tr w:rsidR="002B2230" w14:paraId="3DCF1CBB" w14:textId="77777777">
        <w:trPr>
          <w:cantSplit/>
        </w:trPr>
        <w:tc>
          <w:tcPr>
            <w:tcW w:w="2041" w:type="dxa"/>
          </w:tcPr>
          <w:p w:rsidR="002B2230" w:rsidP="00912932" w:rsidRDefault="002B5D41" w14:paraId="50BB9EFA" w14:textId="77777777">
            <w:pPr>
              <w:spacing w:line="240" w:lineRule="auto"/>
              <w:jc w:val="left"/>
            </w:pPr>
            <w:r>
              <w:rPr>
                <w:b/>
              </w:rPr>
              <w:t>İçerik Başlığı</w:t>
            </w:r>
          </w:p>
        </w:tc>
        <w:tc>
          <w:tcPr>
            <w:tcW w:w="8164" w:type="dxa"/>
            <w:gridSpan w:val="4"/>
          </w:tcPr>
          <w:p w:rsidR="002B2230" w:rsidP="00912932" w:rsidRDefault="002B2230" w14:paraId="48CEBA55" w14:textId="77777777">
            <w:pPr>
              <w:spacing w:line="240" w:lineRule="auto"/>
              <w:jc w:val="left"/>
            </w:pPr>
          </w:p>
        </w:tc>
      </w:tr>
      <w:tr w:rsidR="002B2230" w14:paraId="7E4FF9E0" w14:textId="77777777">
        <w:trPr>
          <w:cantSplit/>
        </w:trPr>
        <w:tc>
          <w:tcPr>
            <w:tcW w:w="2041" w:type="dxa"/>
          </w:tcPr>
          <w:p w:rsidR="002B2230" w:rsidP="00912932" w:rsidRDefault="002B5D41" w14:paraId="4D8E0135" w14:textId="77777777">
            <w:pPr>
              <w:spacing w:line="240" w:lineRule="auto"/>
              <w:jc w:val="left"/>
            </w:pPr>
            <w:r>
              <w:rPr>
                <w:b/>
              </w:rPr>
              <w:t>Talep Konusu / İçerik</w:t>
            </w:r>
          </w:p>
          <w:p w:rsidR="002B2230" w:rsidP="00912932" w:rsidRDefault="002B5D41" w14:paraId="5BD12ED6" w14:textId="77777777">
            <w:pPr>
              <w:spacing w:line="240" w:lineRule="auto"/>
              <w:jc w:val="left"/>
            </w:pPr>
            <w:r>
              <w:rPr>
                <w:b/>
              </w:rPr>
              <w:t>Özeti</w:t>
            </w:r>
          </w:p>
        </w:tc>
        <w:tc>
          <w:tcPr>
            <w:tcW w:w="8164" w:type="dxa"/>
            <w:gridSpan w:val="4"/>
          </w:tcPr>
          <w:p w:rsidR="002B2230" w:rsidP="00912932" w:rsidRDefault="002B2230" w14:paraId="02FEA6C1" w14:textId="77777777">
            <w:pPr>
              <w:spacing w:line="240" w:lineRule="auto"/>
              <w:jc w:val="left"/>
            </w:pPr>
          </w:p>
        </w:tc>
      </w:tr>
      <w:tr w:rsidR="002B2230" w14:paraId="7A4E66D0" w14:textId="77777777">
        <w:trPr>
          <w:cantSplit/>
        </w:trPr>
        <w:tc>
          <w:tcPr>
            <w:tcW w:w="2041" w:type="dxa"/>
          </w:tcPr>
          <w:p w:rsidR="002B2230" w:rsidP="00912932" w:rsidRDefault="002B5D41" w14:paraId="5D31F652" w14:textId="77777777">
            <w:pPr>
              <w:spacing w:line="240" w:lineRule="auto"/>
              <w:jc w:val="left"/>
            </w:pPr>
            <w:r>
              <w:rPr>
                <w:b/>
              </w:rPr>
              <w:t>Yayınlanması İstenen</w:t>
            </w:r>
          </w:p>
          <w:p w:rsidR="002B2230" w:rsidP="00912932" w:rsidRDefault="002B5D41" w14:paraId="60C38094" w14:textId="77777777">
            <w:pPr>
              <w:spacing w:line="240" w:lineRule="auto"/>
              <w:jc w:val="left"/>
            </w:pPr>
            <w:r>
              <w:rPr>
                <w:b/>
              </w:rPr>
              <w:t>Metin</w:t>
            </w:r>
          </w:p>
        </w:tc>
        <w:tc>
          <w:tcPr>
            <w:tcW w:w="8164" w:type="dxa"/>
            <w:gridSpan w:val="4"/>
          </w:tcPr>
          <w:p w:rsidR="002B2230" w:rsidP="00912932" w:rsidRDefault="002B2230" w14:paraId="472890F8" w14:textId="77777777">
            <w:pPr>
              <w:spacing w:line="240" w:lineRule="auto"/>
              <w:jc w:val="left"/>
            </w:pPr>
          </w:p>
        </w:tc>
      </w:tr>
      <w:tr w:rsidR="002B2230" w14:paraId="3E4CD296" w14:textId="77777777">
        <w:trPr>
          <w:cantSplit/>
        </w:trPr>
        <w:tc>
          <w:tcPr>
            <w:tcW w:w="2041" w:type="dxa"/>
          </w:tcPr>
          <w:p w:rsidR="002B2230" w:rsidP="00912932" w:rsidRDefault="002B5D41" w14:paraId="2CCB28E8" w14:textId="77777777">
            <w:pPr>
              <w:spacing w:line="240" w:lineRule="auto"/>
              <w:jc w:val="left"/>
            </w:pPr>
            <w:r>
              <w:rPr>
                <w:b/>
              </w:rPr>
              <w:t>Ek Belge / Görsel / Link</w:t>
            </w:r>
          </w:p>
          <w:p w:rsidR="002B2230" w:rsidP="00912932" w:rsidRDefault="002B5D41" w14:paraId="08ED2320" w14:textId="77777777">
            <w:pPr>
              <w:spacing w:line="240" w:lineRule="auto"/>
              <w:jc w:val="left"/>
            </w:pPr>
            <w:r>
              <w:rPr>
                <w:b/>
              </w:rPr>
              <w:t>Bilgisi</w:t>
            </w:r>
          </w:p>
        </w:tc>
        <w:tc>
          <w:tcPr>
            <w:tcW w:w="8164" w:type="dxa"/>
            <w:gridSpan w:val="4"/>
          </w:tcPr>
          <w:p w:rsidR="002B2230" w:rsidP="00912932" w:rsidRDefault="002B2230" w14:paraId="0C694A1C" w14:textId="77777777">
            <w:pPr>
              <w:spacing w:line="240" w:lineRule="auto"/>
              <w:jc w:val="left"/>
            </w:pPr>
          </w:p>
        </w:tc>
      </w:tr>
      <w:tr w:rsidR="002B2230" w14:paraId="40FE8F72" w14:textId="77777777">
        <w:trPr>
          <w:cantSplit/>
        </w:trPr>
        <w:tc>
          <w:tcPr>
            <w:tcW w:w="2041" w:type="dxa"/>
          </w:tcPr>
          <w:p w:rsidR="002B2230" w:rsidP="00912932" w:rsidRDefault="002B5D41" w14:paraId="2437AA19" w14:textId="77777777">
            <w:pPr>
              <w:spacing w:line="240" w:lineRule="auto"/>
              <w:jc w:val="left"/>
            </w:pPr>
            <w:r>
              <w:rPr>
                <w:b/>
              </w:rPr>
              <w:t>Talep Gerekçesi</w:t>
            </w:r>
          </w:p>
        </w:tc>
        <w:tc>
          <w:tcPr>
            <w:tcW w:w="8164" w:type="dxa"/>
            <w:gridSpan w:val="4"/>
          </w:tcPr>
          <w:p w:rsidR="002B2230" w:rsidP="00912932" w:rsidRDefault="002B2230" w14:paraId="06854040" w14:textId="77777777">
            <w:pPr>
              <w:spacing w:line="240" w:lineRule="auto"/>
              <w:jc w:val="left"/>
            </w:pPr>
          </w:p>
        </w:tc>
      </w:tr>
      <w:tr w:rsidR="002B2230" w14:paraId="095A0C6D" w14:textId="77777777">
        <w:trPr>
          <w:cantSplit/>
        </w:trPr>
        <w:tc>
          <w:tcPr>
            <w:tcW w:w="2041" w:type="dxa"/>
          </w:tcPr>
          <w:p w:rsidR="002B2230" w:rsidP="00912932" w:rsidRDefault="002B5D41" w14:paraId="00D1EB19" w14:textId="77777777">
            <w:pPr>
              <w:spacing w:line="240" w:lineRule="auto"/>
              <w:jc w:val="left"/>
            </w:pPr>
            <w:r>
              <w:rPr>
                <w:b/>
              </w:rPr>
              <w:t>Yayın Tarihi Talebi</w:t>
            </w:r>
          </w:p>
        </w:tc>
        <w:tc>
          <w:tcPr>
            <w:tcW w:w="2041" w:type="dxa"/>
          </w:tcPr>
          <w:p w:rsidR="002B2230" w:rsidP="00912932" w:rsidRDefault="002B5D41" w14:paraId="1034DA07" w14:textId="77777777">
            <w:pPr>
              <w:spacing w:line="240" w:lineRule="auto"/>
              <w:jc w:val="left"/>
            </w:pPr>
            <w:r>
              <w:t>…/…/……</w:t>
            </w:r>
          </w:p>
        </w:tc>
        <w:tc>
          <w:tcPr>
            <w:tcW w:w="4082" w:type="dxa"/>
            <w:gridSpan w:val="2"/>
          </w:tcPr>
          <w:p w:rsidR="002B2230" w:rsidP="00912932" w:rsidRDefault="002B5D41" w14:paraId="569CFE02" w14:textId="77777777">
            <w:pPr>
              <w:spacing w:line="240" w:lineRule="auto"/>
              <w:jc w:val="left"/>
            </w:pPr>
            <w:r>
              <w:rPr>
                <w:b/>
              </w:rPr>
              <w:t>Yayından Kaldırma</w:t>
            </w:r>
          </w:p>
          <w:p w:rsidR="002B2230" w:rsidP="00912932" w:rsidRDefault="002B5D41" w14:paraId="5FC9724C" w14:textId="77777777">
            <w:pPr>
              <w:spacing w:line="240" w:lineRule="auto"/>
              <w:jc w:val="left"/>
            </w:pPr>
            <w:r>
              <w:rPr>
                <w:b/>
              </w:rPr>
              <w:t>Tarihi (varsa)</w:t>
            </w:r>
          </w:p>
        </w:tc>
        <w:tc>
          <w:tcPr>
            <w:tcW w:w="2041" w:type="dxa"/>
          </w:tcPr>
          <w:p w:rsidR="002B2230" w:rsidP="00912932" w:rsidRDefault="002B5D41" w14:paraId="4E32AE6B" w14:textId="77777777">
            <w:pPr>
              <w:spacing w:line="240" w:lineRule="auto"/>
              <w:jc w:val="left"/>
            </w:pPr>
            <w:r>
              <w:t>…/…/……</w:t>
            </w:r>
          </w:p>
        </w:tc>
      </w:tr>
      <w:tr w:rsidR="002B2230" w14:paraId="315C85E7" w14:textId="77777777">
        <w:trPr>
          <w:cantSplit/>
        </w:trPr>
        <w:tc>
          <w:tcPr>
            <w:tcW w:w="2041" w:type="dxa"/>
          </w:tcPr>
          <w:p w:rsidR="002B2230" w:rsidP="00912932" w:rsidRDefault="002B5D41" w14:paraId="5E9B64FF" w14:textId="77777777">
            <w:pPr>
              <w:spacing w:line="240" w:lineRule="auto"/>
              <w:jc w:val="left"/>
            </w:pPr>
            <w:r>
              <w:rPr>
                <w:b/>
              </w:rPr>
              <w:t>Aciliyet Durumu</w:t>
            </w:r>
          </w:p>
        </w:tc>
        <w:tc>
          <w:tcPr>
            <w:tcW w:w="8164" w:type="dxa"/>
            <w:gridSpan w:val="4"/>
          </w:tcPr>
          <w:p w:rsidR="002B2230" w:rsidP="00912932" w:rsidRDefault="002B5D41" w14:paraId="0A7E7BB5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Normal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Öncelikli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Acil</w:t>
            </w:r>
          </w:p>
        </w:tc>
      </w:tr>
      <w:tr w:rsidR="002B2230" w14:paraId="634B7793" w14:textId="77777777">
        <w:trPr>
          <w:cantSplit/>
        </w:trPr>
        <w:tc>
          <w:tcPr>
            <w:tcW w:w="2041" w:type="dxa"/>
          </w:tcPr>
          <w:p w:rsidR="002B2230" w:rsidP="00912932" w:rsidRDefault="002B5D41" w14:paraId="4589BCC5" w14:textId="77777777">
            <w:pPr>
              <w:spacing w:line="240" w:lineRule="auto"/>
              <w:jc w:val="left"/>
            </w:pPr>
            <w:r>
              <w:rPr>
                <w:b/>
              </w:rPr>
              <w:t>İçerik Kontrolü Yapıldı</w:t>
            </w:r>
          </w:p>
          <w:p w:rsidR="002B2230" w:rsidP="00912932" w:rsidRDefault="002B5D41" w14:paraId="501BA0D7" w14:textId="77777777">
            <w:pPr>
              <w:spacing w:line="240" w:lineRule="auto"/>
              <w:jc w:val="left"/>
            </w:pPr>
            <w:r>
              <w:rPr>
                <w:b/>
              </w:rPr>
              <w:t>mı?</w:t>
            </w:r>
          </w:p>
        </w:tc>
        <w:tc>
          <w:tcPr>
            <w:tcW w:w="2041" w:type="dxa"/>
          </w:tcPr>
          <w:p w:rsidR="002B2230" w:rsidP="00912932" w:rsidRDefault="002B5D41" w14:paraId="4EF638B0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  <w:tc>
          <w:tcPr>
            <w:tcW w:w="4082" w:type="dxa"/>
            <w:gridSpan w:val="2"/>
          </w:tcPr>
          <w:p w:rsidR="002B2230" w:rsidP="00912932" w:rsidRDefault="002B5D41" w14:paraId="56E996F2" w14:textId="77777777">
            <w:pPr>
              <w:spacing w:line="240" w:lineRule="auto"/>
              <w:jc w:val="left"/>
            </w:pPr>
            <w:r>
              <w:rPr>
                <w:b/>
              </w:rPr>
              <w:t>Onaylayan Birim / Kişi</w:t>
            </w:r>
          </w:p>
        </w:tc>
        <w:tc>
          <w:tcPr>
            <w:tcW w:w="2041" w:type="dxa"/>
          </w:tcPr>
          <w:p w:rsidR="002B2230" w:rsidP="00912932" w:rsidRDefault="002B2230" w14:paraId="5A50A80A" w14:textId="77777777">
            <w:pPr>
              <w:spacing w:line="240" w:lineRule="auto"/>
              <w:jc w:val="left"/>
            </w:pPr>
          </w:p>
        </w:tc>
      </w:tr>
      <w:tr w:rsidR="002B2230" w14:paraId="6C0EBF56" w14:textId="77777777">
        <w:trPr>
          <w:cantSplit/>
        </w:trPr>
        <w:tc>
          <w:tcPr>
            <w:tcW w:w="2041" w:type="dxa"/>
          </w:tcPr>
          <w:p w:rsidR="002B2230" w:rsidP="00912932" w:rsidRDefault="002B5D41" w14:paraId="61372A7A" w14:textId="77777777">
            <w:pPr>
              <w:spacing w:line="240" w:lineRule="auto"/>
              <w:jc w:val="left"/>
            </w:pPr>
            <w:r>
              <w:rPr>
                <w:b/>
              </w:rPr>
              <w:t>Web Sorumlusu</w:t>
            </w:r>
          </w:p>
          <w:p w:rsidR="002B2230" w:rsidP="00912932" w:rsidRDefault="002B5D41" w14:paraId="1C656FA0" w14:textId="77777777">
            <w:pPr>
              <w:spacing w:line="240" w:lineRule="auto"/>
              <w:jc w:val="left"/>
            </w:pPr>
            <w:r>
              <w:rPr>
                <w:b/>
              </w:rPr>
              <w:t>Değerlendirmesi</w:t>
            </w:r>
          </w:p>
        </w:tc>
        <w:tc>
          <w:tcPr>
            <w:tcW w:w="8164" w:type="dxa"/>
            <w:gridSpan w:val="4"/>
          </w:tcPr>
          <w:p w:rsidR="002B2230" w:rsidP="00912932" w:rsidRDefault="002B5D41" w14:paraId="7A7816C7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Düzeltme gerekli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</w:tr>
      <w:tr w:rsidR="002B2230" w14:paraId="3B537B4D" w14:textId="77777777">
        <w:trPr>
          <w:cantSplit/>
        </w:trPr>
        <w:tc>
          <w:tcPr>
            <w:tcW w:w="2041" w:type="dxa"/>
          </w:tcPr>
          <w:p w:rsidR="002B2230" w:rsidP="00912932" w:rsidRDefault="002B5D41" w14:paraId="0CCF2794" w14:textId="77777777">
            <w:pPr>
              <w:spacing w:line="240" w:lineRule="auto"/>
              <w:jc w:val="left"/>
            </w:pPr>
            <w:r>
              <w:rPr>
                <w:b/>
              </w:rPr>
              <w:t>Açıklama / Not</w:t>
            </w:r>
          </w:p>
        </w:tc>
        <w:tc>
          <w:tcPr>
            <w:tcW w:w="8164" w:type="dxa"/>
            <w:gridSpan w:val="4"/>
          </w:tcPr>
          <w:p w:rsidR="002B2230" w:rsidP="00912932" w:rsidRDefault="002B2230" w14:paraId="022E0A72" w14:textId="77777777">
            <w:pPr>
              <w:spacing w:line="240" w:lineRule="auto"/>
              <w:jc w:val="left"/>
            </w:pPr>
          </w:p>
        </w:tc>
      </w:tr>
      <w:tr w:rsidR="002B2230" w14:paraId="74CF789E" w14:textId="77777777">
        <w:trPr>
          <w:cantSplit/>
        </w:trPr>
        <w:tc>
          <w:tcPr>
            <w:tcW w:w="2041" w:type="dxa"/>
          </w:tcPr>
          <w:p w:rsidR="002B2230" w:rsidP="00912932" w:rsidRDefault="002B5D41" w14:paraId="0CAE022F" w14:textId="77777777">
            <w:pPr>
              <w:spacing w:line="240" w:lineRule="auto"/>
              <w:jc w:val="left"/>
            </w:pPr>
            <w:r>
              <w:rPr>
                <w:b/>
              </w:rPr>
              <w:lastRenderedPageBreak/>
              <w:t>Talep Eden</w:t>
            </w:r>
          </w:p>
        </w:tc>
        <w:tc>
          <w:tcPr>
            <w:tcW w:w="4082" w:type="dxa"/>
            <w:gridSpan w:val="2"/>
          </w:tcPr>
          <w:p w:rsidR="002B2230" w:rsidP="00912932" w:rsidRDefault="002B5D41" w14:paraId="0A967AF4" w14:textId="77777777">
            <w:pPr>
              <w:spacing w:line="240" w:lineRule="auto"/>
              <w:jc w:val="left"/>
            </w:pPr>
            <w:r>
              <w:t>Ad Soyad / İmza</w:t>
            </w:r>
          </w:p>
        </w:tc>
        <w:tc>
          <w:tcPr>
            <w:tcW w:w="2041" w:type="dxa"/>
          </w:tcPr>
          <w:p w:rsidR="002B2230" w:rsidP="00912932" w:rsidRDefault="002B5D41" w14:paraId="49F786C1" w14:textId="77777777">
            <w:pPr>
              <w:spacing w:line="240" w:lineRule="auto"/>
              <w:jc w:val="left"/>
            </w:pPr>
            <w:r>
              <w:rPr>
                <w:b/>
              </w:rPr>
              <w:t>Teslim Alan</w:t>
            </w:r>
          </w:p>
          <w:p w:rsidR="002B2230" w:rsidP="00912932" w:rsidRDefault="002B5D41" w14:paraId="37F98915" w14:textId="77777777">
            <w:pPr>
              <w:spacing w:line="240" w:lineRule="auto"/>
              <w:jc w:val="left"/>
            </w:pPr>
            <w:r>
              <w:rPr>
                <w:b/>
              </w:rPr>
              <w:t>Web</w:t>
            </w:r>
          </w:p>
          <w:p w:rsidR="002B2230" w:rsidP="00912932" w:rsidRDefault="002B5D41" w14:paraId="7B0CC4D7" w14:textId="77777777">
            <w:pPr>
              <w:spacing w:line="240" w:lineRule="auto"/>
              <w:jc w:val="left"/>
            </w:pPr>
            <w:r>
              <w:rPr>
                <w:b/>
              </w:rPr>
              <w:t>Sorumlusu</w:t>
            </w:r>
          </w:p>
        </w:tc>
        <w:tc>
          <w:tcPr>
            <w:tcW w:w="2041" w:type="dxa"/>
          </w:tcPr>
          <w:p w:rsidR="002B2230" w:rsidP="00912932" w:rsidRDefault="002B5D41" w14:paraId="33E8609F" w14:textId="77777777">
            <w:pPr>
              <w:spacing w:line="240" w:lineRule="auto"/>
              <w:jc w:val="left"/>
            </w:pPr>
            <w:r>
              <w:t>Ad Soyad / İmza</w:t>
            </w:r>
          </w:p>
        </w:tc>
      </w:tr>
      <w:tr w:rsidR="002B2230" w14:paraId="17575694" w14:textId="77777777">
        <w:trPr>
          <w:cantSplit/>
        </w:trPr>
        <w:tc>
          <w:tcPr>
            <w:tcW w:w="2041" w:type="dxa"/>
          </w:tcPr>
          <w:p w:rsidR="002B2230" w:rsidP="00912932" w:rsidRDefault="002B5D41" w14:paraId="565342D4" w14:textId="77777777">
            <w:pPr>
              <w:spacing w:line="240" w:lineRule="auto"/>
              <w:jc w:val="left"/>
            </w:pPr>
            <w:r>
              <w:rPr>
                <w:b/>
              </w:rPr>
              <w:t>Onay / Uygun Görüş</w:t>
            </w:r>
          </w:p>
        </w:tc>
        <w:tc>
          <w:tcPr>
            <w:tcW w:w="8164" w:type="dxa"/>
            <w:gridSpan w:val="4"/>
          </w:tcPr>
          <w:p w:rsidR="002B2230" w:rsidP="00912932" w:rsidRDefault="002B5D41" w14:paraId="53379B8D" w14:textId="77777777">
            <w:pPr>
              <w:spacing w:line="240" w:lineRule="auto"/>
              <w:jc w:val="left"/>
            </w:pPr>
            <w:r>
              <w:t>İlgili Birim / Dekanlık / Web Sorumlusu</w:t>
            </w:r>
          </w:p>
        </w:tc>
      </w:tr>
    </w:tbl>
    <w:p w:rsidR="002B2230" w:rsidP="00912932" w:rsidRDefault="002B5D41" w14:paraId="0CA123E4" w14:textId="77777777">
      <w:pPr>
        <w:spacing w:after="40" w:line="240" w:lineRule="auto"/>
        <w:jc w:val="left"/>
      </w:pPr>
      <w:r>
        <w:t>Kullanım Notu: Bu form; fakülte web sayfasında yayımlanması, güncellenmesi veya kaldırılması talep edilen içeriklerin kayıt</w:t>
      </w:r>
    </w:p>
    <w:p w:rsidR="002B2230" w:rsidP="00912932" w:rsidRDefault="002B5D41" w14:paraId="1CEA972E" w14:textId="77777777">
      <w:pPr>
        <w:spacing w:after="40" w:line="240" w:lineRule="auto"/>
        <w:jc w:val="left"/>
      </w:pPr>
      <w:r>
        <w:t>altına alınması, içerik kontrolünün yapılması ve web sorumlusu tarafından değerlendirilmesi amacıyla kullanılır.</w:t>
      </w:r>
    </w:p>
    <w:sectPr w:rsidR="002B2230" w:rsidSect="00034616">
      <w:headerReference w:type="default" r:id="R4d13af356fd64477"/>
      <w:headerReference w:type="first" r:id="R4d13af356fd64477"/>
      <w:headerReference w:type="even" r:id="R4d13af356fd64477"/>
      <w:footerReference w:type="default" r:id="Rf145b3aa31f24b7d"/>
      <w:footerReference w:type="first" r:id="Rf145b3aa31f24b7d"/>
      <w:footerReference w:type="even" r:id="Rf145b3aa31f24b7d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87268" w14:textId="77777777" w:rsidR="002B5D41" w:rsidRDefault="002B5D41">
      <w:pPr>
        <w:spacing w:after="0" w:line="240" w:lineRule="auto"/>
      </w:pPr>
      <w:r>
        <w:separator/>
      </w:r>
    </w:p>
  </w:endnote>
  <w:endnote w:type="continuationSeparator" w:id="0">
    <w:p w14:paraId="2710B6BE" w14:textId="77777777" w:rsidR="002B5D41" w:rsidRDefault="002B5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KYS-FR.368,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a9e6e108d18465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kvys.giresun.edu.tr/dg/1030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3fe0f18c36a400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D3293" w14:textId="77777777" w:rsidR="002B5D41" w:rsidRDefault="002B5D41">
      <w:pPr>
        <w:spacing w:after="0" w:line="240" w:lineRule="auto"/>
      </w:pPr>
      <w:r>
        <w:separator/>
      </w:r>
    </w:p>
  </w:footnote>
  <w:footnote w:type="continuationSeparator" w:id="0">
    <w:p w14:paraId="3A6D11E2" w14:textId="77777777" w:rsidR="002B5D41" w:rsidRDefault="002B5D41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4774b42ee7e4f0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Web İçerik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4000474">
    <w:abstractNumId w:val="8"/>
  </w:num>
  <w:num w:numId="2" w16cid:durableId="480778182">
    <w:abstractNumId w:val="6"/>
  </w:num>
  <w:num w:numId="3" w16cid:durableId="601646789">
    <w:abstractNumId w:val="5"/>
  </w:num>
  <w:num w:numId="4" w16cid:durableId="77404970">
    <w:abstractNumId w:val="4"/>
  </w:num>
  <w:num w:numId="5" w16cid:durableId="779108629">
    <w:abstractNumId w:val="7"/>
  </w:num>
  <w:num w:numId="6" w16cid:durableId="742029779">
    <w:abstractNumId w:val="3"/>
  </w:num>
  <w:num w:numId="7" w16cid:durableId="2031948615">
    <w:abstractNumId w:val="2"/>
  </w:num>
  <w:num w:numId="8" w16cid:durableId="947201386">
    <w:abstractNumId w:val="1"/>
  </w:num>
  <w:num w:numId="9" w16cid:durableId="1144396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5F8D"/>
    <w:rsid w:val="0006063C"/>
    <w:rsid w:val="0015074B"/>
    <w:rsid w:val="0029639D"/>
    <w:rsid w:val="002B2230"/>
    <w:rsid w:val="002B5D41"/>
    <w:rsid w:val="00326F90"/>
    <w:rsid w:val="0091293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820660"/>
  <w14:defaultImageDpi w14:val="300"/>
  <w15:docId w15:val="{7586255B-871B-4232-B5CC-C7D0E610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eastAsia="Times New Roman" w:hAnsi="Times New Roman" w:cs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eastAsia="Times New Roman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eastAsia="Times New Roman" w:hAnsi="Times New Roman" w:cs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/word/header2.xml" Id="R4d13af356fd64477" /><Relationship Type="http://schemas.openxmlformats.org/officeDocument/2006/relationships/footer" Target="/word/footer2.xml" Id="Rf145b3aa31f24b7d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63fe0f18c36a4008" /><Relationship Type="http://schemas.openxmlformats.org/officeDocument/2006/relationships/hyperlink" Target="https://kvys.giresun.edu.tr/dg/1030" TargetMode="External" Id="Rca9e6e108d18465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84774b42ee7e4f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934</Characters>
  <Application>Microsoft Office Word</Application>
  <DocSecurity>0</DocSecurity>
  <Lines>77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serdal karapinar</cp:lastModifiedBy>
  <cp:revision>2</cp:revision>
  <dcterms:created xsi:type="dcterms:W3CDTF">2013-12-23T23:15:00Z</dcterms:created>
  <dcterms:modified xsi:type="dcterms:W3CDTF">2026-09-28T12:18:00Z</dcterms:modified>
  <cp:category/>
</cp:coreProperties>
</file>