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A6047" w:rsidRDefault="00000000" w14:paraId="72F6FA11" w14:textId="77777777">
      <w:pPr>
        <w:jc w:val="center"/>
      </w:pPr>
      <w:r>
        <w:rPr>
          <w:b/>
          <w:sz w:val="24"/>
        </w:rPr>
        <w:t>DEKANLIK MAKAMINA</w:t>
      </w:r>
    </w:p>
    <w:p w:rsidR="00DA6047" w:rsidRDefault="00000000" w14:paraId="07E45876" w14:textId="77777777">
      <w:r>
        <w:t>Fakültemiz bünyesinde ortak kullanıma açılmış bulunan aşağıda bilgileri yer alan cihazı/cihazları, belirtilen bilimsel çalışma/eğitim faaliyeti kapsamında kullanmak istiyorum.</w:t>
      </w:r>
    </w:p>
    <w:p w:rsidR="00DA6047" w:rsidRDefault="00000000" w14:paraId="5E226B20" w14:textId="77777777">
      <w:r>
        <w:t>Cihazın tarafıma teslim edilmesi halinde kullanım süresince korunması, amacına uygun kullanılması, üçüncü kişilere devredilmemesi ve kullanım sonrası eksiksiz şekilde iade edilmesi hususunda sorumluluğu kabul ederim.</w:t>
      </w:r>
    </w:p>
    <w:p w:rsidR="00DA6047" w:rsidRDefault="00000000" w14:paraId="697496AB" w14:textId="77777777">
      <w:r>
        <w:t>Gereğini arz ederim.</w:t>
      </w:r>
    </w:p>
    <w:p w:rsidR="00DA6047" w:rsidRDefault="00000000" w14:paraId="38C51B7A" w14:textId="77777777">
      <w:pPr>
        <w:jc w:val="right"/>
      </w:pPr>
      <w:r>
        <w:br/>
        <w:t>…/…/2026</w:t>
      </w:r>
      <w:r>
        <w:br/>
        <w:t>Adı Soyadı</w:t>
      </w:r>
      <w:r>
        <w:br/>
        <w:t>Unvanı</w:t>
      </w:r>
      <w:r>
        <w:br/>
        <w:t>İmza</w:t>
      </w:r>
    </w:p>
    <w:p w:rsidRPr="00F00919" w:rsidR="00DA6047" w:rsidRDefault="00000000" w14:paraId="7CBBECBC" w14:textId="77777777">
      <w:pPr>
        <w:rPr>
          <w:lang w:val="sv-SE"/>
        </w:rPr>
      </w:pPr>
      <w:proofErr w:type="spellStart"/>
      <w:r w:rsidRPr="00F00919">
        <w:rPr>
          <w:b/>
          <w:lang w:val="sv-SE"/>
        </w:rPr>
        <w:t>Ekler</w:t>
      </w:r>
      <w:proofErr w:type="spellEnd"/>
      <w:r w:rsidRPr="00F00919">
        <w:rPr>
          <w:b/>
          <w:lang w:val="sv-SE"/>
        </w:rPr>
        <w:t>:</w:t>
      </w:r>
    </w:p>
    <w:p w:rsidRPr="00F00919" w:rsidR="00DA6047" w:rsidRDefault="00000000" w14:paraId="5075EB32" w14:textId="77777777">
      <w:pPr>
        <w:rPr>
          <w:lang w:val="sv-SE"/>
        </w:rPr>
      </w:pPr>
      <w:r w:rsidRPr="00F00919">
        <w:rPr>
          <w:lang w:val="sv-SE"/>
        </w:rPr>
        <w:t xml:space="preserve">1. </w:t>
      </w:r>
      <w:proofErr w:type="spellStart"/>
      <w:r w:rsidRPr="00F00919">
        <w:rPr>
          <w:lang w:val="sv-SE"/>
        </w:rPr>
        <w:t>Cihaz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Kullanım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Talep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Formu</w:t>
      </w:r>
      <w:proofErr w:type="spellEnd"/>
      <w:r w:rsidRPr="00F00919">
        <w:rPr>
          <w:lang w:val="sv-SE"/>
        </w:rPr>
        <w:br/>
        <w:t xml:space="preserve">2. </w:t>
      </w:r>
      <w:proofErr w:type="spellStart"/>
      <w:r w:rsidRPr="00F00919">
        <w:rPr>
          <w:lang w:val="sv-SE"/>
        </w:rPr>
        <w:t>Proje</w:t>
      </w:r>
      <w:proofErr w:type="spellEnd"/>
      <w:r w:rsidRPr="00F00919">
        <w:rPr>
          <w:lang w:val="sv-SE"/>
        </w:rPr>
        <w:t>/</w:t>
      </w:r>
      <w:proofErr w:type="spellStart"/>
      <w:r w:rsidRPr="00F00919">
        <w:rPr>
          <w:lang w:val="sv-SE"/>
        </w:rPr>
        <w:t>çalışma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onay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belgesi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veya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ilgili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açıklayıcı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belge</w:t>
      </w:r>
      <w:proofErr w:type="spellEnd"/>
      <w:r w:rsidRPr="00F00919">
        <w:rPr>
          <w:lang w:val="sv-SE"/>
        </w:rPr>
        <w:t xml:space="preserve"> </w:t>
      </w:r>
      <w:proofErr w:type="spellStart"/>
      <w:r w:rsidRPr="00F00919">
        <w:rPr>
          <w:lang w:val="sv-SE"/>
        </w:rPr>
        <w:t>varsa</w:t>
      </w:r>
      <w:proofErr w:type="spellEnd"/>
    </w:p>
    <w:p w:rsidR="00DA6047" w:rsidRDefault="00000000" w14:paraId="56CCC397" w14:textId="77777777">
      <w:proofErr w:type="spellStart"/>
      <w:r>
        <w:rPr>
          <w:b/>
        </w:rPr>
        <w:t>Talep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Edilen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Cihaz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Bilgisi</w:t>
      </w:r>
      <w:proofErr w:type="spellEnd"/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4986"/>
      </w:tblGrid>
      <w:tr w:rsidR="00DA6047" w14:paraId="030D38B0" w14:textId="77777777">
        <w:trPr>
          <w:jc w:val="center"/>
        </w:trPr>
        <w:tc>
          <w:tcPr>
            <w:tcW w:w="4986" w:type="dxa"/>
            <w:vAlign w:val="center"/>
          </w:tcPr>
          <w:p w:rsidR="00DA6047" w:rsidRDefault="00000000" w14:paraId="08785D50" w14:textId="77777777">
            <w:r>
              <w:rPr>
                <w:b/>
                <w:sz w:val="18"/>
              </w:rPr>
              <w:t>Cihaz Adı</w:t>
            </w:r>
          </w:p>
        </w:tc>
        <w:tc>
          <w:tcPr>
            <w:tcW w:w="4986" w:type="dxa"/>
            <w:vAlign w:val="center"/>
          </w:tcPr>
          <w:p w:rsidR="00DA6047" w:rsidRDefault="00DA6047" w14:paraId="0CA0774B" w14:textId="77777777"/>
        </w:tc>
      </w:tr>
      <w:tr w:rsidR="00DA6047" w14:paraId="1FA4E84C" w14:textId="77777777">
        <w:trPr>
          <w:jc w:val="center"/>
        </w:trPr>
        <w:tc>
          <w:tcPr>
            <w:tcW w:w="4986" w:type="dxa"/>
            <w:vAlign w:val="center"/>
          </w:tcPr>
          <w:p w:rsidR="00DA6047" w:rsidRDefault="00000000" w14:paraId="2D447382" w14:textId="77777777">
            <w:r>
              <w:rPr>
                <w:b/>
                <w:sz w:val="18"/>
              </w:rPr>
              <w:t>Proje/Çalışma Adı</w:t>
            </w:r>
          </w:p>
        </w:tc>
        <w:tc>
          <w:tcPr>
            <w:tcW w:w="4986" w:type="dxa"/>
            <w:vAlign w:val="center"/>
          </w:tcPr>
          <w:p w:rsidR="00DA6047" w:rsidRDefault="00DA6047" w14:paraId="36100537" w14:textId="77777777"/>
        </w:tc>
      </w:tr>
      <w:tr w:rsidR="00DA6047" w14:paraId="7049A648" w14:textId="77777777">
        <w:trPr>
          <w:jc w:val="center"/>
        </w:trPr>
        <w:tc>
          <w:tcPr>
            <w:tcW w:w="4986" w:type="dxa"/>
            <w:vAlign w:val="center"/>
          </w:tcPr>
          <w:p w:rsidR="00DA6047" w:rsidRDefault="00000000" w14:paraId="147072DF" w14:textId="77777777">
            <w:r>
              <w:rPr>
                <w:b/>
                <w:sz w:val="18"/>
              </w:rPr>
              <w:t>Kullanım Amacı</w:t>
            </w:r>
          </w:p>
        </w:tc>
        <w:tc>
          <w:tcPr>
            <w:tcW w:w="4986" w:type="dxa"/>
            <w:vAlign w:val="center"/>
          </w:tcPr>
          <w:p w:rsidR="00DA6047" w:rsidRDefault="00DA6047" w14:paraId="38F37E86" w14:textId="77777777"/>
        </w:tc>
      </w:tr>
      <w:tr w:rsidR="00DA6047" w14:paraId="2FA123AC" w14:textId="77777777">
        <w:trPr>
          <w:jc w:val="center"/>
        </w:trPr>
        <w:tc>
          <w:tcPr>
            <w:tcW w:w="4986" w:type="dxa"/>
            <w:vAlign w:val="center"/>
          </w:tcPr>
          <w:p w:rsidR="00DA6047" w:rsidRDefault="00000000" w14:paraId="547CFC8F" w14:textId="77777777">
            <w:r>
              <w:rPr>
                <w:b/>
                <w:sz w:val="18"/>
              </w:rPr>
              <w:t>Planlanan Kullanım Tarihleri</w:t>
            </w:r>
          </w:p>
        </w:tc>
        <w:tc>
          <w:tcPr>
            <w:tcW w:w="4986" w:type="dxa"/>
            <w:vAlign w:val="center"/>
          </w:tcPr>
          <w:p w:rsidR="00DA6047" w:rsidRDefault="00DA6047" w14:paraId="59F1E313" w14:textId="77777777"/>
        </w:tc>
      </w:tr>
      <w:tr w:rsidR="00DA6047" w14:paraId="71641BE2" w14:textId="77777777">
        <w:trPr>
          <w:jc w:val="center"/>
        </w:trPr>
        <w:tc>
          <w:tcPr>
            <w:tcW w:w="4986" w:type="dxa"/>
            <w:vAlign w:val="center"/>
          </w:tcPr>
          <w:p w:rsidR="00DA6047" w:rsidRDefault="00000000" w14:paraId="53E25A2B" w14:textId="77777777">
            <w:r>
              <w:rPr>
                <w:b/>
                <w:sz w:val="18"/>
              </w:rPr>
              <w:t>Kullanım Yeri</w:t>
            </w:r>
          </w:p>
        </w:tc>
        <w:tc>
          <w:tcPr>
            <w:tcW w:w="4986" w:type="dxa"/>
            <w:vAlign w:val="center"/>
          </w:tcPr>
          <w:p w:rsidR="00DA6047" w:rsidRDefault="00DA6047" w14:paraId="2DAA17E9" w14:textId="77777777"/>
        </w:tc>
      </w:tr>
    </w:tbl>
    <w:p w:rsidR="00226AE3" w:rsidRDefault="00226AE3" w14:paraId="288EAFEE" w14:textId="77777777"/>
    <w:sectPr w:rsidR="00226AE3" w:rsidSect="00034616">
      <w:headerReference w:type="default" r:id="R211cab08dfe24a17"/>
      <w:headerReference w:type="first" r:id="R211cab08dfe24a17"/>
      <w:headerReference w:type="even" r:id="R211cab08dfe24a17"/>
      <w:footerReference w:type="default" r:id="R8daf214f740046dd"/>
      <w:footerReference w:type="first" r:id="R8daf214f740046dd"/>
      <w:footerReference w:type="even" r:id="R8daf214f740046dd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22909" w14:textId="77777777" w:rsidR="00226AE3" w:rsidRDefault="00226AE3">
      <w:pPr>
        <w:spacing w:after="0" w:line="240" w:lineRule="auto"/>
      </w:pPr>
      <w:r>
        <w:separator/>
      </w:r>
    </w:p>
  </w:endnote>
  <w:endnote w:type="continuationSeparator" w:id="0">
    <w:p w14:paraId="4F5F69FF" w14:textId="77777777" w:rsidR="00226AE3" w:rsidRDefault="00226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KYS-FR.370,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486674063e7436c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kvys.giresun.edu.tr/dg/1032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3da3e0bc206458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82E" w14:textId="77777777" w:rsidR="00226AE3" w:rsidRDefault="00226AE3">
      <w:pPr>
        <w:spacing w:after="0" w:line="240" w:lineRule="auto"/>
      </w:pPr>
      <w:r>
        <w:separator/>
      </w:r>
    </w:p>
  </w:footnote>
  <w:footnote w:type="continuationSeparator" w:id="0">
    <w:p w14:paraId="25AF83B5" w14:textId="77777777" w:rsidR="00226AE3" w:rsidRDefault="00226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6022f06104a4ab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Ortak Kullanım Cihaz Kullanım Talep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KYS-FR.370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1083407">
    <w:abstractNumId w:val="8"/>
  </w:num>
  <w:num w:numId="2" w16cid:durableId="1218012095">
    <w:abstractNumId w:val="6"/>
  </w:num>
  <w:num w:numId="3" w16cid:durableId="1859462737">
    <w:abstractNumId w:val="5"/>
  </w:num>
  <w:num w:numId="4" w16cid:durableId="471875194">
    <w:abstractNumId w:val="4"/>
  </w:num>
  <w:num w:numId="5" w16cid:durableId="134685401">
    <w:abstractNumId w:val="7"/>
  </w:num>
  <w:num w:numId="6" w16cid:durableId="1882859708">
    <w:abstractNumId w:val="3"/>
  </w:num>
  <w:num w:numId="7" w16cid:durableId="1090932108">
    <w:abstractNumId w:val="2"/>
  </w:num>
  <w:num w:numId="8" w16cid:durableId="4402210">
    <w:abstractNumId w:val="1"/>
  </w:num>
  <w:num w:numId="9" w16cid:durableId="44793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26AE3"/>
    <w:rsid w:val="0029639D"/>
    <w:rsid w:val="00326F90"/>
    <w:rsid w:val="003F7834"/>
    <w:rsid w:val="00AA1D8D"/>
    <w:rsid w:val="00B47730"/>
    <w:rsid w:val="00CB0664"/>
    <w:rsid w:val="00DA6047"/>
    <w:rsid w:val="00F0091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34CC53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 w:cs="Times New Roman" w:eastAsia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211cab08dfe24a17" /><Relationship Type="http://schemas.openxmlformats.org/officeDocument/2006/relationships/footer" Target="/word/footer2.xml" Id="R8daf214f740046dd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53da3e0bc206458f" /><Relationship Type="http://schemas.openxmlformats.org/officeDocument/2006/relationships/hyperlink" Target="https://kvys.giresun.edu.tr/dg/1032" TargetMode="External" Id="R2486674063e7436c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c6022f06104a4a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2</cp:revision>
  <dcterms:created xsi:type="dcterms:W3CDTF">2013-12-23T23:15:00Z</dcterms:created>
  <dcterms:modified xsi:type="dcterms:W3CDTF">2026-05-21T06:57:00Z</dcterms:modified>
  <cp:category/>
</cp:coreProperties>
</file>