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70CBA" w:rsidRDefault="00812F0C" w14:paraId="65AF618E" w14:textId="698B572D">
      <w:pPr>
        <w:spacing w:after="240"/>
        <w:jc w:val="center"/>
      </w:pPr>
      <w:r>
        <w:rPr>
          <w:b/>
        </w:rPr>
        <w:t xml:space="preserve">……………………………… </w:t>
      </w:r>
      <w:r w:rsidR="00D3361B">
        <w:rPr>
          <w:b/>
        </w:rPr>
        <w:t>BÖLÜM/PROGRAM BAŞKANLIĞINA</w:t>
      </w:r>
    </w:p>
    <w:p w:rsidR="00E70CBA" w:rsidRDefault="00812F0C" w14:paraId="143E6AA4" w14:textId="00C6541A">
      <w:pPr>
        <w:spacing w:after="120"/>
        <w:ind w:firstLine="709"/>
        <w:jc w:val="both"/>
      </w:pPr>
      <w:r>
        <w:t xml:space="preserve">…………………………………………………… </w:t>
      </w:r>
      <w:r w:rsidR="00D3361B">
        <w:t>Bölümü/Anabilim Dalı/Programı önlisans/lisans programında</w:t>
      </w:r>
      <w:r>
        <w:t xml:space="preserve"> ………/……….. Eğitim-Öğretim Yılı ……… Yarıyılı sonu itibarıyla aşağıda bilgileri verilen ders kapsamında yapılan başvuruya ilişkin …………… tarihinde saat …………’te tek ders sınavı yapılmıştır. Yapılan tek ders sınavının sonuçlarına ilişkin bilgiler aşağıda verilmiştir.</w:t>
      </w:r>
    </w:p>
    <w:p w:rsidR="00E70CBA" w:rsidRDefault="00812F0C" w14:paraId="398DD831" w14:textId="77777777">
      <w:pPr>
        <w:spacing w:after="240"/>
        <w:ind w:firstLine="709"/>
        <w:jc w:val="both"/>
      </w:pPr>
      <w:r>
        <w:t>Gereğini bilgi ve onayınıza arz ederim.</w:t>
      </w:r>
    </w:p>
    <w:p w:rsidR="00E70CBA" w:rsidRDefault="00812F0C" w14:paraId="11AB95A3" w14:textId="77777777">
      <w:pPr>
        <w:ind w:left="5386"/>
        <w:jc w:val="center"/>
      </w:pPr>
      <w:r>
        <w:t>Tarih</w:t>
      </w:r>
    </w:p>
    <w:p w:rsidR="00E70CBA" w:rsidRDefault="00812F0C" w14:paraId="7E984CC7" w14:textId="77777777">
      <w:pPr>
        <w:ind w:left="5386"/>
        <w:jc w:val="center"/>
      </w:pPr>
      <w:r>
        <w:t>Sorumlu Öğretim Elemanının</w:t>
      </w:r>
    </w:p>
    <w:p w:rsidR="00E70CBA" w:rsidRDefault="00812F0C" w14:paraId="33C661D5" w14:textId="77777777">
      <w:pPr>
        <w:ind w:left="5386"/>
        <w:jc w:val="center"/>
      </w:pPr>
      <w:r>
        <w:t>Adı-Soyadı</w:t>
      </w:r>
    </w:p>
    <w:p w:rsidR="00E70CBA" w:rsidRDefault="00812F0C" w14:paraId="5CA405D0" w14:textId="77777777">
      <w:pPr>
        <w:ind w:left="5386"/>
        <w:jc w:val="center"/>
      </w:pPr>
      <w:r>
        <w:t>İmzası</w:t>
      </w:r>
    </w:p>
    <w:p w:rsidR="00E70CBA" w:rsidRDefault="00E70CBA" w14:paraId="1B7FE9CF" w14:textId="77777777">
      <w:pPr>
        <w:spacing w:after="240"/>
      </w:pPr>
    </w:p>
    <w:tbl>
      <w:tblPr>
        <w:tblStyle w:val="TabloKlavuzu"/>
        <w:tblW w:w="0" w:type="auto"/>
        <w:jc w:val="center"/>
        <w:tblLook w:val="04A0" w:firstRow="1" w:lastRow="0" w:firstColumn="1" w:lastColumn="0" w:noHBand="0" w:noVBand="1"/>
      </w:tblPr>
      <w:tblGrid>
        <w:gridCol w:w="2551"/>
        <w:gridCol w:w="6520"/>
      </w:tblGrid>
      <w:tr w:rsidR="00E70CBA" w14:paraId="20470821" w14:textId="77777777">
        <w:trPr>
          <w:trHeight w:val="454"/>
          <w:jc w:val="center"/>
        </w:trPr>
        <w:tc>
          <w:tcPr>
            <w:tcW w:w="2551" w:type="dxa"/>
          </w:tcPr>
          <w:p w:rsidR="00E70CBA" w:rsidRDefault="00812F0C" w14:paraId="15397D99" w14:textId="77777777">
            <w:r>
              <w:rPr>
                <w:b/>
              </w:rPr>
              <w:t>Ders Kodu</w:t>
            </w:r>
          </w:p>
        </w:tc>
        <w:tc>
          <w:tcPr>
            <w:tcW w:w="6520" w:type="dxa"/>
          </w:tcPr>
          <w:p w:rsidR="00E70CBA" w:rsidRDefault="00E70CBA" w14:paraId="5994106D" w14:textId="77777777"/>
        </w:tc>
      </w:tr>
      <w:tr w:rsidR="00E70CBA" w14:paraId="3704104F" w14:textId="77777777">
        <w:trPr>
          <w:trHeight w:val="454"/>
          <w:jc w:val="center"/>
        </w:trPr>
        <w:tc>
          <w:tcPr>
            <w:tcW w:w="2551" w:type="dxa"/>
          </w:tcPr>
          <w:p w:rsidR="00E70CBA" w:rsidRDefault="00812F0C" w14:paraId="600FAE5B" w14:textId="77777777">
            <w:r>
              <w:rPr>
                <w:b/>
              </w:rPr>
              <w:t>Ders Adı</w:t>
            </w:r>
          </w:p>
        </w:tc>
        <w:tc>
          <w:tcPr>
            <w:tcW w:w="6520" w:type="dxa"/>
          </w:tcPr>
          <w:p w:rsidR="00E70CBA" w:rsidRDefault="00E70CBA" w14:paraId="54A0C721" w14:textId="77777777"/>
        </w:tc>
      </w:tr>
      <w:tr w:rsidR="00E70CBA" w14:paraId="3CE40C1A" w14:textId="77777777">
        <w:trPr>
          <w:trHeight w:val="454"/>
          <w:jc w:val="center"/>
        </w:trPr>
        <w:tc>
          <w:tcPr>
            <w:tcW w:w="2551" w:type="dxa"/>
          </w:tcPr>
          <w:p w:rsidR="00E70CBA" w:rsidRDefault="00812F0C" w14:paraId="31F27FF1" w14:textId="77777777">
            <w:r>
              <w:rPr>
                <w:b/>
              </w:rPr>
              <w:t>Ders Sorumlusu</w:t>
            </w:r>
          </w:p>
        </w:tc>
        <w:tc>
          <w:tcPr>
            <w:tcW w:w="6520" w:type="dxa"/>
          </w:tcPr>
          <w:p w:rsidR="00E70CBA" w:rsidRDefault="00E70CBA" w14:paraId="3F2300D7" w14:textId="77777777"/>
        </w:tc>
      </w:tr>
    </w:tbl>
    <w:p w:rsidR="00E70CBA" w:rsidRDefault="00E70CBA" w14:paraId="13B10CAD" w14:textId="77777777">
      <w:pPr>
        <w:spacing w:after="240"/>
      </w:pPr>
    </w:p>
    <w:tbl>
      <w:tblPr>
        <w:tblStyle w:val="TabloKlavuzu"/>
        <w:tblW w:w="0" w:type="auto"/>
        <w:jc w:val="center"/>
        <w:tblLook w:val="04A0" w:firstRow="1" w:lastRow="0" w:firstColumn="1" w:lastColumn="0" w:noHBand="0" w:noVBand="1"/>
      </w:tblPr>
      <w:tblGrid>
        <w:gridCol w:w="680"/>
        <w:gridCol w:w="1984"/>
        <w:gridCol w:w="3402"/>
        <w:gridCol w:w="1587"/>
        <w:gridCol w:w="1417"/>
      </w:tblGrid>
      <w:tr w:rsidR="00E70CBA" w14:paraId="1668A442" w14:textId="77777777">
        <w:trPr>
          <w:trHeight w:val="454"/>
          <w:jc w:val="center"/>
        </w:trPr>
        <w:tc>
          <w:tcPr>
            <w:tcW w:w="680" w:type="dxa"/>
          </w:tcPr>
          <w:p w:rsidR="00E70CBA" w:rsidRDefault="00812F0C" w14:paraId="0A400A6A" w14:textId="77777777">
            <w:pPr>
              <w:jc w:val="center"/>
            </w:pPr>
            <w:r>
              <w:rPr>
                <w:b/>
              </w:rPr>
              <w:t>SN</w:t>
            </w:r>
          </w:p>
        </w:tc>
        <w:tc>
          <w:tcPr>
            <w:tcW w:w="1984" w:type="dxa"/>
          </w:tcPr>
          <w:p w:rsidR="00E70CBA" w:rsidRDefault="00812F0C" w14:paraId="55DC3583" w14:textId="77777777">
            <w:pPr>
              <w:jc w:val="center"/>
            </w:pPr>
            <w:r>
              <w:rPr>
                <w:b/>
              </w:rPr>
              <w:t>Öğrenci No</w:t>
            </w:r>
          </w:p>
        </w:tc>
        <w:tc>
          <w:tcPr>
            <w:tcW w:w="3402" w:type="dxa"/>
          </w:tcPr>
          <w:p w:rsidR="00E70CBA" w:rsidRDefault="00812F0C" w14:paraId="7BFDB47C" w14:textId="77777777">
            <w:pPr>
              <w:jc w:val="center"/>
            </w:pPr>
            <w:r>
              <w:rPr>
                <w:b/>
              </w:rPr>
              <w:t>Adı Soyadı</w:t>
            </w:r>
          </w:p>
        </w:tc>
        <w:tc>
          <w:tcPr>
            <w:tcW w:w="1587" w:type="dxa"/>
          </w:tcPr>
          <w:p w:rsidR="00E70CBA" w:rsidRDefault="00812F0C" w14:paraId="4F01E757" w14:textId="77777777">
            <w:pPr>
              <w:jc w:val="center"/>
            </w:pPr>
            <w:r>
              <w:rPr>
                <w:b/>
              </w:rPr>
              <w:t>Sınav Başarı Notu</w:t>
            </w:r>
          </w:p>
        </w:tc>
        <w:tc>
          <w:tcPr>
            <w:tcW w:w="1417" w:type="dxa"/>
          </w:tcPr>
          <w:p w:rsidR="00E70CBA" w:rsidRDefault="00812F0C" w14:paraId="1714DCD5" w14:textId="77777777">
            <w:pPr>
              <w:jc w:val="center"/>
            </w:pPr>
            <w:r>
              <w:rPr>
                <w:b/>
              </w:rPr>
              <w:t>Harf Notu</w:t>
            </w:r>
          </w:p>
        </w:tc>
      </w:tr>
      <w:tr w:rsidR="00E70CBA" w14:paraId="711BFBFE" w14:textId="77777777">
        <w:trPr>
          <w:trHeight w:val="454"/>
          <w:jc w:val="center"/>
        </w:trPr>
        <w:tc>
          <w:tcPr>
            <w:tcW w:w="680" w:type="dxa"/>
          </w:tcPr>
          <w:p w:rsidR="00E70CBA" w:rsidRDefault="00812F0C" w14:paraId="47723964" w14:textId="77777777">
            <w:pPr>
              <w:jc w:val="center"/>
            </w:pPr>
            <w:r>
              <w:t>1</w:t>
            </w:r>
          </w:p>
        </w:tc>
        <w:tc>
          <w:tcPr>
            <w:tcW w:w="1984" w:type="dxa"/>
          </w:tcPr>
          <w:p w:rsidR="00E70CBA" w:rsidRDefault="00E70CBA" w14:paraId="04107AC3" w14:textId="77777777"/>
        </w:tc>
        <w:tc>
          <w:tcPr>
            <w:tcW w:w="3402" w:type="dxa"/>
          </w:tcPr>
          <w:p w:rsidR="00E70CBA" w:rsidRDefault="00E70CBA" w14:paraId="07423E9E" w14:textId="77777777"/>
        </w:tc>
        <w:tc>
          <w:tcPr>
            <w:tcW w:w="1587" w:type="dxa"/>
          </w:tcPr>
          <w:p w:rsidR="00E70CBA" w:rsidRDefault="00E70CBA" w14:paraId="1368FA95" w14:textId="77777777"/>
        </w:tc>
        <w:tc>
          <w:tcPr>
            <w:tcW w:w="1417" w:type="dxa"/>
          </w:tcPr>
          <w:p w:rsidR="00E70CBA" w:rsidRDefault="00E70CBA" w14:paraId="3D61EF09" w14:textId="77777777"/>
        </w:tc>
      </w:tr>
      <w:tr w:rsidR="00E70CBA" w14:paraId="17C1E380" w14:textId="77777777">
        <w:trPr>
          <w:trHeight w:val="454"/>
          <w:jc w:val="center"/>
        </w:trPr>
        <w:tc>
          <w:tcPr>
            <w:tcW w:w="680" w:type="dxa"/>
          </w:tcPr>
          <w:p w:rsidR="00E70CBA" w:rsidRDefault="00812F0C" w14:paraId="599F234D" w14:textId="77777777">
            <w:pPr>
              <w:jc w:val="center"/>
            </w:pPr>
            <w:r>
              <w:t>2</w:t>
            </w:r>
          </w:p>
        </w:tc>
        <w:tc>
          <w:tcPr>
            <w:tcW w:w="1984" w:type="dxa"/>
          </w:tcPr>
          <w:p w:rsidR="00E70CBA" w:rsidRDefault="00E70CBA" w14:paraId="491A2DB2" w14:textId="77777777"/>
        </w:tc>
        <w:tc>
          <w:tcPr>
            <w:tcW w:w="3402" w:type="dxa"/>
          </w:tcPr>
          <w:p w:rsidR="00E70CBA" w:rsidRDefault="00E70CBA" w14:paraId="0C57CEA6" w14:textId="77777777"/>
        </w:tc>
        <w:tc>
          <w:tcPr>
            <w:tcW w:w="1587" w:type="dxa"/>
          </w:tcPr>
          <w:p w:rsidR="00E70CBA" w:rsidRDefault="00E70CBA" w14:paraId="1F9F66A3" w14:textId="77777777"/>
        </w:tc>
        <w:tc>
          <w:tcPr>
            <w:tcW w:w="1417" w:type="dxa"/>
          </w:tcPr>
          <w:p w:rsidR="00E70CBA" w:rsidRDefault="00E70CBA" w14:paraId="413134C3" w14:textId="77777777"/>
        </w:tc>
      </w:tr>
      <w:tr w:rsidR="00E70CBA" w14:paraId="51D76EC6" w14:textId="77777777">
        <w:trPr>
          <w:trHeight w:val="454"/>
          <w:jc w:val="center"/>
        </w:trPr>
        <w:tc>
          <w:tcPr>
            <w:tcW w:w="680" w:type="dxa"/>
          </w:tcPr>
          <w:p w:rsidR="00E70CBA" w:rsidRDefault="00812F0C" w14:paraId="044163FF" w14:textId="77777777">
            <w:pPr>
              <w:jc w:val="center"/>
            </w:pPr>
            <w:r>
              <w:t>3</w:t>
            </w:r>
          </w:p>
        </w:tc>
        <w:tc>
          <w:tcPr>
            <w:tcW w:w="1984" w:type="dxa"/>
          </w:tcPr>
          <w:p w:rsidR="00E70CBA" w:rsidRDefault="00E70CBA" w14:paraId="5BA5CD7B" w14:textId="77777777"/>
        </w:tc>
        <w:tc>
          <w:tcPr>
            <w:tcW w:w="3402" w:type="dxa"/>
          </w:tcPr>
          <w:p w:rsidR="00E70CBA" w:rsidRDefault="00E70CBA" w14:paraId="02C8C918" w14:textId="77777777"/>
        </w:tc>
        <w:tc>
          <w:tcPr>
            <w:tcW w:w="1587" w:type="dxa"/>
          </w:tcPr>
          <w:p w:rsidR="00E70CBA" w:rsidRDefault="00E70CBA" w14:paraId="6BD7564A" w14:textId="77777777"/>
        </w:tc>
        <w:tc>
          <w:tcPr>
            <w:tcW w:w="1417" w:type="dxa"/>
          </w:tcPr>
          <w:p w:rsidR="00E70CBA" w:rsidRDefault="00E70CBA" w14:paraId="3F16340B" w14:textId="77777777"/>
        </w:tc>
      </w:tr>
      <w:tr w:rsidR="00E70CBA" w14:paraId="42FD3EB2" w14:textId="77777777">
        <w:trPr>
          <w:trHeight w:val="454"/>
          <w:jc w:val="center"/>
        </w:trPr>
        <w:tc>
          <w:tcPr>
            <w:tcW w:w="680" w:type="dxa"/>
          </w:tcPr>
          <w:p w:rsidR="00E70CBA" w:rsidRDefault="00812F0C" w14:paraId="50C18788" w14:textId="77777777">
            <w:pPr>
              <w:jc w:val="center"/>
            </w:pPr>
            <w:r>
              <w:t>4</w:t>
            </w:r>
          </w:p>
        </w:tc>
        <w:tc>
          <w:tcPr>
            <w:tcW w:w="1984" w:type="dxa"/>
          </w:tcPr>
          <w:p w:rsidR="00E70CBA" w:rsidRDefault="00E70CBA" w14:paraId="2B7951F0" w14:textId="77777777"/>
        </w:tc>
        <w:tc>
          <w:tcPr>
            <w:tcW w:w="3402" w:type="dxa"/>
          </w:tcPr>
          <w:p w:rsidR="00E70CBA" w:rsidRDefault="00E70CBA" w14:paraId="68491C62" w14:textId="77777777"/>
        </w:tc>
        <w:tc>
          <w:tcPr>
            <w:tcW w:w="1587" w:type="dxa"/>
          </w:tcPr>
          <w:p w:rsidR="00E70CBA" w:rsidRDefault="00E70CBA" w14:paraId="57D2BE48" w14:textId="77777777"/>
        </w:tc>
        <w:tc>
          <w:tcPr>
            <w:tcW w:w="1417" w:type="dxa"/>
          </w:tcPr>
          <w:p w:rsidR="00E70CBA" w:rsidRDefault="00E70CBA" w14:paraId="4ADAB276" w14:textId="77777777"/>
        </w:tc>
      </w:tr>
      <w:tr w:rsidR="00E70CBA" w14:paraId="70C124C8" w14:textId="77777777">
        <w:trPr>
          <w:trHeight w:val="454"/>
          <w:jc w:val="center"/>
        </w:trPr>
        <w:tc>
          <w:tcPr>
            <w:tcW w:w="680" w:type="dxa"/>
          </w:tcPr>
          <w:p w:rsidR="00E70CBA" w:rsidRDefault="00812F0C" w14:paraId="085B06BD" w14:textId="77777777">
            <w:pPr>
              <w:jc w:val="center"/>
            </w:pPr>
            <w:r>
              <w:t>5</w:t>
            </w:r>
          </w:p>
        </w:tc>
        <w:tc>
          <w:tcPr>
            <w:tcW w:w="1984" w:type="dxa"/>
          </w:tcPr>
          <w:p w:rsidR="00E70CBA" w:rsidRDefault="00E70CBA" w14:paraId="271E2C7F" w14:textId="77777777"/>
        </w:tc>
        <w:tc>
          <w:tcPr>
            <w:tcW w:w="3402" w:type="dxa"/>
          </w:tcPr>
          <w:p w:rsidR="00E70CBA" w:rsidRDefault="00E70CBA" w14:paraId="4B9DC194" w14:textId="77777777"/>
        </w:tc>
        <w:tc>
          <w:tcPr>
            <w:tcW w:w="1587" w:type="dxa"/>
          </w:tcPr>
          <w:p w:rsidR="00E70CBA" w:rsidRDefault="00E70CBA" w14:paraId="7E182281" w14:textId="77777777"/>
        </w:tc>
        <w:tc>
          <w:tcPr>
            <w:tcW w:w="1417" w:type="dxa"/>
          </w:tcPr>
          <w:p w:rsidR="00E70CBA" w:rsidRDefault="00E70CBA" w14:paraId="7EF0A399" w14:textId="77777777"/>
        </w:tc>
      </w:tr>
    </w:tbl>
    <w:p w:rsidR="00812F0C" w:rsidRDefault="00812F0C" w14:paraId="3CAD04C4" w14:textId="77777777"/>
    <w:sectPr w:rsidR="00812F0C" w:rsidSect="00034616">
      <w:headerReference w:type="default" r:id="R1cfed05c61c6409b"/>
      <w:headerReference w:type="first" r:id="R1cfed05c61c6409b"/>
      <w:headerReference w:type="even" r:id="R1cfed05c61c6409b"/>
      <w:footerReference w:type="default" r:id="R58bb66b4ae994c5d"/>
      <w:footerReference w:type="first" r:id="R58bb66b4ae994c5d"/>
      <w:footerReference w:type="even" r:id="R58bb66b4ae994c5d"/>
      <w:pgSz w:w="12240" w:h="15840"/>
      <w:pgMar w:top="1417" w:right="850" w:bottom="1417" w:left="850" w:header="720"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KYS-FR.398, R00, 09.10.2026</w:t>
          </w:r>
        </w:p>
        <w:p>
          <w:pPr>
            <w:spacing w:before="0" w:after="0" w:line="240" w:lineRule="auto"/>
          </w:pPr>
          <w:hyperlink xmlns:r="http://schemas.openxmlformats.org/officeDocument/2006/relationships" w:history="true" r:id="R9a33f1cc8da84b54">
            <w:r>
              <w:rPr>
                <w:rFonts w:ascii="Times New Roman" w:hAnsi="Times New Roman" w:eastAsia="Century Gothic"/>
                <w:sz w:val="16"/>
                <w:szCs w:val="16"/>
                <w:color w:val="0563C1"/>
                <w:u w:val="single"/>
              </w:rPr>
              <w:t>kvys.giresun.edu.tr/dg/1138</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4b206209cfb74bda"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c8ec22e35e544e4f"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Tek Ders Sınavı Sonuç Bildirme Formu</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KYS-FR.398</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09.10.2026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74674055">
    <w:abstractNumId w:val="8"/>
  </w:num>
  <w:num w:numId="2" w16cid:durableId="937641541">
    <w:abstractNumId w:val="6"/>
  </w:num>
  <w:num w:numId="3" w16cid:durableId="1367221071">
    <w:abstractNumId w:val="5"/>
  </w:num>
  <w:num w:numId="4" w16cid:durableId="1441298748">
    <w:abstractNumId w:val="4"/>
  </w:num>
  <w:num w:numId="5" w16cid:durableId="321665871">
    <w:abstractNumId w:val="7"/>
  </w:num>
  <w:num w:numId="6" w16cid:durableId="2087798285">
    <w:abstractNumId w:val="3"/>
  </w:num>
  <w:num w:numId="7" w16cid:durableId="939799962">
    <w:abstractNumId w:val="2"/>
  </w:num>
  <w:num w:numId="8" w16cid:durableId="2045862329">
    <w:abstractNumId w:val="1"/>
  </w:num>
  <w:num w:numId="9" w16cid:durableId="93285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812F0C"/>
    <w:rsid w:val="008146A4"/>
    <w:rsid w:val="00AA1D8D"/>
    <w:rsid w:val="00B47730"/>
    <w:rsid w:val="00CB0664"/>
    <w:rsid w:val="00D3361B"/>
    <w:rsid w:val="00E70CB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1D3BF5"/>
  <w14:defaultImageDpi w14:val="300"/>
  <w15:docId w15:val="{618A9B65-6182-4210-A0B4-8C956286D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pPr>
    <w:rPr>
      <w:rFonts w:ascii="Times New Roman" w:eastAsia="Times New Roman" w:hAnsi="Times New Roman"/>
    </w:rPr>
  </w:style>
  <w:style w:type="paragraph" w:styleId="Balk1">
    <w:name w:val="heading 1"/>
    <w:basedOn w:val="Normal"/>
    <w:next w:val="Normal"/>
    <w:link w:val="Balk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eader" Target="/word/header1.xml" Id="R1cfed05c61c6409b" /><Relationship Type="http://schemas.openxmlformats.org/officeDocument/2006/relationships/footer" Target="/word/footer1.xml" Id="R58bb66b4ae994c5d" /></Relationships>
</file>

<file path=word/_rels/footer1.xml.rels>&#65279;<?xml version="1.0" encoding="utf-8"?><Relationships xmlns="http://schemas.openxmlformats.org/package/2006/relationships"><Relationship Type="http://schemas.openxmlformats.org/officeDocument/2006/relationships/image" Target="/media/image2.png" Id="R4b206209cfb74bda" /><Relationship Type="http://schemas.openxmlformats.org/officeDocument/2006/relationships/hyperlink" Target="https://kvys.giresun.edu.tr/dg/1138" TargetMode="External" Id="R9a33f1cc8da84b54" /></Relationships>
</file>

<file path=word/_rels/header1.xml.rels>&#65279;<?xml version="1.0" encoding="utf-8"?><Relationships xmlns="http://schemas.openxmlformats.org/package/2006/relationships"><Relationship Type="http://schemas.openxmlformats.org/officeDocument/2006/relationships/image" Target="/media/image.png" Id="Rc8ec22e35e544e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Words>
  <Characters>526</Characters>
  <Application>Microsoft Office Word</Application>
  <DocSecurity>0</DocSecurity>
  <Lines>26</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serdal karapinar</cp:lastModifiedBy>
  <cp:revision>2</cp:revision>
  <dcterms:created xsi:type="dcterms:W3CDTF">2013-12-23T23:15:00Z</dcterms:created>
  <dcterms:modified xsi:type="dcterms:W3CDTF">2026-10-09T10:20:00Z</dcterms:modified>
  <cp:category/>
</cp:coreProperties>
</file>