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jc w:val="both"/>
      </w:pPr>
      <w:r>
        <w:rPr>
          <w:b w:val="0"/>
        </w:rPr>
        <w:t>Staj yapan öğrencilerimiz 5510 sayılı yasanın ilgili maddeleri ile kısa vadeli sigorta kollarına dahil edilerek primleri üniversitemiz tarafından karşılanmak üzere iş kazası ve meslek hastalıklarına karşı sigorta edilmektedir. Öğrencimizin kurumunuzda staj yapmasına olanak tanıyarak, mesleki gelişimine yaptığınız katkı için teşekkür ederiz.</w:t>
      </w:r>
    </w:p>
    <w:p>
      <w:pPr>
        <w:spacing w:before="160" w:after="60"/>
        <w:jc w:val="left"/>
      </w:pPr>
      <w:r>
        <w:rPr>
          <w:b/>
        </w:rPr>
        <w:t>ÖĞRENCİ BİLGİLERİ</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2551"/>
        <w:gridCol w:w="2551"/>
        <w:gridCol w:w="2551"/>
        <w:gridCol w:w="2551"/>
      </w:tblGrid>
      <w:tr>
        <w:tc>
          <w:tcPr>
            <w:tcW w:w="1814" w:type="dxa"/>
          </w:tcPr>
          <w:p>
            <w:pPr>
              <w:spacing w:before="40" w:after="40"/>
            </w:pPr>
            <w:r>
              <w:rPr>
                <w:b/>
              </w:rPr>
              <w:t>Adı Soyadı</w:t>
            </w:r>
          </w:p>
        </w:tc>
        <w:tc>
          <w:tcPr>
            <w:tcW w:w="3572" w:type="dxa"/>
          </w:tcPr>
          <w:p>
            <w:pPr>
              <w:spacing w:before="40" w:after="40"/>
            </w:pPr>
            <w:r>
              <w:t>:</w:t>
            </w:r>
          </w:p>
        </w:tc>
        <w:tc>
          <w:tcPr>
            <w:tcW w:w="1247" w:type="dxa"/>
          </w:tcPr>
          <w:p>
            <w:pPr>
              <w:spacing w:before="40" w:after="40"/>
            </w:pPr>
            <w:r>
              <w:rPr>
                <w:b/>
              </w:rPr>
              <w:t>Bölümü</w:t>
            </w:r>
          </w:p>
        </w:tc>
        <w:tc>
          <w:tcPr>
            <w:tcW w:w="3572" w:type="dxa"/>
          </w:tcPr>
          <w:p>
            <w:pPr>
              <w:spacing w:before="40" w:after="40"/>
            </w:pPr>
            <w:r>
              <w:t>:</w:t>
            </w:r>
          </w:p>
        </w:tc>
      </w:tr>
      <w:tr>
        <w:tc>
          <w:tcPr>
            <w:tcW w:w="1814" w:type="dxa"/>
          </w:tcPr>
          <w:p>
            <w:pPr>
              <w:spacing w:before="40" w:after="40"/>
            </w:pPr>
            <w:r>
              <w:rPr>
                <w:b/>
              </w:rPr>
              <w:t>Öğrenci No</w:t>
            </w:r>
          </w:p>
        </w:tc>
        <w:tc>
          <w:tcPr>
            <w:tcW w:w="3572" w:type="dxa"/>
          </w:tcPr>
          <w:p>
            <w:pPr>
              <w:spacing w:before="40" w:after="40"/>
            </w:pPr>
            <w:r>
              <w:t>:</w:t>
            </w:r>
          </w:p>
        </w:tc>
        <w:tc>
          <w:tcPr>
            <w:tcW w:w="1247" w:type="dxa"/>
          </w:tcPr>
          <w:p>
            <w:pPr>
              <w:spacing w:before="40" w:after="40"/>
            </w:pPr>
            <w:r/>
          </w:p>
        </w:tc>
        <w:tc>
          <w:tcPr>
            <w:tcW w:w="3572" w:type="dxa"/>
          </w:tcPr>
          <w:p>
            <w:pPr>
              <w:spacing w:before="40" w:after="40"/>
            </w:pPr>
            <w:r/>
          </w:p>
        </w:tc>
      </w:tr>
      <w:tr>
        <w:tc>
          <w:tcPr>
            <w:tcW w:w="1814" w:type="dxa"/>
          </w:tcPr>
          <w:p>
            <w:pPr>
              <w:spacing w:before="40" w:after="40"/>
            </w:pPr>
            <w:r>
              <w:rPr>
                <w:b/>
              </w:rPr>
              <w:t>Telefon</w:t>
            </w:r>
          </w:p>
        </w:tc>
        <w:tc>
          <w:tcPr>
            <w:tcW w:w="3572" w:type="dxa"/>
          </w:tcPr>
          <w:p>
            <w:pPr>
              <w:spacing w:before="40" w:after="40"/>
            </w:pPr>
            <w:r>
              <w:t>:</w:t>
            </w:r>
          </w:p>
        </w:tc>
        <w:tc>
          <w:tcPr>
            <w:tcW w:w="1247" w:type="dxa"/>
          </w:tcPr>
          <w:p>
            <w:pPr>
              <w:spacing w:before="40" w:after="40"/>
            </w:pPr>
            <w:r/>
          </w:p>
        </w:tc>
        <w:tc>
          <w:tcPr>
            <w:tcW w:w="3572" w:type="dxa"/>
          </w:tcPr>
          <w:p>
            <w:pPr>
              <w:spacing w:before="40" w:after="40"/>
            </w:pPr>
            <w:r/>
          </w:p>
        </w:tc>
      </w:tr>
    </w:tbl>
    <w:p>
      <w:pPr>
        <w:spacing w:before="0" w:after="40"/>
        <w:jc w:val="both"/>
      </w:pPr>
    </w:p>
    <w:p>
      <w:pPr>
        <w:spacing w:before="0" w:after="0"/>
        <w:jc w:val="left"/>
      </w:pPr>
      <w:r>
        <w:rPr>
          <w:b w:val="0"/>
        </w:rPr>
        <w:t>☐  Ailemden (annem / babam) ya da kendi üzerimden genel sağlık sigortası kapsamında sağlık hizmeti alıyorum.</w:t>
      </w:r>
    </w:p>
    <w:p>
      <w:pPr>
        <w:spacing w:before="0" w:after="40"/>
        <w:jc w:val="left"/>
      </w:pPr>
      <w:r>
        <w:rPr>
          <w:b w:val="0"/>
        </w:rPr>
        <w:t>☐  Ailemden (annem / babam) ya da kendi üzerimden genel sağlık sigortası kapsamında sağlık hizmeti almıyorum.</w:t>
      </w:r>
    </w:p>
    <w:p>
      <w:pPr>
        <w:spacing w:before="0" w:after="0"/>
        <w:jc w:val="both"/>
      </w:pPr>
      <w:r>
        <w:rPr>
          <w:b/>
          <w:sz w:val="18"/>
        </w:rPr>
        <w:t xml:space="preserve">Açıklama: </w:t>
      </w:r>
      <w:r>
        <w:rPr>
          <w:sz w:val="18"/>
        </w:rPr>
        <w:t>Staj süresince, iş kazası ve meslek hastalıklarına karşı sigortanız Görele Uygulamalı Bilimler Yüksekokulu tarafından yukarıdaki her iki durumda da yapılacaktır. Vereceğiniz yanıt SGK’nın teknik boyutu ile ilgilidir.</w:t>
      </w:r>
    </w:p>
    <w:p>
      <w:pPr>
        <w:spacing w:before="160" w:after="60"/>
        <w:jc w:val="left"/>
      </w:pPr>
      <w:r>
        <w:rPr>
          <w:b/>
        </w:rPr>
        <w:t>STAJ BİLGİLERİ</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1701"/>
        <w:gridCol w:w="1701"/>
        <w:gridCol w:w="1701"/>
        <w:gridCol w:w="1701"/>
        <w:gridCol w:w="1701"/>
        <w:gridCol w:w="1701"/>
      </w:tblGrid>
      <w:tr>
        <w:tc>
          <w:tcPr>
            <w:tcW w:w="1304" w:type="dxa"/>
          </w:tcPr>
          <w:p>
            <w:pPr>
              <w:spacing w:before="40" w:after="40"/>
            </w:pPr>
            <w:r>
              <w:rPr>
                <w:b/>
              </w:rPr>
              <w:t>Staj Süresi:</w:t>
            </w:r>
          </w:p>
        </w:tc>
        <w:tc>
          <w:tcPr>
            <w:tcW w:w="1474" w:type="dxa"/>
          </w:tcPr>
          <w:p>
            <w:pPr>
              <w:spacing w:before="40" w:after="40"/>
            </w:pPr>
            <w:r>
              <w:t xml:space="preserve"> ……… iş günü</w:t>
            </w:r>
          </w:p>
        </w:tc>
        <w:tc>
          <w:tcPr>
            <w:tcW w:w="1587" w:type="dxa"/>
          </w:tcPr>
          <w:p>
            <w:pPr>
              <w:spacing w:before="40" w:after="40"/>
            </w:pPr>
            <w:r>
              <w:rPr>
                <w:b/>
              </w:rPr>
              <w:t>Başlama Tarihi:</w:t>
            </w:r>
          </w:p>
        </w:tc>
        <w:tc>
          <w:tcPr>
            <w:tcW w:w="1928" w:type="dxa"/>
          </w:tcPr>
          <w:p>
            <w:pPr>
              <w:spacing w:before="40" w:after="40"/>
            </w:pPr>
            <w:r>
              <w:t>…… / …… / 20……</w:t>
            </w:r>
          </w:p>
        </w:tc>
        <w:tc>
          <w:tcPr>
            <w:tcW w:w="1361" w:type="dxa"/>
          </w:tcPr>
          <w:p>
            <w:pPr>
              <w:spacing w:before="40" w:after="40"/>
            </w:pPr>
            <w:r>
              <w:rPr>
                <w:b/>
              </w:rPr>
              <w:t>Bitiş Tarihi:</w:t>
            </w:r>
          </w:p>
        </w:tc>
        <w:tc>
          <w:tcPr>
            <w:tcW w:w="1928" w:type="dxa"/>
          </w:tcPr>
          <w:p>
            <w:pPr>
              <w:spacing w:before="40" w:after="40"/>
            </w:pPr>
            <w:r>
              <w:t>…… / …… / 20……</w:t>
            </w:r>
          </w:p>
        </w:tc>
      </w:tr>
    </w:tbl>
    <w:p>
      <w:pPr>
        <w:spacing w:before="160" w:after="60"/>
        <w:jc w:val="left"/>
      </w:pPr>
      <w:r>
        <w:rPr>
          <w:b/>
        </w:rPr>
        <w:t>STAJ YAPILAN KURUMLA İLGİLİ BİLGİLER</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5103"/>
        <w:gridCol w:w="5103"/>
      </w:tblGrid>
      <w:tr>
        <w:tc>
          <w:tcPr>
            <w:tcW w:w="2381" w:type="dxa"/>
          </w:tcPr>
          <w:p>
            <w:pPr>
              <w:spacing w:before="40" w:after="40"/>
            </w:pPr>
            <w:r>
              <w:rPr>
                <w:b/>
              </w:rPr>
              <w:t>Kurum Adı</w:t>
            </w:r>
          </w:p>
        </w:tc>
        <w:tc>
          <w:tcPr>
            <w:tcW w:w="7824" w:type="dxa"/>
          </w:tcPr>
          <w:p>
            <w:pPr>
              <w:spacing w:before="40" w:after="40"/>
            </w:pPr>
            <w:r>
              <w:t>:</w:t>
            </w:r>
          </w:p>
        </w:tc>
      </w:tr>
      <w:tr>
        <w:tc>
          <w:tcPr>
            <w:tcW w:w="2381" w:type="dxa"/>
          </w:tcPr>
          <w:p>
            <w:pPr>
              <w:spacing w:before="40" w:after="40"/>
            </w:pPr>
            <w:r>
              <w:rPr>
                <w:b/>
              </w:rPr>
              <w:t>Üretim / Hizmet Alanı</w:t>
            </w:r>
          </w:p>
        </w:tc>
        <w:tc>
          <w:tcPr>
            <w:tcW w:w="7824" w:type="dxa"/>
          </w:tcPr>
          <w:p>
            <w:pPr>
              <w:spacing w:before="40" w:after="40"/>
            </w:pPr>
            <w:r>
              <w:t>:</w:t>
            </w:r>
          </w:p>
        </w:tc>
      </w:tr>
      <w:tr>
        <w:tc>
          <w:tcPr>
            <w:tcW w:w="2381" w:type="dxa"/>
          </w:tcPr>
          <w:p>
            <w:pPr>
              <w:spacing w:before="40" w:after="40"/>
            </w:pPr>
            <w:r>
              <w:rPr>
                <w:b/>
              </w:rPr>
              <w:t>Telefon No</w:t>
            </w:r>
          </w:p>
        </w:tc>
        <w:tc>
          <w:tcPr>
            <w:tcW w:w="7824" w:type="dxa"/>
          </w:tcPr>
          <w:p>
            <w:pPr>
              <w:spacing w:before="40" w:after="40"/>
            </w:pPr>
            <w:r>
              <w:t>:</w:t>
            </w:r>
          </w:p>
        </w:tc>
      </w:tr>
      <w:tr>
        <w:tc>
          <w:tcPr>
            <w:tcW w:w="2381" w:type="dxa"/>
          </w:tcPr>
          <w:p>
            <w:pPr>
              <w:spacing w:before="40" w:after="40"/>
            </w:pPr>
            <w:r>
              <w:rPr>
                <w:b/>
              </w:rPr>
              <w:t>Adresi</w:t>
            </w:r>
          </w:p>
        </w:tc>
        <w:tc>
          <w:tcPr>
            <w:tcW w:w="7824" w:type="dxa"/>
          </w:tcPr>
          <w:p>
            <w:pPr>
              <w:spacing w:before="40" w:after="40"/>
            </w:pPr>
            <w:r>
              <w:t>:</w:t>
            </w:r>
          </w:p>
        </w:tc>
      </w:tr>
    </w:tbl>
    <w:p>
      <w:pPr>
        <w:spacing w:before="160" w:after="60"/>
        <w:jc w:val="left"/>
      </w:pPr>
      <w:r>
        <w:rPr>
          <w:b/>
        </w:rPr>
        <w:t>STAJ YAPILAN KURUMUN SORUMLUSU</w:t>
      </w:r>
    </w:p>
    <w:p>
      <w:pPr>
        <w:spacing w:before="0" w:after="40"/>
        <w:jc w:val="left"/>
      </w:pPr>
      <w:r>
        <w:rPr>
          <w:b/>
        </w:rPr>
        <w:t>ÖĞRENCİNİN KURUMUMUZDA STAJ YAPMASI UYGUNDUR.</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3402"/>
        <w:gridCol w:w="3402"/>
        <w:gridCol w:w="3402"/>
      </w:tblGrid>
      <w:tr>
        <w:tc>
          <w:tcPr>
            <w:tcW w:w="2381" w:type="dxa"/>
          </w:tcPr>
          <w:p>
            <w:pPr>
              <w:spacing w:before="40" w:after="40"/>
            </w:pPr>
            <w:r>
              <w:rPr>
                <w:b/>
              </w:rPr>
              <w:t>Adı Soyadı</w:t>
            </w:r>
          </w:p>
        </w:tc>
        <w:tc>
          <w:tcPr>
            <w:tcW w:w="4706" w:type="dxa"/>
          </w:tcPr>
          <w:p>
            <w:pPr>
              <w:spacing w:before="40" w:after="40"/>
            </w:pPr>
            <w:r>
              <w:t>:</w:t>
            </w:r>
          </w:p>
        </w:tc>
        <w:tc>
          <w:tcPr>
            <w:tcW w:w="3118" w:type="dxa"/>
          </w:tcPr>
          <w:p>
            <w:pPr>
              <w:spacing w:before="40" w:after="40"/>
            </w:pPr>
            <w:r>
              <w:rPr>
                <w:b/>
              </w:rPr>
              <w:t>Kaşe ve İmza</w:t>
            </w:r>
          </w:p>
        </w:tc>
      </w:tr>
      <w:tr>
        <w:tc>
          <w:tcPr>
            <w:tcW w:w="2381" w:type="dxa"/>
          </w:tcPr>
          <w:p>
            <w:pPr>
              <w:spacing w:before="40" w:after="40"/>
            </w:pPr>
            <w:r>
              <w:rPr>
                <w:b/>
              </w:rPr>
              <w:t>Unvanı ve Görevi</w:t>
            </w:r>
          </w:p>
        </w:tc>
        <w:tc>
          <w:tcPr>
            <w:tcW w:w="4706" w:type="dxa"/>
          </w:tcPr>
          <w:p>
            <w:pPr>
              <w:spacing w:before="40" w:after="40"/>
            </w:pPr>
            <w:r>
              <w:t>:</w:t>
            </w:r>
          </w:p>
        </w:tc>
        <w:tc>
          <w:tcPr>
            <w:tcW w:w="3118" w:type="dxa"/>
          </w:tcPr>
          <w:p>
            <w:pPr>
              <w:spacing w:before="40" w:after="40"/>
            </w:pPr>
            <w:r/>
          </w:p>
        </w:tc>
      </w:tr>
      <w:tr>
        <w:tc>
          <w:tcPr>
            <w:tcW w:w="2381" w:type="dxa"/>
          </w:tcPr>
          <w:p>
            <w:pPr>
              <w:spacing w:before="40" w:after="40"/>
            </w:pPr>
            <w:r>
              <w:rPr>
                <w:b/>
              </w:rPr>
              <w:t>Tarih</w:t>
            </w:r>
          </w:p>
        </w:tc>
        <w:tc>
          <w:tcPr>
            <w:tcW w:w="4706" w:type="dxa"/>
          </w:tcPr>
          <w:p>
            <w:pPr>
              <w:spacing w:before="40" w:after="40"/>
            </w:pPr>
            <w:r>
              <w:t>:  …… / …… / 20……</w:t>
            </w:r>
          </w:p>
        </w:tc>
        <w:tc>
          <w:tcPr>
            <w:tcW w:w="3118" w:type="dxa"/>
          </w:tcPr>
          <w:p>
            <w:pPr>
              <w:spacing w:before="40" w:after="40"/>
            </w:pPr>
            <w:r/>
          </w:p>
        </w:tc>
      </w:tr>
    </w:tbl>
    <w:p>
      <w:pPr>
        <w:spacing w:before="160" w:after="60"/>
        <w:jc w:val="left"/>
      </w:pPr>
      <w:r>
        <w:rPr>
          <w:b/>
        </w:rPr>
        <w:t>ÖĞRENCİ</w:t>
      </w:r>
    </w:p>
    <w:p>
      <w:pPr>
        <w:spacing w:before="0" w:after="80"/>
        <w:jc w:val="both"/>
      </w:pPr>
      <w:r>
        <w:rPr>
          <w:b w:val="0"/>
        </w:rPr>
        <w:t>Beyanımın doğruluğunu, durumumda değişiklik olursa bildireceğimi kabul eder, beyanımın hatalı veya eksik olmasından kaynaklanacak prim, idari para cezası, gecikme zammı ve gecikme faizinin tarafımca ödeneceğini taahhüt ederim.</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1701"/>
        <w:gridCol w:w="1701"/>
        <w:gridCol w:w="1701"/>
        <w:gridCol w:w="1701"/>
        <w:gridCol w:w="1701"/>
        <w:gridCol w:w="1701"/>
      </w:tblGrid>
      <w:tr>
        <w:tc>
          <w:tcPr>
            <w:tcW w:w="1304" w:type="dxa"/>
          </w:tcPr>
          <w:p>
            <w:pPr>
              <w:spacing w:before="40" w:after="40"/>
            </w:pPr>
            <w:r>
              <w:rPr>
                <w:b/>
              </w:rPr>
              <w:t>Adı Soyadı:</w:t>
            </w:r>
          </w:p>
        </w:tc>
        <w:tc>
          <w:tcPr>
            <w:tcW w:w="2948" w:type="dxa"/>
          </w:tcPr>
          <w:p>
            <w:pPr>
              <w:spacing w:before="40" w:after="40"/>
            </w:pPr>
            <w:r/>
          </w:p>
        </w:tc>
        <w:tc>
          <w:tcPr>
            <w:tcW w:w="850" w:type="dxa"/>
          </w:tcPr>
          <w:p>
            <w:pPr>
              <w:spacing w:before="40" w:after="40"/>
            </w:pPr>
            <w:r>
              <w:rPr>
                <w:b/>
              </w:rPr>
              <w:t>Tarih:</w:t>
            </w:r>
          </w:p>
        </w:tc>
        <w:tc>
          <w:tcPr>
            <w:tcW w:w="1984" w:type="dxa"/>
          </w:tcPr>
          <w:p>
            <w:pPr>
              <w:spacing w:before="40" w:after="40"/>
            </w:pPr>
            <w:r>
              <w:t xml:space="preserve"> …… / …… / 20……</w:t>
            </w:r>
          </w:p>
        </w:tc>
        <w:tc>
          <w:tcPr>
            <w:tcW w:w="794" w:type="dxa"/>
          </w:tcPr>
          <w:p>
            <w:pPr>
              <w:spacing w:before="40" w:after="40"/>
            </w:pPr>
            <w:r>
              <w:rPr>
                <w:b/>
              </w:rPr>
              <w:t>İmza:</w:t>
            </w:r>
          </w:p>
        </w:tc>
        <w:tc>
          <w:tcPr>
            <w:tcW w:w="2324" w:type="dxa"/>
          </w:tcPr>
          <w:p>
            <w:pPr>
              <w:spacing w:before="40" w:after="40"/>
            </w:pPr>
            <w:r/>
          </w:p>
        </w:tc>
      </w:tr>
    </w:tbl>
    <w:p>
      <w:pPr>
        <w:spacing w:before="160" w:after="60"/>
        <w:jc w:val="left"/>
      </w:pPr>
      <w:r>
        <w:rPr>
          <w:b/>
        </w:rPr>
        <w:t>STAJ KOMİSYONU ÜYESİ</w:t>
      </w:r>
    </w:p>
    <w:p>
      <w:pPr>
        <w:spacing w:before="0" w:after="40"/>
        <w:jc w:val="left"/>
      </w:pPr>
      <w:r>
        <w:rPr>
          <w:b w:val="0"/>
        </w:rPr>
        <w:t>Öğrencinin staj yapması uygundur.</w:t>
      </w:r>
    </w:p>
    <w:tbl>
      <w:tblPr>
        <w:tblW w:w="0" w:type="auto"/>
        <w:jc w:val="center"/>
        <w:tblLook w:val="04A0" w:firstRow="1" w:lastRow="0" w:firstColumn="1" w:lastColumn="0" w:noHBand="0" w:noVBand="1"/>
        <w:tblBorders>
          <w:top w:val="nil"/>
          <w:left w:val="nil"/>
          <w:bottom w:val="nil"/>
          <w:right w:val="nil"/>
          <w:insideH w:val="nil"/>
          <w:insideV w:val="nil"/>
        </w:tblBorders>
      </w:tblPr>
      <w:tblGrid>
        <w:gridCol w:w="5103"/>
        <w:gridCol w:w="5103"/>
      </w:tblGrid>
      <w:tr>
        <w:tc>
          <w:tcPr>
            <w:tcW w:w="2381" w:type="dxa"/>
          </w:tcPr>
          <w:p>
            <w:pPr>
              <w:spacing w:before="40" w:after="40"/>
            </w:pPr>
            <w:r>
              <w:rPr>
                <w:b/>
              </w:rPr>
              <w:t>Adı Soyadı</w:t>
            </w:r>
          </w:p>
        </w:tc>
        <w:tc>
          <w:tcPr>
            <w:tcW w:w="7824" w:type="dxa"/>
          </w:tcPr>
          <w:p>
            <w:pPr>
              <w:spacing w:before="40" w:after="40"/>
            </w:pPr>
            <w:r>
              <w:t>:</w:t>
            </w:r>
          </w:p>
        </w:tc>
      </w:tr>
      <w:tr>
        <w:tc>
          <w:tcPr>
            <w:tcW w:w="2381" w:type="dxa"/>
          </w:tcPr>
          <w:p>
            <w:pPr>
              <w:spacing w:before="40" w:after="40"/>
            </w:pPr>
            <w:r>
              <w:rPr>
                <w:b/>
              </w:rPr>
              <w:t>Tarih</w:t>
            </w:r>
          </w:p>
        </w:tc>
        <w:tc>
          <w:tcPr>
            <w:tcW w:w="7824" w:type="dxa"/>
          </w:tcPr>
          <w:p>
            <w:pPr>
              <w:spacing w:before="40" w:after="40"/>
            </w:pPr>
            <w:r>
              <w:t>:  …… / …… / 20……</w:t>
            </w:r>
          </w:p>
        </w:tc>
      </w:tr>
      <w:tr>
        <w:tc>
          <w:tcPr>
            <w:tcW w:w="2381" w:type="dxa"/>
          </w:tcPr>
          <w:p>
            <w:pPr>
              <w:spacing w:before="40" w:after="40"/>
            </w:pPr>
            <w:r>
              <w:rPr>
                <w:b/>
              </w:rPr>
              <w:t>İmza</w:t>
            </w:r>
          </w:p>
        </w:tc>
        <w:tc>
          <w:tcPr>
            <w:tcW w:w="7824" w:type="dxa"/>
          </w:tcPr>
          <w:p>
            <w:pPr>
              <w:spacing w:before="40" w:after="40"/>
            </w:pPr>
            <w:r>
              <w:t>:</w:t>
            </w:r>
          </w:p>
        </w:tc>
      </w:tr>
    </w:tbl>
    <w:p>
      <w:pPr>
        <w:spacing w:before="160" w:after="60"/>
        <w:jc w:val="left"/>
      </w:pPr>
      <w:r>
        <w:rPr>
          <w:b/>
        </w:rPr>
        <w:t>UNUTMAYIN!</w:t>
      </w:r>
    </w:p>
    <w:p>
      <w:pPr>
        <w:spacing w:before="0" w:after="0"/>
        <w:jc w:val="left"/>
      </w:pPr>
      <w:r>
        <w:rPr>
          <w:b w:val="0"/>
        </w:rPr>
        <w:t>•  Bu formu 2 nüsha doldurunuz.</w:t>
      </w:r>
    </w:p>
    <w:p>
      <w:pPr>
        <w:spacing w:before="0" w:after="0"/>
        <w:jc w:val="left"/>
      </w:pPr>
      <w:r>
        <w:rPr>
          <w:b w:val="0"/>
        </w:rPr>
        <w:t>•  Formları teslim etmek için geldiğinizde yanınızda 1 adet vesikalık fotoğraf ve nüfus cüzdanı fotokopisi bulundurunuz.</w:t>
      </w:r>
    </w:p>
    <w:p>
      <w:pPr>
        <w:spacing w:before="0" w:after="0"/>
        <w:jc w:val="left"/>
      </w:pPr>
      <w:r>
        <w:rPr>
          <w:b w:val="0"/>
        </w:rPr>
        <w:t>•  Staja başlamadan en az 10 gün önce tüm işlemlerinizi tamamlamayı unutmayınız.</w:t>
      </w:r>
    </w:p>
    <w:sectPr w:rsidRPr="0006063C" w:rsidR="00FC693F" w:rsidSect="00034616">
      <w:headerReference w:type="default" r:id="R0da3c2fde16e4016"/>
      <w:headerReference w:type="first" r:id="R0da3c2fde16e4016"/>
      <w:headerReference w:type="even" r:id="R0da3c2fde16e4016"/>
      <w:footerReference w:type="default" r:id="R93b697d88fc14d75"/>
      <w:footerReference w:type="first" r:id="R93b697d88fc14d75"/>
      <w:footerReference w:type="even" r:id="R93b697d88fc14d75"/>
      <w:pgSz w:w="11906" w:h="16838"/>
      <w:pgMar w:top="2154" w:right="850" w:bottom="1587" w:left="850" w:header="72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KYS-FR.449, R00, 15.10.2026</w:t>
          </w:r>
        </w:p>
        <w:p>
          <w:pPr>
            <w:spacing w:before="0" w:after="0" w:line="240" w:lineRule="auto"/>
          </w:pPr>
          <w:hyperlink xmlns:r="http://schemas.openxmlformats.org/officeDocument/2006/relationships" w:history="true" r:id="R6e87ba67d7d54ca3">
            <w:r>
              <w:rPr>
                <w:rFonts w:ascii="Times New Roman" w:hAnsi="Times New Roman" w:eastAsia="Century Gothic"/>
                <w:sz w:val="16"/>
                <w:szCs w:val="16"/>
                <w:color w:val="0563C1"/>
                <w:u w:val="single"/>
              </w:rPr>
              <w:t>kvys.giresun.edu.tr/dg/1192</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d58deb0388cb4ad7"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2f3b8edefba84507"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Staj Başvuru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KYS-FR.449</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15.10.2026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0" w:line="240" w:lineRule="auto"/>
    </w:pPr>
    <w:rPr>
      <w:rFonts w:ascii="Times New Roman" w:hAnsi="Times New Roman" w:eastAsia="Times New Roman"/>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eader" Target="/word/header1.xml" Id="R0da3c2fde16e4016" /><Relationship Type="http://schemas.openxmlformats.org/officeDocument/2006/relationships/footer" Target="/word/footer1.xml" Id="R93b697d88fc14d75" /></Relationships>
</file>

<file path=word/_rels/footer1.xml.rels>&#65279;<?xml version="1.0" encoding="utf-8"?><Relationships xmlns="http://schemas.openxmlformats.org/package/2006/relationships"><Relationship Type="http://schemas.openxmlformats.org/officeDocument/2006/relationships/image" Target="/media/image2.png" Id="Rd58deb0388cb4ad7" /><Relationship Type="http://schemas.openxmlformats.org/officeDocument/2006/relationships/hyperlink" Target="https://kvys.giresun.edu.tr/dg/1192" TargetMode="External" Id="R6e87ba67d7d54ca3" /></Relationships>
</file>

<file path=word/_rels/header1.xml.rels>&#65279;<?xml version="1.0" encoding="utf-8"?><Relationships xmlns="http://schemas.openxmlformats.org/package/2006/relationships"><Relationship Type="http://schemas.openxmlformats.org/officeDocument/2006/relationships/image" Target="/media/image.png" Id="R2f3b8edefba845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