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oKlavuzu"/>
        <w:tblW w:w="0" w:type="auto"/>
        <w:jc w:val="center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firstRow="1" w:lastRow="0" w:firstColumn="1" w:lastColumn="0" w:noHBand="0" w:noVBand="1"/>
      </w:tblPr>
      <w:tblGrid>
        <w:gridCol w:w="2268"/>
        <w:gridCol w:w="7937"/>
      </w:tblGrid>
      <w:tr w:rsidR="004F34C3" w14:paraId="09129F13" w14:textId="77777777">
        <w:trPr>
          <w:trHeight w:val="510"/>
          <w:jc w:val="center"/>
        </w:trPr>
        <w:tc>
          <w:tcPr>
            <w:tcW w:w="2268" w:type="dxa"/>
            <w:shd w:val="clear" w:color="auto" w:fill="D9D9D9"/>
            <w:vAlign w:val="center"/>
          </w:tcPr>
          <w:p w:rsidR="004F34C3" w:rsidRDefault="00000000" w14:paraId="09E9822F" w14:textId="77777777">
            <w:r>
              <w:rPr>
                <w:b/>
              </w:rPr>
              <w:t>Birim Adı</w:t>
            </w:r>
          </w:p>
        </w:tc>
        <w:tc>
          <w:tcPr>
            <w:tcW w:w="7937" w:type="dxa"/>
            <w:vAlign w:val="center"/>
          </w:tcPr>
          <w:p w:rsidR="004F34C3" w:rsidRDefault="004F34C3" w14:paraId="5E33ECDC" w14:textId="77777777"/>
        </w:tc>
      </w:tr>
    </w:tbl>
    <w:p w:rsidR="004F34C3" w:rsidRDefault="004F34C3" w14:paraId="2A6D45A4" w14:textId="77777777">
      <w:pPr>
        <w:spacing w:after="60"/>
      </w:pPr>
    </w:p>
    <w:tbl>
      <w:tblPr>
        <w:tblStyle w:val="TabloKlavuzu"/>
        <w:tblW w:w="0" w:type="auto"/>
        <w:jc w:val="center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firstRow="1" w:lastRow="0" w:firstColumn="1" w:lastColumn="0" w:noHBand="0" w:noVBand="1"/>
      </w:tblPr>
      <w:tblGrid>
        <w:gridCol w:w="2721"/>
        <w:gridCol w:w="2381"/>
        <w:gridCol w:w="2721"/>
        <w:gridCol w:w="2381"/>
      </w:tblGrid>
      <w:tr w:rsidR="004F34C3" w:rsidTr="00934B43" w14:paraId="3BD9B3F8" w14:textId="77777777">
        <w:trPr>
          <w:trHeight w:val="510"/>
          <w:jc w:val="center"/>
        </w:trPr>
        <w:tc>
          <w:tcPr>
            <w:tcW w:w="2721" w:type="dxa"/>
            <w:shd w:val="clear" w:color="auto" w:fill="D9D9D9"/>
            <w:vAlign w:val="center"/>
          </w:tcPr>
          <w:p w:rsidR="004F34C3" w:rsidRDefault="00000000" w14:paraId="3D155EB9" w14:textId="77777777">
            <w:r>
              <w:rPr>
                <w:b/>
              </w:rPr>
              <w:t>Açılış Toplantısı Tarihi</w:t>
            </w:r>
          </w:p>
        </w:tc>
        <w:tc>
          <w:tcPr>
            <w:tcW w:w="2381" w:type="dxa"/>
            <w:vAlign w:val="center"/>
          </w:tcPr>
          <w:p w:rsidR="004F34C3" w:rsidRDefault="004F34C3" w14:paraId="77DFB73F" w14:textId="77777777">
            <w:pPr>
              <w:jc w:val="center"/>
            </w:pPr>
          </w:p>
        </w:tc>
        <w:tc>
          <w:tcPr>
            <w:tcW w:w="2721" w:type="dxa"/>
            <w:shd w:val="clear" w:color="auto" w:fill="D9D9D9"/>
            <w:vAlign w:val="center"/>
          </w:tcPr>
          <w:p w:rsidR="004F34C3" w:rsidRDefault="00000000" w14:paraId="5C85D622" w14:textId="77777777">
            <w:r>
              <w:rPr>
                <w:b/>
              </w:rPr>
              <w:t>Kapanış Toplantısı Tarihi</w:t>
            </w:r>
          </w:p>
        </w:tc>
        <w:tc>
          <w:tcPr>
            <w:tcW w:w="2381" w:type="dxa"/>
            <w:vAlign w:val="center"/>
          </w:tcPr>
          <w:p w:rsidR="004F34C3" w:rsidRDefault="004F34C3" w14:paraId="1574C5EC" w14:textId="77777777">
            <w:pPr>
              <w:jc w:val="center"/>
            </w:pPr>
          </w:p>
        </w:tc>
      </w:tr>
    </w:tbl>
    <w:p w:rsidR="004F34C3" w:rsidRDefault="004F34C3" w14:paraId="29DA04A4" w14:textId="77777777">
      <w:pPr>
        <w:spacing w:after="60"/>
      </w:pPr>
    </w:p>
    <w:p w:rsidR="004F34C3" w:rsidRDefault="00000000" w14:paraId="2BF0CF5C" w14:textId="77777777">
      <w:pPr>
        <w:spacing w:after="60"/>
      </w:pPr>
      <w:r>
        <w:rPr>
          <w:b/>
        </w:rPr>
        <w:t>Toplantıya Katılanlar</w:t>
      </w:r>
    </w:p>
    <w:tbl>
      <w:tblPr>
        <w:tblStyle w:val="TabloKlavuzu"/>
        <w:tblW w:w="0" w:type="auto"/>
        <w:jc w:val="center"/>
        <w:tblLayout w:type="fixed"/>
        <w:tblCellMar>
          <w:top w:w="40" w:type="dxa"/>
          <w:left w:w="80" w:type="dxa"/>
          <w:bottom w:w="40" w:type="dxa"/>
          <w:right w:w="80" w:type="dxa"/>
        </w:tblCellMar>
        <w:tblLook w:val="04A0" w:firstRow="1" w:lastRow="0" w:firstColumn="1" w:lastColumn="0" w:noHBand="0" w:noVBand="1"/>
      </w:tblPr>
      <w:tblGrid>
        <w:gridCol w:w="3061"/>
        <w:gridCol w:w="2494"/>
        <w:gridCol w:w="2324"/>
        <w:gridCol w:w="2324"/>
      </w:tblGrid>
      <w:tr w:rsidR="004F34C3" w14:paraId="2A5C3C9D" w14:textId="77777777">
        <w:trPr>
          <w:trHeight w:val="623"/>
          <w:jc w:val="center"/>
        </w:trPr>
        <w:tc>
          <w:tcPr>
            <w:tcW w:w="3061" w:type="dxa"/>
            <w:shd w:val="clear" w:color="auto" w:fill="D9D9D9"/>
            <w:vAlign w:val="center"/>
          </w:tcPr>
          <w:p w:rsidR="004F34C3" w:rsidRDefault="00000000" w14:paraId="504FD6B6" w14:textId="77777777">
            <w:pPr>
              <w:jc w:val="center"/>
            </w:pPr>
            <w:r>
              <w:rPr>
                <w:b/>
              </w:rPr>
              <w:t>Adı Soyadı</w:t>
            </w:r>
          </w:p>
        </w:tc>
        <w:tc>
          <w:tcPr>
            <w:tcW w:w="2494" w:type="dxa"/>
            <w:shd w:val="clear" w:color="auto" w:fill="D9D9D9"/>
            <w:vAlign w:val="center"/>
          </w:tcPr>
          <w:p w:rsidR="004F34C3" w:rsidRDefault="00000000" w14:paraId="21ECD93D" w14:textId="77777777">
            <w:pPr>
              <w:jc w:val="center"/>
            </w:pPr>
            <w:r>
              <w:rPr>
                <w:b/>
              </w:rPr>
              <w:t>Unvanı</w:t>
            </w:r>
          </w:p>
        </w:tc>
        <w:tc>
          <w:tcPr>
            <w:tcW w:w="2324" w:type="dxa"/>
            <w:shd w:val="clear" w:color="auto" w:fill="D9D9D9"/>
            <w:vAlign w:val="center"/>
          </w:tcPr>
          <w:p w:rsidR="004F34C3" w:rsidRDefault="00000000" w14:paraId="1656B9D3" w14:textId="77777777">
            <w:pPr>
              <w:jc w:val="center"/>
            </w:pPr>
            <w:r>
              <w:rPr>
                <w:b/>
              </w:rPr>
              <w:t>Açılış Toplantısı</w:t>
            </w:r>
            <w:r>
              <w:br/>
            </w:r>
            <w:r>
              <w:rPr>
                <w:b/>
              </w:rPr>
              <w:t>İmza</w:t>
            </w:r>
          </w:p>
        </w:tc>
        <w:tc>
          <w:tcPr>
            <w:tcW w:w="2324" w:type="dxa"/>
            <w:shd w:val="clear" w:color="auto" w:fill="D9D9D9"/>
            <w:vAlign w:val="center"/>
          </w:tcPr>
          <w:p w:rsidR="004F34C3" w:rsidRDefault="00000000" w14:paraId="1823A421" w14:textId="77777777">
            <w:pPr>
              <w:jc w:val="center"/>
            </w:pPr>
            <w:r>
              <w:rPr>
                <w:b/>
              </w:rPr>
              <w:t>Kapanış Toplantısı</w:t>
            </w:r>
            <w:r>
              <w:br/>
            </w:r>
            <w:r>
              <w:rPr>
                <w:b/>
              </w:rPr>
              <w:t>İmza</w:t>
            </w:r>
          </w:p>
        </w:tc>
      </w:tr>
      <w:tr w:rsidR="004F34C3" w14:paraId="7599863D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2F8E1679" w14:textId="77777777"/>
        </w:tc>
        <w:tc>
          <w:tcPr>
            <w:tcW w:w="2494" w:type="dxa"/>
            <w:vAlign w:val="center"/>
          </w:tcPr>
          <w:p w:rsidR="004F34C3" w:rsidRDefault="004F34C3" w14:paraId="7900E5B6" w14:textId="77777777"/>
        </w:tc>
        <w:tc>
          <w:tcPr>
            <w:tcW w:w="2324" w:type="dxa"/>
            <w:vAlign w:val="center"/>
          </w:tcPr>
          <w:p w:rsidR="004F34C3" w:rsidRDefault="004F34C3" w14:paraId="32797B71" w14:textId="77777777"/>
        </w:tc>
        <w:tc>
          <w:tcPr>
            <w:tcW w:w="2324" w:type="dxa"/>
            <w:vAlign w:val="center"/>
          </w:tcPr>
          <w:p w:rsidR="004F34C3" w:rsidRDefault="004F34C3" w14:paraId="79816F58" w14:textId="77777777"/>
        </w:tc>
      </w:tr>
      <w:tr w:rsidR="004F34C3" w14:paraId="6863BC1B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1DBFDB5B" w14:textId="77777777"/>
        </w:tc>
        <w:tc>
          <w:tcPr>
            <w:tcW w:w="2494" w:type="dxa"/>
            <w:vAlign w:val="center"/>
          </w:tcPr>
          <w:p w:rsidR="004F34C3" w:rsidRDefault="004F34C3" w14:paraId="644EFC03" w14:textId="77777777"/>
        </w:tc>
        <w:tc>
          <w:tcPr>
            <w:tcW w:w="2324" w:type="dxa"/>
            <w:vAlign w:val="center"/>
          </w:tcPr>
          <w:p w:rsidR="004F34C3" w:rsidRDefault="004F34C3" w14:paraId="4526E3A5" w14:textId="77777777"/>
        </w:tc>
        <w:tc>
          <w:tcPr>
            <w:tcW w:w="2324" w:type="dxa"/>
            <w:vAlign w:val="center"/>
          </w:tcPr>
          <w:p w:rsidR="004F34C3" w:rsidRDefault="004F34C3" w14:paraId="7FF801A3" w14:textId="77777777"/>
        </w:tc>
      </w:tr>
      <w:tr w:rsidR="004F34C3" w14:paraId="05D302F0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5534353E" w14:textId="77777777"/>
        </w:tc>
        <w:tc>
          <w:tcPr>
            <w:tcW w:w="2494" w:type="dxa"/>
            <w:vAlign w:val="center"/>
          </w:tcPr>
          <w:p w:rsidR="004F34C3" w:rsidRDefault="004F34C3" w14:paraId="4EEB78C5" w14:textId="77777777"/>
        </w:tc>
        <w:tc>
          <w:tcPr>
            <w:tcW w:w="2324" w:type="dxa"/>
            <w:vAlign w:val="center"/>
          </w:tcPr>
          <w:p w:rsidR="004F34C3" w:rsidRDefault="004F34C3" w14:paraId="3A84F0F6" w14:textId="77777777"/>
        </w:tc>
        <w:tc>
          <w:tcPr>
            <w:tcW w:w="2324" w:type="dxa"/>
            <w:vAlign w:val="center"/>
          </w:tcPr>
          <w:p w:rsidR="004F34C3" w:rsidRDefault="004F34C3" w14:paraId="191CED94" w14:textId="77777777"/>
        </w:tc>
      </w:tr>
      <w:tr w:rsidR="004F34C3" w14:paraId="53ED79A0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0B245F32" w14:textId="77777777"/>
        </w:tc>
        <w:tc>
          <w:tcPr>
            <w:tcW w:w="2494" w:type="dxa"/>
            <w:vAlign w:val="center"/>
          </w:tcPr>
          <w:p w:rsidR="004F34C3" w:rsidRDefault="004F34C3" w14:paraId="0D64C8E0" w14:textId="77777777"/>
        </w:tc>
        <w:tc>
          <w:tcPr>
            <w:tcW w:w="2324" w:type="dxa"/>
            <w:vAlign w:val="center"/>
          </w:tcPr>
          <w:p w:rsidR="004F34C3" w:rsidRDefault="004F34C3" w14:paraId="6E7AE654" w14:textId="77777777"/>
        </w:tc>
        <w:tc>
          <w:tcPr>
            <w:tcW w:w="2324" w:type="dxa"/>
            <w:vAlign w:val="center"/>
          </w:tcPr>
          <w:p w:rsidR="004F34C3" w:rsidRDefault="004F34C3" w14:paraId="7BE3241D" w14:textId="77777777"/>
        </w:tc>
      </w:tr>
      <w:tr w:rsidR="004F34C3" w14:paraId="7CD3171F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585FCA29" w14:textId="77777777"/>
        </w:tc>
        <w:tc>
          <w:tcPr>
            <w:tcW w:w="2494" w:type="dxa"/>
            <w:vAlign w:val="center"/>
          </w:tcPr>
          <w:p w:rsidR="004F34C3" w:rsidRDefault="004F34C3" w14:paraId="6DDB7B55" w14:textId="77777777"/>
        </w:tc>
        <w:tc>
          <w:tcPr>
            <w:tcW w:w="2324" w:type="dxa"/>
            <w:vAlign w:val="center"/>
          </w:tcPr>
          <w:p w:rsidR="004F34C3" w:rsidRDefault="004F34C3" w14:paraId="18175010" w14:textId="77777777"/>
        </w:tc>
        <w:tc>
          <w:tcPr>
            <w:tcW w:w="2324" w:type="dxa"/>
            <w:vAlign w:val="center"/>
          </w:tcPr>
          <w:p w:rsidR="004F34C3" w:rsidRDefault="004F34C3" w14:paraId="516723BE" w14:textId="77777777"/>
        </w:tc>
      </w:tr>
      <w:tr w:rsidR="004F34C3" w14:paraId="4B30F552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492AFE11" w14:textId="77777777"/>
        </w:tc>
        <w:tc>
          <w:tcPr>
            <w:tcW w:w="2494" w:type="dxa"/>
            <w:vAlign w:val="center"/>
          </w:tcPr>
          <w:p w:rsidR="004F34C3" w:rsidRDefault="004F34C3" w14:paraId="1161AB1E" w14:textId="77777777"/>
        </w:tc>
        <w:tc>
          <w:tcPr>
            <w:tcW w:w="2324" w:type="dxa"/>
            <w:vAlign w:val="center"/>
          </w:tcPr>
          <w:p w:rsidR="004F34C3" w:rsidRDefault="004F34C3" w14:paraId="6AEE68AD" w14:textId="77777777"/>
        </w:tc>
        <w:tc>
          <w:tcPr>
            <w:tcW w:w="2324" w:type="dxa"/>
            <w:vAlign w:val="center"/>
          </w:tcPr>
          <w:p w:rsidR="004F34C3" w:rsidRDefault="004F34C3" w14:paraId="57329953" w14:textId="77777777"/>
        </w:tc>
      </w:tr>
      <w:tr w:rsidR="004F34C3" w14:paraId="330AD046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30402168" w14:textId="77777777"/>
        </w:tc>
        <w:tc>
          <w:tcPr>
            <w:tcW w:w="2494" w:type="dxa"/>
            <w:vAlign w:val="center"/>
          </w:tcPr>
          <w:p w:rsidR="004F34C3" w:rsidRDefault="004F34C3" w14:paraId="274E6BB9" w14:textId="77777777"/>
        </w:tc>
        <w:tc>
          <w:tcPr>
            <w:tcW w:w="2324" w:type="dxa"/>
            <w:vAlign w:val="center"/>
          </w:tcPr>
          <w:p w:rsidR="004F34C3" w:rsidRDefault="004F34C3" w14:paraId="068762FD" w14:textId="77777777"/>
        </w:tc>
        <w:tc>
          <w:tcPr>
            <w:tcW w:w="2324" w:type="dxa"/>
            <w:vAlign w:val="center"/>
          </w:tcPr>
          <w:p w:rsidR="004F34C3" w:rsidRDefault="004F34C3" w14:paraId="12ED4207" w14:textId="77777777"/>
        </w:tc>
      </w:tr>
      <w:tr w:rsidR="004F34C3" w14:paraId="31EF76D9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40E4DD14" w14:textId="77777777"/>
        </w:tc>
        <w:tc>
          <w:tcPr>
            <w:tcW w:w="2494" w:type="dxa"/>
            <w:vAlign w:val="center"/>
          </w:tcPr>
          <w:p w:rsidR="004F34C3" w:rsidRDefault="004F34C3" w14:paraId="27022554" w14:textId="77777777"/>
        </w:tc>
        <w:tc>
          <w:tcPr>
            <w:tcW w:w="2324" w:type="dxa"/>
            <w:vAlign w:val="center"/>
          </w:tcPr>
          <w:p w:rsidR="004F34C3" w:rsidRDefault="004F34C3" w14:paraId="185ED1EC" w14:textId="77777777"/>
        </w:tc>
        <w:tc>
          <w:tcPr>
            <w:tcW w:w="2324" w:type="dxa"/>
            <w:vAlign w:val="center"/>
          </w:tcPr>
          <w:p w:rsidR="004F34C3" w:rsidRDefault="004F34C3" w14:paraId="08A80C60" w14:textId="77777777"/>
        </w:tc>
      </w:tr>
      <w:tr w:rsidR="004F34C3" w14:paraId="7B2698B5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4AAF309B" w14:textId="77777777"/>
        </w:tc>
        <w:tc>
          <w:tcPr>
            <w:tcW w:w="2494" w:type="dxa"/>
            <w:vAlign w:val="center"/>
          </w:tcPr>
          <w:p w:rsidR="004F34C3" w:rsidRDefault="004F34C3" w14:paraId="3DE898FA" w14:textId="77777777"/>
        </w:tc>
        <w:tc>
          <w:tcPr>
            <w:tcW w:w="2324" w:type="dxa"/>
            <w:vAlign w:val="center"/>
          </w:tcPr>
          <w:p w:rsidR="004F34C3" w:rsidRDefault="004F34C3" w14:paraId="1F419387" w14:textId="77777777"/>
        </w:tc>
        <w:tc>
          <w:tcPr>
            <w:tcW w:w="2324" w:type="dxa"/>
            <w:vAlign w:val="center"/>
          </w:tcPr>
          <w:p w:rsidR="004F34C3" w:rsidRDefault="004F34C3" w14:paraId="31C55A51" w14:textId="77777777"/>
        </w:tc>
      </w:tr>
      <w:tr w:rsidR="004F34C3" w14:paraId="1029CC53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12BD5C4E" w14:textId="77777777"/>
        </w:tc>
        <w:tc>
          <w:tcPr>
            <w:tcW w:w="2494" w:type="dxa"/>
            <w:vAlign w:val="center"/>
          </w:tcPr>
          <w:p w:rsidR="004F34C3" w:rsidRDefault="004F34C3" w14:paraId="058ADC41" w14:textId="77777777"/>
        </w:tc>
        <w:tc>
          <w:tcPr>
            <w:tcW w:w="2324" w:type="dxa"/>
            <w:vAlign w:val="center"/>
          </w:tcPr>
          <w:p w:rsidR="004F34C3" w:rsidRDefault="004F34C3" w14:paraId="3B305AC4" w14:textId="77777777"/>
        </w:tc>
        <w:tc>
          <w:tcPr>
            <w:tcW w:w="2324" w:type="dxa"/>
            <w:vAlign w:val="center"/>
          </w:tcPr>
          <w:p w:rsidR="004F34C3" w:rsidRDefault="004F34C3" w14:paraId="4916F109" w14:textId="77777777"/>
        </w:tc>
      </w:tr>
      <w:tr w:rsidR="004F34C3" w14:paraId="453ED88C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2E904EC4" w14:textId="77777777"/>
        </w:tc>
        <w:tc>
          <w:tcPr>
            <w:tcW w:w="2494" w:type="dxa"/>
            <w:vAlign w:val="center"/>
          </w:tcPr>
          <w:p w:rsidR="004F34C3" w:rsidRDefault="004F34C3" w14:paraId="712A7B09" w14:textId="77777777"/>
        </w:tc>
        <w:tc>
          <w:tcPr>
            <w:tcW w:w="2324" w:type="dxa"/>
            <w:vAlign w:val="center"/>
          </w:tcPr>
          <w:p w:rsidR="004F34C3" w:rsidRDefault="004F34C3" w14:paraId="05BEED34" w14:textId="77777777"/>
        </w:tc>
        <w:tc>
          <w:tcPr>
            <w:tcW w:w="2324" w:type="dxa"/>
            <w:vAlign w:val="center"/>
          </w:tcPr>
          <w:p w:rsidR="004F34C3" w:rsidRDefault="004F34C3" w14:paraId="089E8AC8" w14:textId="77777777"/>
        </w:tc>
      </w:tr>
      <w:tr w:rsidR="004F34C3" w14:paraId="2484167A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17064E0D" w14:textId="77777777"/>
        </w:tc>
        <w:tc>
          <w:tcPr>
            <w:tcW w:w="2494" w:type="dxa"/>
            <w:vAlign w:val="center"/>
          </w:tcPr>
          <w:p w:rsidR="004F34C3" w:rsidRDefault="004F34C3" w14:paraId="67ECFE5F" w14:textId="77777777"/>
        </w:tc>
        <w:tc>
          <w:tcPr>
            <w:tcW w:w="2324" w:type="dxa"/>
            <w:vAlign w:val="center"/>
          </w:tcPr>
          <w:p w:rsidR="004F34C3" w:rsidRDefault="004F34C3" w14:paraId="09E75E74" w14:textId="77777777"/>
        </w:tc>
        <w:tc>
          <w:tcPr>
            <w:tcW w:w="2324" w:type="dxa"/>
            <w:vAlign w:val="center"/>
          </w:tcPr>
          <w:p w:rsidR="004F34C3" w:rsidRDefault="004F34C3" w14:paraId="0C1F36C0" w14:textId="77777777"/>
        </w:tc>
      </w:tr>
      <w:tr w:rsidR="004F34C3" w14:paraId="4A67DA87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7A5F1F08" w14:textId="77777777"/>
        </w:tc>
        <w:tc>
          <w:tcPr>
            <w:tcW w:w="2494" w:type="dxa"/>
            <w:vAlign w:val="center"/>
          </w:tcPr>
          <w:p w:rsidR="004F34C3" w:rsidRDefault="004F34C3" w14:paraId="2E367882" w14:textId="77777777"/>
        </w:tc>
        <w:tc>
          <w:tcPr>
            <w:tcW w:w="2324" w:type="dxa"/>
            <w:vAlign w:val="center"/>
          </w:tcPr>
          <w:p w:rsidR="004F34C3" w:rsidRDefault="004F34C3" w14:paraId="7AB9DDC7" w14:textId="77777777"/>
        </w:tc>
        <w:tc>
          <w:tcPr>
            <w:tcW w:w="2324" w:type="dxa"/>
            <w:vAlign w:val="center"/>
          </w:tcPr>
          <w:p w:rsidR="004F34C3" w:rsidRDefault="004F34C3" w14:paraId="477E113B" w14:textId="77777777"/>
        </w:tc>
      </w:tr>
      <w:tr w:rsidR="004F34C3" w14:paraId="3C5B127D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0D373B92" w14:textId="77777777"/>
        </w:tc>
        <w:tc>
          <w:tcPr>
            <w:tcW w:w="2494" w:type="dxa"/>
            <w:vAlign w:val="center"/>
          </w:tcPr>
          <w:p w:rsidR="004F34C3" w:rsidRDefault="004F34C3" w14:paraId="1AF5114E" w14:textId="77777777"/>
        </w:tc>
        <w:tc>
          <w:tcPr>
            <w:tcW w:w="2324" w:type="dxa"/>
            <w:vAlign w:val="center"/>
          </w:tcPr>
          <w:p w:rsidR="004F34C3" w:rsidRDefault="004F34C3" w14:paraId="46A598D4" w14:textId="77777777"/>
        </w:tc>
        <w:tc>
          <w:tcPr>
            <w:tcW w:w="2324" w:type="dxa"/>
            <w:vAlign w:val="center"/>
          </w:tcPr>
          <w:p w:rsidR="004F34C3" w:rsidRDefault="004F34C3" w14:paraId="59E4DF65" w14:textId="77777777"/>
        </w:tc>
      </w:tr>
      <w:tr w:rsidR="004F34C3" w14:paraId="54C2853D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0CE1155D" w14:textId="77777777"/>
        </w:tc>
        <w:tc>
          <w:tcPr>
            <w:tcW w:w="2494" w:type="dxa"/>
            <w:vAlign w:val="center"/>
          </w:tcPr>
          <w:p w:rsidR="004F34C3" w:rsidRDefault="004F34C3" w14:paraId="31FD3CFE" w14:textId="77777777"/>
        </w:tc>
        <w:tc>
          <w:tcPr>
            <w:tcW w:w="2324" w:type="dxa"/>
            <w:vAlign w:val="center"/>
          </w:tcPr>
          <w:p w:rsidR="004F34C3" w:rsidRDefault="004F34C3" w14:paraId="5B19BC8E" w14:textId="77777777"/>
        </w:tc>
        <w:tc>
          <w:tcPr>
            <w:tcW w:w="2324" w:type="dxa"/>
            <w:vAlign w:val="center"/>
          </w:tcPr>
          <w:p w:rsidR="004F34C3" w:rsidRDefault="004F34C3" w14:paraId="05637D17" w14:textId="77777777"/>
        </w:tc>
      </w:tr>
    </w:tbl>
    <w:p w:rsidR="004F34C3" w:rsidRDefault="004F34C3" w14:paraId="457E639B" w14:textId="77777777">
      <w:pPr>
        <w:spacing w:after="120"/>
      </w:pPr>
    </w:p>
    <w:p w:rsidR="004F34C3" w:rsidRDefault="00000000" w14:paraId="1CC0011C" w14:textId="77777777">
      <w:pPr>
        <w:spacing w:after="80"/>
      </w:pPr>
      <w:r>
        <w:t>Baş Tetkik Görevlisi (Paraf): ............................</w:t>
      </w:r>
    </w:p>
    <w:sectPr w:rsidR="004F34C3" w:rsidSect="00034616">
      <w:headerReference w:type="default" r:id="Rd22da621db314d0b"/>
      <w:headerReference w:type="first" r:id="Rd22da621db314d0b"/>
      <w:headerReference w:type="even" r:id="Rd22da621db314d0b"/>
      <w:footerReference w:type="default" r:id="Rba0269b49e344100"/>
      <w:footerReference w:type="first" r:id="Rba0269b49e344100"/>
      <w:footerReference w:type="even" r:id="Rba0269b49e344100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KYS-FR.005,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5dd4429f5494e8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kvys.giresun.edu.tr/dg/289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1e09eacdd0643e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4ad0781a2e6465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İç Tetkik Toplantı Katılım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9262560">
    <w:abstractNumId w:val="8"/>
  </w:num>
  <w:num w:numId="2" w16cid:durableId="1839342091">
    <w:abstractNumId w:val="6"/>
  </w:num>
  <w:num w:numId="3" w16cid:durableId="1724405320">
    <w:abstractNumId w:val="5"/>
  </w:num>
  <w:num w:numId="4" w16cid:durableId="939676919">
    <w:abstractNumId w:val="4"/>
  </w:num>
  <w:num w:numId="5" w16cid:durableId="630327421">
    <w:abstractNumId w:val="7"/>
  </w:num>
  <w:num w:numId="6" w16cid:durableId="353314605">
    <w:abstractNumId w:val="3"/>
  </w:num>
  <w:num w:numId="7" w16cid:durableId="2037148715">
    <w:abstractNumId w:val="2"/>
  </w:num>
  <w:num w:numId="8" w16cid:durableId="1938713365">
    <w:abstractNumId w:val="1"/>
  </w:num>
  <w:num w:numId="9" w16cid:durableId="195536462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2E75"/>
    <w:rsid w:val="0015074B"/>
    <w:rsid w:val="0029639D"/>
    <w:rsid w:val="00326F90"/>
    <w:rsid w:val="004F34C3"/>
    <w:rsid w:val="00934B4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D28F746"/>
  <w14:defaultImageDpi w14:val="300"/>
  <w15:docId w15:val="{7D93C510-D7CA-624F-9732-D00C0D9F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Times New Roman" w:hAnsi="Times New Roman" w:cs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d22da621db314d0b" /><Relationship Type="http://schemas.openxmlformats.org/officeDocument/2006/relationships/footer" Target="/word/footer1.xml" Id="Rba0269b49e344100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d1e09eacdd0643e9" /><Relationship Type="http://schemas.openxmlformats.org/officeDocument/2006/relationships/hyperlink" Target="https://kvys.giresun.edu.tr/dg/289" TargetMode="External" Id="R45dd4429f5494e88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e4ad0781a2e6465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Enis Taşcı</cp:lastModifiedBy>
  <cp:revision>2</cp:revision>
  <dcterms:created xsi:type="dcterms:W3CDTF">2013-12-23T23:15:00Z</dcterms:created>
  <dcterms:modified xsi:type="dcterms:W3CDTF">2026-07-17T10:31:00Z</dcterms:modified>
  <cp:category/>
</cp:coreProperties>
</file>