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png" ContentType="image/png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  <w:tblLayout w:type="fixed"/>
        <w:tblCellMar>
          <w:top w:w="60" w:type="dxa"/>
          <w:bottom w:w="60" w:type="dxa"/>
          <w:start w:w="100" w:type="dxa"/>
          <w:end w:w="100" w:type="dxa"/>
          <w:left w:w="100" w:type="dxa"/>
          <w:right w:w="100" w:type="dxa"/>
        </w:tblCellMar>
      </w:tblPr>
      <w:tblGrid>
        <w:gridCol w:w="2268"/>
        <w:gridCol w:w="7937"/>
      </w:tblGrid>
      <w:tr>
        <w:trPr>
          <w:trHeight w:val="510" w:hRule="atLeast"/>
        </w:trPr>
        <w:tc>
          <w:tcPr>
            <w:tcW w:w="2268" w:type="dxa"/>
            <w:vAlign w:val="center"/>
            <w:shd w:val="clear" w:color="auto" w:fill="D9D9D9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Toplantı Konusu</w:t>
            </w:r>
          </w:p>
        </w:tc>
        <w:tc>
          <w:tcPr>
            <w:tcW w:w="7937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510" w:hRule="atLeast"/>
        </w:trPr>
        <w:tc>
          <w:tcPr>
            <w:tcW w:w="2268" w:type="dxa"/>
            <w:vAlign w:val="center"/>
            <w:shd w:val="clear" w:color="auto" w:fill="D9D9D9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Tarih</w:t>
            </w:r>
          </w:p>
        </w:tc>
        <w:tc>
          <w:tcPr>
            <w:tcW w:w="7937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</w:tbl>
    <w:p>
      <w:pPr>
        <w:spacing w:after="80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  <w:tblLayout w:type="fixed"/>
        <w:tblCellMar>
          <w:top w:w="40" w:type="dxa"/>
          <w:bottom w:w="40" w:type="dxa"/>
          <w:start w:w="80" w:type="dxa"/>
          <w:end w:w="80" w:type="dxa"/>
          <w:left w:w="80" w:type="dxa"/>
          <w:right w:w="80" w:type="dxa"/>
        </w:tblCellMar>
      </w:tblPr>
      <w:tblGrid>
        <w:gridCol w:w="794"/>
        <w:gridCol w:w="2948"/>
        <w:gridCol w:w="2381"/>
        <w:gridCol w:w="2381"/>
        <w:gridCol w:w="1701"/>
      </w:tblGrid>
      <w:tr>
        <w:trPr>
          <w:trHeight w:val="510" w:hRule="atLeast"/>
        </w:trPr>
        <w:tc>
          <w:tcPr>
            <w:tcW w:w="794" w:type="dxa"/>
            <w:vAlign w:val="center"/>
            <w:shd w:val="clear" w:color="auto" w:fill="D9D9D9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S.N.</w:t>
            </w:r>
          </w:p>
        </w:tc>
        <w:tc>
          <w:tcPr>
            <w:tcW w:w="2948" w:type="dxa"/>
            <w:vAlign w:val="center"/>
            <w:shd w:val="clear" w:color="auto" w:fill="D9D9D9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Adı Soyadı</w:t>
            </w:r>
          </w:p>
        </w:tc>
        <w:tc>
          <w:tcPr>
            <w:tcW w:w="2381" w:type="dxa"/>
            <w:vAlign w:val="center"/>
            <w:shd w:val="clear" w:color="auto" w:fill="D9D9D9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Görevi</w:t>
            </w:r>
          </w:p>
        </w:tc>
        <w:tc>
          <w:tcPr>
            <w:tcW w:w="2381" w:type="dxa"/>
            <w:vAlign w:val="center"/>
            <w:shd w:val="clear" w:color="auto" w:fill="D9D9D9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Kurumu / Birimi</w:t>
            </w:r>
          </w:p>
        </w:tc>
        <w:tc>
          <w:tcPr>
            <w:tcW w:w="1701" w:type="dxa"/>
            <w:vAlign w:val="center"/>
            <w:shd w:val="clear" w:color="auto" w:fill="D9D9D9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İmza</w:t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1</w:t>
            </w:r>
          </w:p>
        </w:tc>
        <w:tc>
          <w:tcPr>
            <w:tcW w:w="294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70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2</w:t>
            </w:r>
          </w:p>
        </w:tc>
        <w:tc>
          <w:tcPr>
            <w:tcW w:w="294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70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3</w:t>
            </w:r>
          </w:p>
        </w:tc>
        <w:tc>
          <w:tcPr>
            <w:tcW w:w="294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70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4</w:t>
            </w:r>
          </w:p>
        </w:tc>
        <w:tc>
          <w:tcPr>
            <w:tcW w:w="294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70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5</w:t>
            </w:r>
          </w:p>
        </w:tc>
        <w:tc>
          <w:tcPr>
            <w:tcW w:w="294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70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6</w:t>
            </w:r>
          </w:p>
        </w:tc>
        <w:tc>
          <w:tcPr>
            <w:tcW w:w="294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70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7</w:t>
            </w:r>
          </w:p>
        </w:tc>
        <w:tc>
          <w:tcPr>
            <w:tcW w:w="294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70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8</w:t>
            </w:r>
          </w:p>
        </w:tc>
        <w:tc>
          <w:tcPr>
            <w:tcW w:w="294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70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9</w:t>
            </w:r>
          </w:p>
        </w:tc>
        <w:tc>
          <w:tcPr>
            <w:tcW w:w="294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70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10</w:t>
            </w:r>
          </w:p>
        </w:tc>
        <w:tc>
          <w:tcPr>
            <w:tcW w:w="294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70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11</w:t>
            </w:r>
          </w:p>
        </w:tc>
        <w:tc>
          <w:tcPr>
            <w:tcW w:w="294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70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12</w:t>
            </w:r>
          </w:p>
        </w:tc>
        <w:tc>
          <w:tcPr>
            <w:tcW w:w="294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70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13</w:t>
            </w:r>
          </w:p>
        </w:tc>
        <w:tc>
          <w:tcPr>
            <w:tcW w:w="294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70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14</w:t>
            </w:r>
          </w:p>
        </w:tc>
        <w:tc>
          <w:tcPr>
            <w:tcW w:w="294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70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15</w:t>
            </w:r>
          </w:p>
        </w:tc>
        <w:tc>
          <w:tcPr>
            <w:tcW w:w="294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70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16</w:t>
            </w:r>
          </w:p>
        </w:tc>
        <w:tc>
          <w:tcPr>
            <w:tcW w:w="294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70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17</w:t>
            </w:r>
          </w:p>
        </w:tc>
        <w:tc>
          <w:tcPr>
            <w:tcW w:w="294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70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18</w:t>
            </w:r>
          </w:p>
        </w:tc>
        <w:tc>
          <w:tcPr>
            <w:tcW w:w="294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70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</w:tbl>
    <w:sectPr w:rsidRPr="0006063C" w:rsidR="00FC693F" w:rsidSect="00034616">
      <w:headerReference w:type="default" r:id="R552247d489c844a4"/>
      <w:headerReference w:type="first" r:id="R552247d489c844a4"/>
      <w:headerReference w:type="even" r:id="R552247d489c844a4"/>
      <w:footerReference w:type="default" r:id="R0dec7c52acd24c9d"/>
      <w:footerReference w:type="first" r:id="R0dec7c52acd24c9d"/>
      <w:footerReference w:type="even" r:id="R0dec7c52acd24c9d"/>
      <w:pgSz w:w="11906" w:h="16838"/>
      <w:pgMar w:top="2154" w:right="850" w:bottom="1587" w:left="850" w:header="720" w:footer="28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KYS-FR.008, R00, 17.07.2026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c19d1a8d9ba14749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kvys.giresun.edu.tr/dg/292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524433cc50fe40c4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7970fb0aa2524eca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Toplantı Katılım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KYS-FR.008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17.07.2026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0" w:line="240" w:lineRule="auto"/>
    </w:pPr>
    <w:rPr>
      <w:rFonts w:ascii="Times New Roman" w:hAnsi="Times New Roman" w:cs="Times New Roman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microsoft.com/office/2007/relationships/stylesWithEffects" Target="stylesWithEffects.xml" Id="rId4" /><Relationship Type="http://schemas.openxmlformats.org/officeDocument/2006/relationships/settings" Target="settings.xml" Id="rId5" /><Relationship Type="http://schemas.openxmlformats.org/officeDocument/2006/relationships/webSettings" Target="webSettings.xml" Id="rId6" /><Relationship Type="http://schemas.openxmlformats.org/officeDocument/2006/relationships/fontTable" Target="fontTable.xml" Id="rId7" /><Relationship Type="http://schemas.openxmlformats.org/officeDocument/2006/relationships/theme" Target="theme/theme1.xml" Id="rId8" /><Relationship Type="http://schemas.openxmlformats.org/officeDocument/2006/relationships/customXml" Target="../customXml/item1.xml" Id="rId1" /><Relationship Type="http://schemas.openxmlformats.org/officeDocument/2006/relationships/numbering" Target="numbering.xml" Id="rId2" /><Relationship Type="http://schemas.openxmlformats.org/officeDocument/2006/relationships/header" Target="/word/header1.xml" Id="R552247d489c844a4" /><Relationship Type="http://schemas.openxmlformats.org/officeDocument/2006/relationships/footer" Target="/word/footer1.xml" Id="R0dec7c52acd24c9d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524433cc50fe40c4" /><Relationship Type="http://schemas.openxmlformats.org/officeDocument/2006/relationships/hyperlink" Target="https://kvys.giresun.edu.tr/dg/292" TargetMode="External" Id="Rc19d1a8d9ba14749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7970fb0aa2524ec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