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240"/>
        <w:jc w:val="center"/>
      </w:pPr>
      <w:r>
        <w:rPr>
          <w:b/>
          <w:i/>
          <w:sz w:val="20"/>
          <w:u w:val="none"/>
        </w:rPr>
        <w:t>(Ücrete Tabi Olmayan Cihazların Kullanımı İçin Geçerlidir.)</w:t>
      </w:r>
    </w:p>
    <w:tbl>
      <w:tblPr>
        <w:tblW w:w="0" w:type="auto"/>
        <w:jc w:val="center"/>
        <w:tblLayout w:type="fixed"/>
        <w:tblLook w:val="04A0" w:firstRow="1" w:lastRow="0" w:firstColumn="1" w:lastColumn="0" w:noHBand="0" w:noVBand="1"/>
        <w:tblBorders>
          <w:top w:val="single" w:color="000000" w:sz="4" w:space="0"/>
          <w:left w:val="single" w:color="000000" w:sz="4" w:space="0"/>
          <w:bottom w:val="single" w:color="000000" w:sz="4" w:space="0"/>
          <w:right w:val="single" w:color="000000" w:sz="4" w:space="0"/>
          <w:insideH w:val="nil" w:color="000000" w:sz="4" w:space="0"/>
          <w:insideV w:val="nil" w:color="000000" w:sz="4" w:space="0"/>
        </w:tblBorders>
        <w:tblLayout w:type="fixed"/>
      </w:tblPr>
      <w:tblGrid>
        <w:gridCol w:w="10206"/>
      </w:tblGrid>
      <w:tr>
        <w:tc>
          <w:tcPr>
            <w:tcW w:w="10205" w:type="dxa"/>
          </w:tcPr>
          <w:p>
            <w:pPr>
              <w:spacing w:before="0" w:after="160"/>
            </w:pPr>
            <w:r>
              <w:rPr>
                <w:b w:val="0"/>
                <w:i w:val="0"/>
                <w:u w:val="single"/>
              </w:rPr>
              <w:t>Talep Eden</w:t>
            </w:r>
          </w:p>
          <w:p>
            <w:pPr>
              <w:tabs>
                <w:tab w:val="left" w:pos="3118"/>
              </w:tabs>
              <w:spacing w:before="0" w:after="160"/>
            </w:pPr>
            <w:r>
              <w:rPr>
                <w:b/>
                <w:i w:val="0"/>
                <w:u w:val="none"/>
              </w:rPr>
              <w:t>Unvanı, Adı, Soyadı</w:t>
            </w:r>
            <w:r>
              <w:rPr>
                <w:b w:val="0"/>
                <w:i w:val="0"/>
                <w:u w:val="none"/>
              </w:rPr>
              <w:tab/>
              <w:t>:</w:t>
            </w:r>
          </w:p>
          <w:p>
            <w:pPr>
              <w:tabs>
                <w:tab w:val="left" w:pos="3118"/>
              </w:tabs>
              <w:spacing w:before="0" w:after="160"/>
            </w:pPr>
            <w:r>
              <w:rPr>
                <w:b w:val="0"/>
                <w:i w:val="0"/>
                <w:u w:val="none"/>
              </w:rPr>
              <w:t>Üniversite</w:t>
            </w:r>
            <w:r>
              <w:rPr>
                <w:b w:val="0"/>
                <w:i w:val="0"/>
                <w:u w:val="none"/>
              </w:rPr>
              <w:tab/>
              <w:t xml:space="preserve">: </w:t>
            </w:r>
            <w:r>
              <w:rPr>
                <w:rFonts w:ascii="Segoe UI Symbol" w:hAnsi="Segoe UI Symbol" w:eastAsia="Segoe UI Symbol" w:cs="Segoe UI Symbol"/>
                <w:b w:val="0"/>
                <w:i w:val="0"/>
                <w:u w:val="none"/>
              </w:rPr>
              <w:t>☐</w:t>
            </w:r>
            <w:r>
              <w:rPr>
                <w:b w:val="0"/>
                <w:i w:val="0"/>
                <w:u w:val="none"/>
              </w:rPr>
              <w:t xml:space="preserve"> GRÜ        </w:t>
            </w:r>
            <w:r>
              <w:rPr>
                <w:rFonts w:ascii="Segoe UI Symbol" w:hAnsi="Segoe UI Symbol" w:eastAsia="Segoe UI Symbol" w:cs="Segoe UI Symbol"/>
                <w:b w:val="0"/>
                <w:i w:val="0"/>
                <w:u w:val="none"/>
              </w:rPr>
              <w:t>☐</w:t>
            </w:r>
            <w:r>
              <w:rPr>
                <w:b w:val="0"/>
                <w:i w:val="0"/>
                <w:u w:val="none"/>
              </w:rPr>
              <w:t xml:space="preserve"> Diğer (Belirtiniz) ……………………………..</w:t>
            </w:r>
          </w:p>
          <w:p>
            <w:pPr>
              <w:tabs>
                <w:tab w:val="left" w:pos="3118"/>
              </w:tabs>
              <w:spacing w:before="0" w:after="160"/>
            </w:pPr>
            <w:r>
              <w:rPr>
                <w:b w:val="0"/>
                <w:i w:val="0"/>
                <w:u w:val="none"/>
              </w:rPr>
              <w:t>Fakülte/ MYO/ Bölüm</w:t>
            </w:r>
            <w:r>
              <w:rPr>
                <w:b w:val="0"/>
                <w:i w:val="0"/>
                <w:u w:val="none"/>
              </w:rPr>
              <w:tab/>
              <w:t>:</w:t>
            </w:r>
          </w:p>
          <w:p>
            <w:pPr>
              <w:tabs>
                <w:tab w:val="left" w:pos="3118"/>
              </w:tabs>
              <w:spacing w:before="0" w:after="160"/>
            </w:pPr>
            <w:r>
              <w:rPr>
                <w:b/>
                <w:i w:val="0"/>
                <w:u w:val="none"/>
              </w:rPr>
              <w:t>İletişim Bilgileri:</w:t>
            </w:r>
            <w:r>
              <w:rPr>
                <w:b w:val="0"/>
                <w:i w:val="0"/>
                <w:u w:val="none"/>
              </w:rPr>
              <w:tab/>
              <w:t>: e-mail</w:t>
              <w:tab/>
              <w:tab/>
              <w:t>:</w:t>
            </w:r>
          </w:p>
          <w:p>
            <w:pPr>
              <w:tabs>
                <w:tab w:val="left" w:pos="3118"/>
              </w:tabs>
              <w:spacing w:before="0" w:after="160"/>
            </w:pPr>
            <w:r>
              <w:rPr>
                <w:b w:val="0"/>
                <w:i w:val="0"/>
                <w:u w:val="none"/>
              </w:rPr>
            </w:r>
            <w:r>
              <w:rPr>
                <w:b w:val="0"/>
                <w:i w:val="0"/>
                <w:u w:val="none"/>
              </w:rPr>
              <w:tab/>
              <w:t xml:space="preserve">  Cep Tel. No</w:t>
              <w:tab/>
              <w:t>:</w:t>
            </w:r>
          </w:p>
          <w:p>
            <w:pPr>
              <w:tabs>
                <w:tab w:val="left" w:pos="3118"/>
              </w:tabs>
              <w:spacing w:before="0" w:after="160"/>
            </w:pPr>
            <w:r>
              <w:rPr>
                <w:b w:val="0"/>
                <w:i w:val="0"/>
                <w:u w:val="none"/>
              </w:rPr>
            </w:r>
            <w:r>
              <w:rPr>
                <w:b w:val="0"/>
                <w:i w:val="0"/>
                <w:u w:val="none"/>
              </w:rPr>
              <w:tab/>
              <w:t xml:space="preserve">  Adres</w:t>
              <w:tab/>
              <w:tab/>
              <w:t>:</w:t>
            </w:r>
          </w:p>
        </w:tc>
      </w:tr>
    </w:tbl>
    <w:p>
      <w:pPr>
        <w:spacing w:before="0" w:after="200"/>
      </w:pPr>
    </w:p>
    <w:tbl>
      <w:tblPr>
        <w:tblW w:w="0" w:type="auto"/>
        <w:jc w:val="center"/>
        <w:tblLayout w:type="fixed"/>
        <w:tblLook w:val="04A0" w:firstRow="1" w:lastRow="0" w:firstColumn="1" w:lastColumn="0" w:noHBand="0" w:noVBand="1"/>
        <w:tblBorders>
          <w:top w:val="single" w:color="000000" w:sz="4" w:space="0"/>
          <w:left w:val="single" w:color="000000" w:sz="4" w:space="0"/>
          <w:bottom w:val="single" w:color="000000" w:sz="4" w:space="0"/>
          <w:right w:val="single" w:color="000000" w:sz="4" w:space="0"/>
          <w:insideH w:val="nil" w:color="000000" w:sz="4" w:space="0"/>
          <w:insideV w:val="nil" w:color="000000" w:sz="4" w:space="0"/>
        </w:tblBorders>
        <w:tblLayout w:type="fixed"/>
      </w:tblPr>
      <w:tblGrid>
        <w:gridCol w:w="10206"/>
      </w:tblGrid>
      <w:tr>
        <w:tc>
          <w:tcPr>
            <w:tcW w:w="10205" w:type="dxa"/>
          </w:tcPr>
          <w:p>
            <w:pPr>
              <w:tabs>
                <w:tab w:val="left" w:pos="3969"/>
              </w:tabs>
              <w:spacing w:before="0" w:after="200"/>
            </w:pPr>
            <w:r>
              <w:rPr>
                <w:b w:val="0"/>
                <w:i w:val="0"/>
                <w:u w:val="none"/>
              </w:rPr>
              <w:t>Proje Adı / No (Varsa)</w:t>
            </w:r>
            <w:r>
              <w:rPr>
                <w:b w:val="0"/>
                <w:i w:val="0"/>
                <w:u w:val="none"/>
              </w:rPr>
              <w:tab/>
              <w:t>:</w:t>
            </w:r>
          </w:p>
          <w:p>
            <w:pPr>
              <w:tabs>
                <w:tab w:val="left" w:pos="3969"/>
              </w:tabs>
              <w:spacing w:before="0" w:after="200"/>
            </w:pPr>
            <w:r>
              <w:rPr>
                <w:b w:val="0"/>
                <w:i w:val="0"/>
                <w:u w:val="none"/>
              </w:rPr>
              <w:t>Kullanılacak cihazın Marka ve Modeli</w:t>
            </w:r>
            <w:r>
              <w:rPr>
                <w:b w:val="0"/>
                <w:i w:val="0"/>
                <w:u w:val="none"/>
              </w:rPr>
              <w:tab/>
              <w:t>:</w:t>
            </w:r>
          </w:p>
          <w:p>
            <w:pPr>
              <w:tabs>
                <w:tab w:val="left" w:pos="3969"/>
              </w:tabs>
              <w:spacing w:before="0" w:after="200"/>
            </w:pPr>
            <w:r>
              <w:rPr>
                <w:b w:val="0"/>
                <w:i w:val="0"/>
                <w:u w:val="none"/>
              </w:rPr>
              <w:t>Başlama ve Bitiş Tarihi</w:t>
            </w:r>
            <w:r>
              <w:rPr>
                <w:b w:val="0"/>
                <w:i w:val="0"/>
                <w:u w:val="none"/>
              </w:rPr>
              <w:tab/>
              <w:t>:</w:t>
            </w:r>
          </w:p>
          <w:p>
            <w:pPr>
              <w:tabs>
                <w:tab w:val="left" w:pos="3969"/>
              </w:tabs>
              <w:spacing w:before="0" w:after="200"/>
            </w:pPr>
            <w:r>
              <w:rPr>
                <w:b w:val="0"/>
                <w:i w:val="0"/>
                <w:u w:val="none"/>
              </w:rPr>
              <w:t>Cihazın Kullanım Amacı</w:t>
            </w:r>
            <w:r>
              <w:rPr>
                <w:b w:val="0"/>
                <w:i w:val="0"/>
                <w:u w:val="none"/>
              </w:rPr>
              <w:tab/>
              <w:t>:</w:t>
            </w:r>
          </w:p>
          <w:p>
            <w:pPr>
              <w:spacing w:before="0" w:after="600"/>
            </w:pPr>
          </w:p>
        </w:tc>
      </w:tr>
    </w:tbl>
    <w:p>
      <w:pPr>
        <w:spacing w:before="0" w:after="200"/>
      </w:pPr>
    </w:p>
    <w:tbl>
      <w:tblPr>
        <w:tblW w:w="0" w:type="auto"/>
        <w:jc w:val="center"/>
        <w:tblLayout w:type="fixed"/>
        <w:tblLook w:val="04A0" w:firstRow="1" w:lastRow="0" w:firstColumn="1" w:lastColumn="0" w:noHBand="0" w:noVBand="1"/>
        <w:tblBorders>
          <w:top w:val="single" w:color="000000" w:sz="4" w:space="0"/>
          <w:left w:val="single" w:color="000000" w:sz="4" w:space="0"/>
          <w:bottom w:val="single" w:color="000000" w:sz="4" w:space="0"/>
          <w:right w:val="single" w:color="000000" w:sz="4" w:space="0"/>
          <w:insideH w:val="nil" w:color="000000" w:sz="4" w:space="0"/>
          <w:insideV w:val="nil" w:color="000000" w:sz="4" w:space="0"/>
        </w:tblBorders>
        <w:tblLayout w:type="fixed"/>
      </w:tblPr>
      <w:tblGrid>
        <w:gridCol w:w="7144"/>
        <w:gridCol w:w="1530"/>
        <w:gridCol w:w="1530"/>
      </w:tblGrid>
      <w:tr>
        <w:tc>
          <w:tcPr>
            <w:tcW w:w="7143" w:type="dxa"/>
          </w:tcPr>
          <w:p>
            <w:pPr>
              <w:spacing w:before="100" w:after="100"/>
              <w:ind w:left="113"/>
            </w:pPr>
            <w:r>
              <w:rPr>
                <w:b w:val="0"/>
                <w:i w:val="0"/>
                <w:sz w:val="20"/>
                <w:u w:val="none"/>
              </w:rPr>
              <w:t>Talep eden, ilgili cihazı kullanım yeterliliğine sahip mi?</w:t>
            </w:r>
          </w:p>
        </w:tc>
        <w:tc>
          <w:tcPr>
            <w:tcW w:w="1531" w:type="dxa"/>
          </w:tcPr>
          <w:p>
            <w:pPr>
              <w:spacing w:before="100" w:after="100"/>
            </w:pPr>
            <w:r>
              <w:rPr>
                <w:b w:val="0"/>
                <w:i w:val="0"/>
                <w:sz w:val="20"/>
                <w:u w:val="none"/>
              </w:rPr>
              <w:t xml:space="preserve">Evet:   </w:t>
            </w:r>
            <w:r>
              <w:rPr>
                <w:rFonts w:ascii="Segoe UI Symbol" w:hAnsi="Segoe UI Symbol" w:eastAsia="Segoe UI Symbol" w:cs="Segoe UI Symbol"/>
                <w:b w:val="0"/>
                <w:i w:val="0"/>
                <w:sz w:val="20"/>
                <w:u w:val="none"/>
              </w:rPr>
              <w:t>☐</w:t>
            </w:r>
          </w:p>
        </w:tc>
        <w:tc>
          <w:tcPr>
            <w:tcW w:w="1531" w:type="dxa"/>
          </w:tcPr>
          <w:p>
            <w:pPr>
              <w:spacing w:before="100" w:after="100"/>
            </w:pPr>
            <w:r>
              <w:rPr>
                <w:b w:val="0"/>
                <w:i w:val="0"/>
                <w:sz w:val="20"/>
                <w:u w:val="none"/>
              </w:rPr>
              <w:t xml:space="preserve">Hayır: </w:t>
            </w:r>
            <w:r>
              <w:rPr>
                <w:rFonts w:ascii="Segoe UI Symbol" w:hAnsi="Segoe UI Symbol" w:eastAsia="Segoe UI Symbol" w:cs="Segoe UI Symbol"/>
                <w:b w:val="0"/>
                <w:i w:val="0"/>
                <w:sz w:val="20"/>
                <w:u w:val="none"/>
              </w:rPr>
              <w:t>☐</w:t>
            </w:r>
          </w:p>
        </w:tc>
      </w:tr>
      <w:tr>
        <w:tc>
          <w:tcPr>
            <w:tcW w:w="7143" w:type="dxa"/>
          </w:tcPr>
          <w:p>
            <w:pPr>
              <w:spacing w:before="100" w:after="100"/>
              <w:ind w:left="113"/>
            </w:pPr>
            <w:r>
              <w:rPr>
                <w:b w:val="0"/>
                <w:i w:val="0"/>
                <w:sz w:val="20"/>
                <w:u w:val="none"/>
              </w:rPr>
              <w:t>Talep edilen cihazı kullanacak kişi için sertifika, lisans, vb. forma ekli mi?</w:t>
            </w:r>
          </w:p>
        </w:tc>
        <w:tc>
          <w:tcPr>
            <w:tcW w:w="1531" w:type="dxa"/>
          </w:tcPr>
          <w:p>
            <w:pPr>
              <w:spacing w:before="100" w:after="100"/>
            </w:pPr>
            <w:r>
              <w:rPr>
                <w:b w:val="0"/>
                <w:i w:val="0"/>
                <w:sz w:val="20"/>
                <w:u w:val="none"/>
              </w:rPr>
              <w:t xml:space="preserve">Evet:   </w:t>
            </w:r>
            <w:r>
              <w:rPr>
                <w:rFonts w:ascii="Segoe UI Symbol" w:hAnsi="Segoe UI Symbol" w:eastAsia="Segoe UI Symbol" w:cs="Segoe UI Symbol"/>
                <w:b w:val="0"/>
                <w:i w:val="0"/>
                <w:sz w:val="20"/>
                <w:u w:val="none"/>
              </w:rPr>
              <w:t>☐</w:t>
            </w:r>
          </w:p>
        </w:tc>
        <w:tc>
          <w:tcPr>
            <w:tcW w:w="1531" w:type="dxa"/>
          </w:tcPr>
          <w:p>
            <w:pPr>
              <w:spacing w:before="100" w:after="100"/>
            </w:pPr>
            <w:r>
              <w:rPr>
                <w:b w:val="0"/>
                <w:i w:val="0"/>
                <w:sz w:val="20"/>
                <w:u w:val="none"/>
              </w:rPr>
              <w:t xml:space="preserve">Hayır: </w:t>
            </w:r>
            <w:r>
              <w:rPr>
                <w:rFonts w:ascii="Segoe UI Symbol" w:hAnsi="Segoe UI Symbol" w:eastAsia="Segoe UI Symbol" w:cs="Segoe UI Symbol"/>
                <w:b w:val="0"/>
                <w:i w:val="0"/>
                <w:sz w:val="20"/>
                <w:u w:val="none"/>
              </w:rPr>
              <w:t>☐</w:t>
            </w:r>
          </w:p>
        </w:tc>
      </w:tr>
      <w:tr>
        <w:tc>
          <w:tcPr>
            <w:tcW w:w="7143" w:type="dxa"/>
          </w:tcPr>
          <w:p>
            <w:pPr>
              <w:spacing w:before="100" w:after="100"/>
              <w:ind w:left="113"/>
            </w:pPr>
            <w:r>
              <w:rPr>
                <w:b w:val="0"/>
                <w:i w:val="0"/>
                <w:sz w:val="20"/>
                <w:u w:val="none"/>
              </w:rPr>
              <w:t>Güvenlik ve emniyet önlemi gerekiyor mu?</w:t>
            </w:r>
          </w:p>
        </w:tc>
        <w:tc>
          <w:tcPr>
            <w:tcW w:w="1531" w:type="dxa"/>
          </w:tcPr>
          <w:p>
            <w:pPr>
              <w:spacing w:before="100" w:after="100"/>
            </w:pPr>
            <w:r>
              <w:rPr>
                <w:b w:val="0"/>
                <w:i w:val="0"/>
                <w:sz w:val="20"/>
                <w:u w:val="none"/>
              </w:rPr>
              <w:t xml:space="preserve">Evet:   </w:t>
            </w:r>
            <w:r>
              <w:rPr>
                <w:rFonts w:ascii="Segoe UI Symbol" w:hAnsi="Segoe UI Symbol" w:eastAsia="Segoe UI Symbol" w:cs="Segoe UI Symbol"/>
                <w:b w:val="0"/>
                <w:i w:val="0"/>
                <w:sz w:val="20"/>
                <w:u w:val="none"/>
              </w:rPr>
              <w:t>☐</w:t>
            </w:r>
          </w:p>
        </w:tc>
        <w:tc>
          <w:tcPr>
            <w:tcW w:w="1531" w:type="dxa"/>
          </w:tcPr>
          <w:p>
            <w:pPr>
              <w:spacing w:before="100" w:after="100"/>
            </w:pPr>
            <w:r>
              <w:rPr>
                <w:b w:val="0"/>
                <w:i w:val="0"/>
                <w:sz w:val="20"/>
                <w:u w:val="none"/>
              </w:rPr>
              <w:t xml:space="preserve">Hayır: </w:t>
            </w:r>
            <w:r>
              <w:rPr>
                <w:rFonts w:ascii="Segoe UI Symbol" w:hAnsi="Segoe UI Symbol" w:eastAsia="Segoe UI Symbol" w:cs="Segoe UI Symbol"/>
                <w:b w:val="0"/>
                <w:i w:val="0"/>
                <w:sz w:val="20"/>
                <w:u w:val="none"/>
              </w:rPr>
              <w:t>☐</w:t>
            </w:r>
          </w:p>
        </w:tc>
      </w:tr>
      <w:tr>
        <w:tc>
          <w:tcPr>
            <w:tcW w:w="7143" w:type="dxa"/>
          </w:tcPr>
          <w:p>
            <w:pPr>
              <w:spacing w:before="100" w:after="100"/>
              <w:ind w:left="113"/>
            </w:pPr>
            <w:r>
              <w:rPr>
                <w:b w:val="0"/>
                <w:i w:val="0"/>
                <w:sz w:val="20"/>
                <w:u w:val="none"/>
              </w:rPr>
              <w:t>Cihazda toksik malzeme kullanılacak mı?</w:t>
            </w:r>
          </w:p>
        </w:tc>
        <w:tc>
          <w:tcPr>
            <w:tcW w:w="1531" w:type="dxa"/>
          </w:tcPr>
          <w:p>
            <w:pPr>
              <w:spacing w:before="100" w:after="100"/>
            </w:pPr>
            <w:r>
              <w:rPr>
                <w:b w:val="0"/>
                <w:i w:val="0"/>
                <w:sz w:val="20"/>
                <w:u w:val="none"/>
              </w:rPr>
              <w:t xml:space="preserve">Evet:   </w:t>
            </w:r>
            <w:r>
              <w:rPr>
                <w:rFonts w:ascii="Segoe UI Symbol" w:hAnsi="Segoe UI Symbol" w:eastAsia="Segoe UI Symbol" w:cs="Segoe UI Symbol"/>
                <w:b w:val="0"/>
                <w:i w:val="0"/>
                <w:sz w:val="20"/>
                <w:u w:val="none"/>
              </w:rPr>
              <w:t>☐</w:t>
            </w:r>
          </w:p>
        </w:tc>
        <w:tc>
          <w:tcPr>
            <w:tcW w:w="1531" w:type="dxa"/>
          </w:tcPr>
          <w:p>
            <w:pPr>
              <w:spacing w:before="100" w:after="100"/>
            </w:pPr>
            <w:r>
              <w:rPr>
                <w:b w:val="0"/>
                <w:i w:val="0"/>
                <w:sz w:val="20"/>
                <w:u w:val="none"/>
              </w:rPr>
              <w:t xml:space="preserve">Hayır: </w:t>
            </w:r>
            <w:r>
              <w:rPr>
                <w:rFonts w:ascii="Segoe UI Symbol" w:hAnsi="Segoe UI Symbol" w:eastAsia="Segoe UI Symbol" w:cs="Segoe UI Symbol"/>
                <w:b w:val="0"/>
                <w:i w:val="0"/>
                <w:sz w:val="20"/>
                <w:u w:val="none"/>
              </w:rPr>
              <w:t>☐</w:t>
            </w:r>
          </w:p>
        </w:tc>
      </w:tr>
      <w:tr>
        <w:tc>
          <w:tcPr>
            <w:tcW w:w="7143" w:type="dxa"/>
          </w:tcPr>
          <w:p>
            <w:pPr>
              <w:spacing w:before="100" w:after="100"/>
              <w:ind w:left="113"/>
            </w:pPr>
            <w:r>
              <w:rPr>
                <w:b w:val="0"/>
                <w:i w:val="0"/>
                <w:sz w:val="20"/>
                <w:u w:val="none"/>
              </w:rPr>
              <w:t>Cihazda kullanmak için dışarıdan getirilecek malzeme var mı?</w:t>
            </w:r>
          </w:p>
        </w:tc>
        <w:tc>
          <w:tcPr>
            <w:tcW w:w="1531" w:type="dxa"/>
          </w:tcPr>
          <w:p>
            <w:pPr>
              <w:spacing w:before="100" w:after="100"/>
            </w:pPr>
            <w:r>
              <w:rPr>
                <w:b w:val="0"/>
                <w:i w:val="0"/>
                <w:sz w:val="20"/>
                <w:u w:val="none"/>
              </w:rPr>
              <w:t xml:space="preserve">Evet:   </w:t>
            </w:r>
            <w:r>
              <w:rPr>
                <w:rFonts w:ascii="Segoe UI Symbol" w:hAnsi="Segoe UI Symbol" w:eastAsia="Segoe UI Symbol" w:cs="Segoe UI Symbol"/>
                <w:b w:val="0"/>
                <w:i w:val="0"/>
                <w:sz w:val="20"/>
                <w:u w:val="none"/>
              </w:rPr>
              <w:t>☐</w:t>
            </w:r>
          </w:p>
        </w:tc>
        <w:tc>
          <w:tcPr>
            <w:tcW w:w="1531" w:type="dxa"/>
          </w:tcPr>
          <w:p>
            <w:pPr>
              <w:spacing w:before="100" w:after="100"/>
            </w:pPr>
            <w:r>
              <w:rPr>
                <w:b w:val="0"/>
                <w:i w:val="0"/>
                <w:sz w:val="20"/>
                <w:u w:val="none"/>
              </w:rPr>
              <w:t xml:space="preserve">Hayır: </w:t>
            </w:r>
            <w:r>
              <w:rPr>
                <w:rFonts w:ascii="Segoe UI Symbol" w:hAnsi="Segoe UI Symbol" w:eastAsia="Segoe UI Symbol" w:cs="Segoe UI Symbol"/>
                <w:b w:val="0"/>
                <w:i w:val="0"/>
                <w:sz w:val="20"/>
                <w:u w:val="none"/>
              </w:rPr>
              <w:t>☐</w:t>
            </w:r>
          </w:p>
        </w:tc>
      </w:tr>
      <w:tr>
        <w:tc>
          <w:tcPr>
            <w:tcW w:w="7143" w:type="dxa"/>
          </w:tcPr>
          <w:p>
            <w:pPr>
              <w:spacing w:before="100" w:after="100"/>
              <w:ind w:left="113"/>
            </w:pPr>
            <w:r>
              <w:rPr>
                <w:b w:val="0"/>
                <w:i w:val="0"/>
                <w:sz w:val="20"/>
                <w:u w:val="none"/>
              </w:rPr>
              <w:t>Cihazda kullanılacak malzeme için gerekli dökümanlar forma ekli mi?</w:t>
            </w:r>
          </w:p>
        </w:tc>
        <w:tc>
          <w:tcPr>
            <w:tcW w:w="1531" w:type="dxa"/>
          </w:tcPr>
          <w:p>
            <w:pPr>
              <w:spacing w:before="100" w:after="100"/>
            </w:pPr>
            <w:r>
              <w:rPr>
                <w:b w:val="0"/>
                <w:i w:val="0"/>
                <w:sz w:val="20"/>
                <w:u w:val="none"/>
              </w:rPr>
              <w:t xml:space="preserve">Evet:   </w:t>
            </w:r>
            <w:r>
              <w:rPr>
                <w:rFonts w:ascii="Segoe UI Symbol" w:hAnsi="Segoe UI Symbol" w:eastAsia="Segoe UI Symbol" w:cs="Segoe UI Symbol"/>
                <w:b w:val="0"/>
                <w:i w:val="0"/>
                <w:sz w:val="20"/>
                <w:u w:val="none"/>
              </w:rPr>
              <w:t>☐</w:t>
            </w:r>
          </w:p>
        </w:tc>
        <w:tc>
          <w:tcPr>
            <w:tcW w:w="1531" w:type="dxa"/>
          </w:tcPr>
          <w:p>
            <w:pPr>
              <w:spacing w:before="100" w:after="100"/>
            </w:pPr>
            <w:r>
              <w:rPr>
                <w:b w:val="0"/>
                <w:i w:val="0"/>
                <w:sz w:val="20"/>
                <w:u w:val="none"/>
              </w:rPr>
              <w:t xml:space="preserve">Hayır: </w:t>
            </w:r>
            <w:r>
              <w:rPr>
                <w:rFonts w:ascii="Segoe UI Symbol" w:hAnsi="Segoe UI Symbol" w:eastAsia="Segoe UI Symbol" w:cs="Segoe UI Symbol"/>
                <w:b w:val="0"/>
                <w:i w:val="0"/>
                <w:sz w:val="20"/>
                <w:u w:val="none"/>
              </w:rPr>
              <w:t>☐</w:t>
            </w:r>
          </w:p>
        </w:tc>
      </w:tr>
    </w:tbl>
    <w:p>
      <w:r>
        <w:br w:type="page"/>
      </w:r>
    </w:p>
    <w:p>
      <w:pPr>
        <w:spacing w:before="0" w:after="200"/>
      </w:pPr>
      <w:r>
        <w:rPr>
          <w:b w:val="0"/>
          <w:i w:val="0"/>
          <w:u w:val="single"/>
        </w:rPr>
        <w:t>UYULMASI GEREKEN KURALLAR</w:t>
      </w:r>
    </w:p>
    <w:p>
      <w:pPr>
        <w:tabs>
          <w:tab w:val="left" w:pos="567"/>
        </w:tabs>
        <w:spacing w:before="0" w:after="80"/>
        <w:ind w:left="567" w:hanging="283"/>
        <w:jc w:val="both"/>
      </w:pPr>
      <w:r>
        <w:rPr>
          <w:b w:val="0"/>
          <w:i w:val="0"/>
          <w:u w:val="none"/>
        </w:rPr>
        <w:t>•</w:t>
        <w:tab/>
      </w:r>
      <w:r>
        <w:rPr>
          <w:b/>
          <w:i w:val="0"/>
          <w:u w:val="none"/>
        </w:rPr>
        <w:t>ÜCRETE TABİ OLMAYAN CİHAZLARIN KULLANIMI İÇİN GEÇERLİDİR.</w:t>
      </w:r>
    </w:p>
    <w:p>
      <w:pPr>
        <w:tabs>
          <w:tab w:val="left" w:pos="567"/>
        </w:tabs>
        <w:spacing w:before="0" w:after="80"/>
        <w:ind w:left="567" w:hanging="283"/>
        <w:jc w:val="both"/>
      </w:pPr>
      <w:r>
        <w:rPr>
          <w:b w:val="0"/>
          <w:i w:val="0"/>
          <w:u w:val="none"/>
        </w:rPr>
        <w:t>•</w:t>
        <w:tab/>
      </w:r>
      <w:r>
        <w:rPr>
          <w:b w:val="0"/>
          <w:i w:val="0"/>
          <w:u w:val="none"/>
        </w:rPr>
        <w:t>Cihaz kullanımıyla ilgili soruların cevapları evet ise destekleyici döküman gerekmektedir.</w:t>
      </w:r>
    </w:p>
    <w:p>
      <w:pPr>
        <w:tabs>
          <w:tab w:val="left" w:pos="567"/>
        </w:tabs>
        <w:spacing w:before="0" w:after="80"/>
        <w:ind w:left="567" w:hanging="283"/>
        <w:jc w:val="both"/>
      </w:pPr>
      <w:r>
        <w:rPr>
          <w:b w:val="0"/>
          <w:i w:val="0"/>
          <w:u w:val="none"/>
        </w:rPr>
        <w:t>•</w:t>
        <w:tab/>
      </w:r>
      <w:r>
        <w:rPr>
          <w:b w:val="0"/>
          <w:i w:val="0"/>
          <w:u w:val="none"/>
        </w:rPr>
        <w:t>Araştırmacı, kayıp olan malzeme ve ekipmandan sorumludur.</w:t>
      </w:r>
    </w:p>
    <w:p>
      <w:pPr>
        <w:tabs>
          <w:tab w:val="left" w:pos="567"/>
        </w:tabs>
        <w:spacing w:before="0" w:after="80"/>
        <w:ind w:left="567" w:hanging="283"/>
        <w:jc w:val="both"/>
      </w:pPr>
      <w:r>
        <w:rPr>
          <w:b w:val="0"/>
          <w:i w:val="0"/>
          <w:u w:val="none"/>
        </w:rPr>
        <w:t>•</w:t>
        <w:tab/>
      </w:r>
      <w:r>
        <w:rPr>
          <w:b w:val="0"/>
          <w:i w:val="0"/>
          <w:u w:val="none"/>
        </w:rPr>
        <w:t>Cihaz kullanımında GRÜMLAB’ın tüm çalışma ve güvenlik prosedürlerine uyulması zorunludur.</w:t>
      </w:r>
    </w:p>
    <w:p>
      <w:pPr>
        <w:tabs>
          <w:tab w:val="left" w:pos="567"/>
        </w:tabs>
        <w:spacing w:before="0" w:after="80"/>
        <w:ind w:left="567" w:hanging="283"/>
        <w:jc w:val="both"/>
      </w:pPr>
      <w:r>
        <w:rPr>
          <w:b w:val="0"/>
          <w:i w:val="0"/>
          <w:u w:val="none"/>
        </w:rPr>
        <w:t>•</w:t>
        <w:tab/>
      </w:r>
      <w:r>
        <w:rPr>
          <w:b w:val="0"/>
          <w:i w:val="0"/>
          <w:u w:val="none"/>
        </w:rPr>
        <w:t>Cihaz kullanım talebinde bulunanlar, cihaz kullanımı yeterliliğini gösteremiyorlarsa cihaz kullanımı yapamazlar. Ancak GRÜMLAB, personellerinden uygun görüldüğünde (personel mesaisi, cihazın kullanım süresi göz önünde bulundurularak) cihaz kullanım süresince uzman eşliğinde cihazın kullanımı gerçekleştirilir.</w:t>
      </w:r>
    </w:p>
    <w:p>
      <w:pPr>
        <w:tabs>
          <w:tab w:val="left" w:pos="567"/>
        </w:tabs>
        <w:spacing w:before="0" w:after="80"/>
        <w:ind w:left="567" w:hanging="283"/>
        <w:jc w:val="both"/>
      </w:pPr>
      <w:r>
        <w:rPr>
          <w:b w:val="0"/>
          <w:i w:val="0"/>
          <w:u w:val="none"/>
        </w:rPr>
        <w:t>•</w:t>
        <w:tab/>
      </w:r>
      <w:r>
        <w:rPr>
          <w:b w:val="0"/>
          <w:i w:val="0"/>
          <w:u w:val="none"/>
        </w:rPr>
        <w:t>Cihaz sadece bu yükümlülükler talep eden tarafından kabul edildiğinde ve GRÜMLAB tarafından onaylandığında kullanılabilir.</w:t>
      </w:r>
    </w:p>
    <w:p>
      <w:pPr>
        <w:tabs>
          <w:tab w:val="left" w:pos="567"/>
        </w:tabs>
        <w:spacing w:before="0" w:after="80"/>
        <w:ind w:left="567" w:hanging="283"/>
        <w:jc w:val="both"/>
      </w:pPr>
      <w:r>
        <w:rPr>
          <w:b w:val="0"/>
          <w:i w:val="0"/>
          <w:u w:val="none"/>
        </w:rPr>
        <w:t>•</w:t>
        <w:tab/>
      </w:r>
      <w:r>
        <w:rPr>
          <w:b w:val="0"/>
          <w:i w:val="0"/>
          <w:u w:val="none"/>
        </w:rPr>
        <w:t>Talep edilen cihazın talep edilen tarihlerde değil, onaylanan tarihler arasında kullanımına izin verilir.</w:t>
      </w:r>
    </w:p>
    <w:p>
      <w:pPr>
        <w:tabs>
          <w:tab w:val="left" w:pos="567"/>
        </w:tabs>
        <w:spacing w:before="0" w:after="80"/>
        <w:ind w:left="567" w:hanging="283"/>
        <w:jc w:val="both"/>
      </w:pPr>
      <w:r>
        <w:rPr>
          <w:b w:val="0"/>
          <w:i w:val="0"/>
          <w:u w:val="none"/>
        </w:rPr>
        <w:t>•</w:t>
        <w:tab/>
      </w:r>
      <w:r>
        <w:rPr>
          <w:b w:val="0"/>
          <w:i w:val="0"/>
          <w:u w:val="none"/>
        </w:rPr>
        <w:t>İzin verilen tarihlerde GRÜMLAB’ın cayma hakkı her zaman mevcuttur.</w:t>
      </w:r>
    </w:p>
    <w:p>
      <w:pPr>
        <w:tabs>
          <w:tab w:val="left" w:pos="567"/>
        </w:tabs>
        <w:spacing w:before="0" w:after="80"/>
        <w:ind w:left="567" w:hanging="283"/>
        <w:jc w:val="both"/>
      </w:pPr>
      <w:r>
        <w:rPr>
          <w:b w:val="0"/>
          <w:i w:val="0"/>
          <w:u w:val="none"/>
        </w:rPr>
        <w:t>•</w:t>
        <w:tab/>
      </w:r>
      <w:r>
        <w:rPr>
          <w:b w:val="0"/>
          <w:i w:val="0"/>
          <w:u w:val="none"/>
        </w:rPr>
        <w:t>Talep eden cihazın yanında bulunan kullanıcı defterinde istenen bilgileri doldurmakla yükümlüdür.</w:t>
      </w:r>
    </w:p>
    <w:p>
      <w:pPr>
        <w:tabs>
          <w:tab w:val="left" w:pos="567"/>
        </w:tabs>
        <w:spacing w:before="0" w:after="80"/>
        <w:ind w:left="567" w:hanging="283"/>
        <w:jc w:val="both"/>
      </w:pPr>
      <w:r>
        <w:rPr>
          <w:b w:val="0"/>
          <w:i w:val="0"/>
          <w:u w:val="none"/>
        </w:rPr>
        <w:t>•</w:t>
        <w:tab/>
      </w:r>
      <w:r>
        <w:rPr>
          <w:b w:val="0"/>
          <w:i w:val="0"/>
          <w:u w:val="none"/>
        </w:rPr>
        <w:t>Talep eden çalışma esnasında ve sonrasında gizlilik, tarafsızlık, dürüstlük ve etik ilkelerine sadık kalmakla yükümlüdür.</w:t>
      </w:r>
    </w:p>
    <w:p>
      <w:pPr>
        <w:tabs>
          <w:tab w:val="left" w:pos="567"/>
        </w:tabs>
        <w:spacing w:before="0" w:after="80"/>
        <w:ind w:left="567" w:hanging="283"/>
        <w:jc w:val="both"/>
      </w:pPr>
      <w:r>
        <w:rPr>
          <w:b w:val="0"/>
          <w:i w:val="0"/>
          <w:u w:val="none"/>
        </w:rPr>
        <w:t>•</w:t>
        <w:tab/>
      </w:r>
      <w:r>
        <w:rPr>
          <w:b w:val="0"/>
          <w:i w:val="0"/>
          <w:u w:val="none"/>
        </w:rPr>
        <w:t>Bu form iki sayfadır.</w:t>
      </w:r>
    </w:p>
    <w:p>
      <w:pPr>
        <w:spacing w:before="0" w:after="240"/>
      </w:pPr>
    </w:p>
    <w:tbl>
      <w:tblPr>
        <w:tblW w:w="0" w:type="auto"/>
        <w:jc w:val="center"/>
        <w:tblLayout w:type="fixed"/>
        <w:tblLook w:val="04A0" w:firstRow="1" w:lastRow="0" w:firstColumn="1" w:lastColumn="0" w:noHBand="0" w:noVBand="1"/>
        <w:tblBorders>
          <w:top w:val="single" w:color="000000" w:sz="4" w:space="0"/>
          <w:left w:val="single" w:color="000000" w:sz="4" w:space="0"/>
          <w:bottom w:val="single" w:color="000000" w:sz="4" w:space="0"/>
          <w:right w:val="single" w:color="000000" w:sz="4" w:space="0"/>
          <w:insideH w:val="nil" w:color="000000" w:sz="4" w:space="0"/>
          <w:insideV w:val="nil" w:color="000000" w:sz="4" w:space="0"/>
        </w:tblBorders>
        <w:tblLayout w:type="fixed"/>
      </w:tblPr>
      <w:tblGrid>
        <w:gridCol w:w="10206"/>
      </w:tblGrid>
      <w:tr>
        <w:tc>
          <w:tcPr>
            <w:tcW w:w="10205" w:type="dxa"/>
          </w:tcPr>
          <w:p>
            <w:pPr>
              <w:spacing w:before="120" w:after="200"/>
            </w:pPr>
            <w:r>
              <w:rPr>
                <w:b w:val="0"/>
                <w:i w:val="0"/>
                <w:u w:val="none"/>
              </w:rPr>
              <w:t>Yukarıda vermiş olduğum bilgilerin doğruluğunu ve uyulması gereken kuralları kabul ediyorum.</w:t>
            </w:r>
          </w:p>
          <w:p>
            <w:pPr>
              <w:spacing w:before="0" w:after="40"/>
            </w:pPr>
            <w:r>
              <w:rPr>
                <w:b w:val="0"/>
                <w:i w:val="0"/>
                <w:u w:val="single"/>
              </w:rPr>
              <w:t>Talep eden</w:t>
            </w:r>
          </w:p>
          <w:p>
            <w:pPr>
              <w:tabs>
                <w:tab w:val="left" w:pos="2835"/>
              </w:tabs>
              <w:spacing w:before="0" w:after="40"/>
            </w:pPr>
            <w:r>
              <w:rPr>
                <w:b w:val="0"/>
                <w:i w:val="0"/>
                <w:u w:val="none"/>
              </w:rPr>
              <w:t>Unvan, Ad-Soyad</w:t>
            </w:r>
            <w:r>
              <w:rPr>
                <w:b w:val="0"/>
                <w:i w:val="0"/>
                <w:u w:val="none"/>
              </w:rPr>
              <w:tab/>
              <w:t>:</w:t>
            </w:r>
          </w:p>
          <w:p>
            <w:pPr>
              <w:tabs>
                <w:tab w:val="left" w:pos="2835"/>
              </w:tabs>
              <w:spacing w:before="0" w:after="40"/>
            </w:pPr>
            <w:r>
              <w:rPr>
                <w:b w:val="0"/>
                <w:i w:val="0"/>
                <w:u w:val="none"/>
              </w:rPr>
              <w:t>İmza</w:t>
            </w:r>
            <w:r>
              <w:rPr>
                <w:b w:val="0"/>
                <w:i w:val="0"/>
                <w:u w:val="none"/>
              </w:rPr>
              <w:tab/>
              <w:t>:</w:t>
            </w:r>
          </w:p>
          <w:p>
            <w:pPr>
              <w:tabs>
                <w:tab w:val="left" w:pos="2835"/>
              </w:tabs>
              <w:spacing w:before="0" w:after="40"/>
            </w:pPr>
            <w:r>
              <w:rPr>
                <w:b w:val="0"/>
                <w:i w:val="0"/>
                <w:u w:val="none"/>
              </w:rPr>
              <w:t>Tarih</w:t>
            </w:r>
            <w:r>
              <w:rPr>
                <w:b w:val="0"/>
                <w:i w:val="0"/>
                <w:u w:val="none"/>
              </w:rPr>
              <w:tab/>
              <w:t>:</w:t>
            </w:r>
          </w:p>
          <w:p>
            <w:pPr>
              <w:spacing w:before="0" w:after="80"/>
            </w:pPr>
          </w:p>
        </w:tc>
      </w:tr>
    </w:tbl>
    <w:p>
      <w:pPr>
        <w:spacing w:before="0" w:after="200"/>
      </w:pPr>
    </w:p>
    <w:tbl>
      <w:tblPr>
        <w:tblW w:w="0" w:type="auto"/>
        <w:jc w:val="center"/>
        <w:tblLayout w:type="fixed"/>
        <w:tblLook w:val="04A0" w:firstRow="1" w:lastRow="0" w:firstColumn="1" w:lastColumn="0" w:noHBand="0" w:noVBand="1"/>
        <w:tblBorders>
          <w:top w:val="single" w:color="000000" w:sz="4" w:space="0"/>
          <w:left w:val="single" w:color="000000" w:sz="4" w:space="0"/>
          <w:bottom w:val="single" w:color="000000" w:sz="4" w:space="0"/>
          <w:right w:val="single" w:color="000000" w:sz="4" w:space="0"/>
          <w:insideH w:val="nil" w:color="000000" w:sz="4" w:space="0"/>
          <w:insideV w:val="nil" w:color="000000" w:sz="4" w:space="0"/>
        </w:tblBorders>
        <w:tblLayout w:type="fixed"/>
      </w:tblPr>
      <w:tblGrid>
        <w:gridCol w:w="10206"/>
      </w:tblGrid>
      <w:tr>
        <w:tc>
          <w:tcPr>
            <w:tcW w:w="10205" w:type="dxa"/>
          </w:tcPr>
          <w:p>
            <w:pPr>
              <w:spacing w:before="120" w:after="600"/>
              <w:ind w:left="170"/>
              <w:jc w:val="both"/>
            </w:pPr>
            <w:r>
              <w:rPr>
                <w:b w:val="0"/>
                <w:i w:val="0"/>
                <w:u w:val="none"/>
              </w:rPr>
              <w:t>Talep edilen cihazın …./.…/20.… - .…/…./20.... tarihleri arasında ……….................................................... tarafından kullanılmasına izin verilmiştir.</w:t>
            </w:r>
          </w:p>
        </w:tc>
      </w:tr>
    </w:tbl>
    <w:tbl>
      <w:tblPr>
        <w:tblW w:w="0" w:type="auto"/>
        <w:jc w:val="center"/>
        <w:tblLayout w:type="fixed"/>
        <w:tblLook w:val="04A0" w:firstRow="1" w:lastRow="0" w:firstColumn="1" w:lastColumn="0" w:noHBand="0" w:noVBand="1"/>
        <w:tblBorders>
          <w:top w:val="nil" w:color="000000" w:sz="4" w:space="0"/>
          <w:left w:val="nil" w:color="000000" w:sz="4" w:space="0"/>
          <w:bottom w:val="nil" w:color="000000" w:sz="4" w:space="0"/>
          <w:right w:val="nil" w:color="000000" w:sz="4" w:space="0"/>
          <w:insideH w:val="nil" w:color="000000" w:sz="4" w:space="0"/>
          <w:insideV w:val="nil" w:color="000000" w:sz="4" w:space="0"/>
        </w:tblBorders>
        <w:tblLayout w:type="fixed"/>
      </w:tblPr>
      <w:tblGrid>
        <w:gridCol w:w="5103"/>
        <w:gridCol w:w="5103"/>
      </w:tblGrid>
      <w:tr>
        <w:tc>
          <w:tcPr>
            <w:tcW w:w="5102" w:type="dxa"/>
          </w:tcPr>
          <w:p>
            <w:pPr>
              <w:spacing w:before="0" w:after="0"/>
              <w:jc w:val="center"/>
            </w:pPr>
            <w:r>
              <w:rPr>
                <w:b w:val="0"/>
                <w:i w:val="0"/>
                <w:u w:val="none"/>
              </w:rPr>
              <w:t>................................................</w:t>
            </w:r>
          </w:p>
          <w:p>
            <w:pPr>
              <w:spacing w:before="0" w:after="0"/>
              <w:jc w:val="center"/>
            </w:pPr>
            <w:r>
              <w:rPr>
                <w:b w:val="0"/>
                <w:i w:val="0"/>
                <w:u w:val="none"/>
              </w:rPr>
              <w:t>Laboratuvar Sorumlusu</w:t>
            </w:r>
          </w:p>
        </w:tc>
        <w:tc>
          <w:tcPr>
            <w:tcW w:w="5102" w:type="dxa"/>
          </w:tcPr>
          <w:p>
            <w:pPr>
              <w:spacing w:before="0" w:after="0"/>
              <w:jc w:val="center"/>
            </w:pPr>
            <w:r>
              <w:rPr>
                <w:b w:val="0"/>
                <w:i w:val="0"/>
                <w:u w:val="none"/>
              </w:rPr>
              <w:t>....................................................</w:t>
            </w:r>
          </w:p>
          <w:p>
            <w:pPr>
              <w:spacing w:before="0" w:after="0"/>
              <w:jc w:val="center"/>
            </w:pPr>
            <w:r>
              <w:rPr>
                <w:b/>
                <w:i w:val="0"/>
                <w:u w:val="none"/>
              </w:rPr>
              <w:t>Merkez Müdür Yardımcısı</w:t>
            </w:r>
          </w:p>
        </w:tc>
      </w:tr>
    </w:tbl>
    <w:p>
      <w:pPr>
        <w:spacing w:before="0" w:after="360"/>
      </w:pPr>
    </w:p>
    <w:p>
      <w:pPr>
        <w:spacing w:before="0" w:after="40"/>
        <w:jc w:val="center"/>
      </w:pPr>
      <w:r>
        <w:rPr>
          <w:b w:val="0"/>
          <w:i w:val="0"/>
          <w:u w:val="none"/>
        </w:rPr>
        <w:t>ONAY</w:t>
      </w:r>
    </w:p>
    <w:p>
      <w:pPr>
        <w:spacing w:before="0" w:after="40"/>
        <w:jc w:val="center"/>
      </w:pPr>
      <w:r>
        <w:rPr>
          <w:b w:val="0"/>
          <w:i w:val="0"/>
          <w:u w:val="none"/>
        </w:rPr>
        <w:t>.............................................</w:t>
      </w:r>
    </w:p>
    <w:p>
      <w:pPr>
        <w:spacing w:before="0" w:after="0"/>
        <w:jc w:val="center"/>
      </w:pPr>
      <w:r>
        <w:rPr>
          <w:b w:val="0"/>
          <w:i w:val="0"/>
          <w:u w:val="none"/>
        </w:rPr>
        <w:t>Merkez Müdürü</w:t>
      </w:r>
    </w:p>
    <w:sectPr w:rsidRPr="0006063C" w:rsidR="00FC693F" w:rsidSect="00034616">
      <w:headerReference w:type="default" r:id="R0fce326c896a44ae"/>
      <w:headerReference w:type="first" r:id="R0fce326c896a44ae"/>
      <w:headerReference w:type="even" r:id="R0fce326c896a44ae"/>
      <w:footerReference w:type="default" r:id="R5986d6e74d6c4c3d"/>
      <w:footerReference w:type="first" r:id="R5986d6e74d6c4c3d"/>
      <w:footerReference w:type="even" r:id="R5986d6e74d6c4c3d"/>
      <w:pgSz w:w="11906" w:h="16838"/>
      <w:pgMar w:top="2154" w:right="850" w:bottom="1587" w:left="850" w:header="720" w:footer="2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KYS-FR.227, R00, 06.09.2026</w:t>
          </w:r>
        </w:p>
        <w:p>
          <w:pPr>
            <w:spacing w:before="0" w:after="0" w:line="240" w:lineRule="auto"/>
          </w:pPr>
          <w:hyperlink xmlns:r="http://schemas.openxmlformats.org/officeDocument/2006/relationships" w:history="true" r:id="R29034c1a0e944bfc">
            <w:r>
              <w:rPr>
                <w:rFonts w:ascii="Times New Roman" w:hAnsi="Times New Roman" w:eastAsia="Century Gothic"/>
                <w:sz w:val="16"/>
                <w:szCs w:val="16"/>
                <w:color w:val="0563C1"/>
                <w:u w:val="single"/>
              </w:rPr>
              <w:t>kvys.giresun.edu.tr/dg/777</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3c036558574f4bc7"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2163067ea4874198"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Cihaz Kullanim Talep Formu</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KYS-FR.227</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06.09.2026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before="0" w:line="240" w:lineRule="auto"/>
    </w:pPr>
    <w:rPr>
      <w:rFonts w:ascii="Times New Roman" w:hAnsi="Times New Roman" w:eastAsia="Times New Roman" w:cs="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header" Target="/word/header1.xml" Id="R0fce326c896a44ae" /><Relationship Type="http://schemas.openxmlformats.org/officeDocument/2006/relationships/footer" Target="/word/footer1.xml" Id="R5986d6e74d6c4c3d" /></Relationships>
</file>

<file path=word/_rels/footer1.xml.rels>&#65279;<?xml version="1.0" encoding="utf-8"?><Relationships xmlns="http://schemas.openxmlformats.org/package/2006/relationships"><Relationship Type="http://schemas.openxmlformats.org/officeDocument/2006/relationships/image" Target="/media/image2.png" Id="R3c036558574f4bc7" /><Relationship Type="http://schemas.openxmlformats.org/officeDocument/2006/relationships/hyperlink" Target="https://kvys.giresun.edu.tr/dg/777" TargetMode="External" Id="R29034c1a0e944bfc" /></Relationships>
</file>

<file path=word/_rels/header1.xml.rels>&#65279;<?xml version="1.0" encoding="utf-8"?><Relationships xmlns="http://schemas.openxmlformats.org/package/2006/relationships"><Relationship Type="http://schemas.openxmlformats.org/officeDocument/2006/relationships/image" Target="/media/image.png" Id="R2163067ea487419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