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360"/>
        <w:jc w:val="right"/>
      </w:pPr>
      <w:r>
        <w:rPr>
          <w:b w:val="0"/>
          <w:i w:val="0"/>
          <w:u w:val="none"/>
        </w:rPr>
        <w:t>Tarih: ……/……/20……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</w:tblPr>
      <w:tblGrid>
        <w:gridCol w:w="2041"/>
        <w:gridCol w:w="2494"/>
        <w:gridCol w:w="5670"/>
      </w:tblGrid>
      <w:tr>
        <w:trPr>
          <w:trHeight w:val="397" w:hRule="atLeast"/>
        </w:trPr>
        <w:tc>
          <w:tcPr>
            <w:tcW w:w="2041" w:type="dxa"/>
            <w:vMerge w:val="restart"/>
            <w:vAlign w:val="center"/>
          </w:tcPr>
          <w:p>
            <w:pPr>
              <w:spacing w:before="0" w:after="0"/>
              <w:jc w:val="center"/>
            </w:pPr>
            <w:r>
              <w:rPr>
                <w:b w:val="0"/>
                <w:i w:val="0"/>
                <w:u w:val="none"/>
              </w:rPr>
              <w:t>Teslim Edilen Ekipman/Cihaz</w:t>
            </w:r>
          </w:p>
        </w:tc>
        <w:tc>
          <w:tcPr>
            <w:tcW w:w="2494" w:type="dxa"/>
          </w:tcPr>
          <w:p>
            <w:pPr>
              <w:spacing w:before="40" w:after="40"/>
            </w:pPr>
            <w:r>
              <w:rPr>
                <w:b/>
                <w:i w:val="0"/>
                <w:u w:val="none"/>
              </w:rPr>
              <w:t>Adı</w:t>
            </w:r>
          </w:p>
        </w:tc>
        <w:tc>
          <w:tcPr>
            <w:tcW w:w="5669" w:type="dxa"/>
          </w:tcPr>
          <w:p>
            <w:pPr>
              <w:spacing w:before="40" w:after="40"/>
            </w:pPr>
            <w:r>
              <w:rPr>
                <w:b w:val="0"/>
                <w:i w:val="0"/>
                <w:u w:val="none"/>
              </w:rPr>
              <w:t>:</w:t>
            </w:r>
          </w:p>
        </w:tc>
      </w:tr>
      <w:tr>
        <w:trPr>
          <w:trHeight w:val="397" w:hRule="atLeast"/>
        </w:trPr>
        <w:tc>
          <w:tcPr>
            <w:tcW w:w="2041" w:type="dxa"/>
            <w:vMerge/>
          </w:tcPr>
          <w:p/>
        </w:tc>
        <w:tc>
          <w:tcPr>
            <w:tcW w:w="2494" w:type="dxa"/>
          </w:tcPr>
          <w:p>
            <w:pPr>
              <w:spacing w:before="40" w:after="40"/>
            </w:pPr>
            <w:r>
              <w:rPr>
                <w:b w:val="0"/>
                <w:i w:val="0"/>
                <w:u w:val="none"/>
              </w:rPr>
              <w:t>Marka</w:t>
            </w:r>
          </w:p>
        </w:tc>
        <w:tc>
          <w:tcPr>
            <w:tcW w:w="5669" w:type="dxa"/>
          </w:tcPr>
          <w:p>
            <w:pPr>
              <w:spacing w:before="40" w:after="40"/>
            </w:pPr>
            <w:r>
              <w:rPr>
                <w:b w:val="0"/>
                <w:i w:val="0"/>
                <w:u w:val="none"/>
              </w:rPr>
              <w:t>:</w:t>
            </w:r>
          </w:p>
        </w:tc>
      </w:tr>
      <w:tr>
        <w:trPr>
          <w:trHeight w:val="397" w:hRule="atLeast"/>
        </w:trPr>
        <w:tc>
          <w:tcPr>
            <w:tcW w:w="2041" w:type="dxa"/>
            <w:vMerge/>
          </w:tcPr>
          <w:p/>
        </w:tc>
        <w:tc>
          <w:tcPr>
            <w:tcW w:w="2494" w:type="dxa"/>
          </w:tcPr>
          <w:p>
            <w:pPr>
              <w:spacing w:before="40" w:after="40"/>
            </w:pPr>
            <w:r>
              <w:rPr>
                <w:b w:val="0"/>
                <w:i w:val="0"/>
                <w:u w:val="none"/>
              </w:rPr>
              <w:t>Model</w:t>
            </w:r>
          </w:p>
        </w:tc>
        <w:tc>
          <w:tcPr>
            <w:tcW w:w="5669" w:type="dxa"/>
          </w:tcPr>
          <w:p>
            <w:pPr>
              <w:spacing w:before="40" w:after="40"/>
            </w:pPr>
            <w:r>
              <w:rPr>
                <w:b w:val="0"/>
                <w:i w:val="0"/>
                <w:u w:val="none"/>
              </w:rPr>
              <w:t>:</w:t>
            </w:r>
          </w:p>
        </w:tc>
      </w:tr>
      <w:tr>
        <w:trPr>
          <w:trHeight w:val="397" w:hRule="atLeast"/>
        </w:trPr>
        <w:tc>
          <w:tcPr>
            <w:tcW w:w="2041" w:type="dxa"/>
            <w:vMerge/>
          </w:tcPr>
          <w:p/>
        </w:tc>
        <w:tc>
          <w:tcPr>
            <w:tcW w:w="2494" w:type="dxa"/>
          </w:tcPr>
          <w:p>
            <w:pPr>
              <w:spacing w:before="40" w:after="40"/>
            </w:pPr>
            <w:r>
              <w:rPr>
                <w:b/>
                <w:i w:val="0"/>
                <w:u w:val="none"/>
              </w:rPr>
              <w:t>Aksesuarları</w:t>
            </w:r>
          </w:p>
        </w:tc>
        <w:tc>
          <w:tcPr>
            <w:tcW w:w="5669" w:type="dxa"/>
          </w:tcPr>
          <w:p>
            <w:pPr>
              <w:spacing w:before="40" w:after="40"/>
            </w:pPr>
            <w:r>
              <w:rPr>
                <w:b w:val="0"/>
                <w:i w:val="0"/>
                <w:u w:val="none"/>
              </w:rPr>
              <w:t>:</w:t>
            </w:r>
          </w:p>
        </w:tc>
      </w:tr>
      <w:tr>
        <w:trPr>
          <w:trHeight w:val="397" w:hRule="atLeast"/>
        </w:trPr>
        <w:tc>
          <w:tcPr>
            <w:tcW w:w="2041" w:type="dxa"/>
            <w:vMerge/>
          </w:tcPr>
          <w:p/>
        </w:tc>
        <w:tc>
          <w:tcPr>
            <w:tcW w:w="2494" w:type="dxa"/>
          </w:tcPr>
          <w:p>
            <w:pPr>
              <w:spacing w:before="40" w:after="40"/>
            </w:pPr>
            <w:r>
              <w:rPr>
                <w:b/>
                <w:i w:val="0"/>
                <w:u w:val="none"/>
              </w:rPr>
              <w:t>Seri Numarası</w:t>
            </w:r>
          </w:p>
        </w:tc>
        <w:tc>
          <w:tcPr>
            <w:tcW w:w="5669" w:type="dxa"/>
          </w:tcPr>
          <w:p>
            <w:pPr>
              <w:spacing w:before="40" w:after="40"/>
            </w:pPr>
            <w:r>
              <w:rPr>
                <w:b w:val="0"/>
                <w:i w:val="0"/>
                <w:u w:val="none"/>
              </w:rPr>
              <w:t>:</w:t>
            </w:r>
          </w:p>
        </w:tc>
      </w:tr>
      <w:tr>
        <w:trPr>
          <w:trHeight w:val="397" w:hRule="atLeast"/>
        </w:trPr>
        <w:tc>
          <w:tcPr>
            <w:tcW w:w="2041" w:type="dxa"/>
            <w:vMerge/>
          </w:tcPr>
          <w:p/>
        </w:tc>
        <w:tc>
          <w:tcPr>
            <w:tcW w:w="2494" w:type="dxa"/>
          </w:tcPr>
          <w:p>
            <w:pPr>
              <w:spacing w:before="40" w:after="40"/>
            </w:pPr>
            <w:r>
              <w:rPr>
                <w:b/>
                <w:i w:val="0"/>
                <w:u w:val="none"/>
              </w:rPr>
              <w:t>Kullanım Alanı</w:t>
            </w:r>
          </w:p>
        </w:tc>
        <w:tc>
          <w:tcPr>
            <w:tcW w:w="5669" w:type="dxa"/>
          </w:tcPr>
          <w:p>
            <w:pPr>
              <w:spacing w:before="40" w:after="40"/>
            </w:pPr>
            <w:r>
              <w:rPr>
                <w:b w:val="0"/>
                <w:i w:val="0"/>
                <w:u w:val="none"/>
              </w:rPr>
              <w:t>:</w:t>
            </w:r>
          </w:p>
        </w:tc>
      </w:tr>
      <w:tr>
        <w:trPr>
          <w:trHeight w:val="397" w:hRule="atLeast"/>
        </w:trPr>
        <w:tc>
          <w:tcPr>
            <w:tcW w:w="2041" w:type="dxa"/>
            <w:vMerge/>
          </w:tcPr>
          <w:p/>
        </w:tc>
        <w:tc>
          <w:tcPr>
            <w:tcW w:w="2494" w:type="dxa"/>
          </w:tcPr>
          <w:p>
            <w:pPr>
              <w:spacing w:before="40" w:after="40"/>
            </w:pPr>
            <w:r>
              <w:rPr>
                <w:b/>
                <w:i w:val="0"/>
                <w:u w:val="none"/>
              </w:rPr>
              <w:t>Kullanım Süresi (Tarih aralığı)</w:t>
            </w:r>
          </w:p>
        </w:tc>
        <w:tc>
          <w:tcPr>
            <w:tcW w:w="5669" w:type="dxa"/>
          </w:tcPr>
          <w:p>
            <w:pPr>
              <w:spacing w:before="40" w:after="40"/>
            </w:pPr>
            <w:r>
              <w:rPr>
                <w:b w:val="0"/>
                <w:i w:val="0"/>
                <w:u w:val="none"/>
              </w:rPr>
              <w:t>:</w:t>
            </w:r>
          </w:p>
        </w:tc>
      </w:tr>
      <w:tr>
        <w:trPr>
          <w:trHeight w:val="397" w:hRule="atLeast"/>
        </w:trPr>
        <w:tc>
          <w:tcPr>
            <w:tcW w:w="2041" w:type="dxa"/>
            <w:vMerge/>
          </w:tcPr>
          <w:p/>
        </w:tc>
        <w:tc>
          <w:tcPr>
            <w:tcW w:w="2494" w:type="dxa"/>
          </w:tcPr>
          <w:p>
            <w:pPr>
              <w:spacing w:before="40" w:after="40"/>
            </w:pPr>
            <w:r>
              <w:rPr>
                <w:b w:val="0"/>
                <w:i w:val="0"/>
                <w:u w:val="none"/>
              </w:rPr>
              <w:t>Teslim Tarihi</w:t>
            </w:r>
          </w:p>
        </w:tc>
        <w:tc>
          <w:tcPr>
            <w:tcW w:w="5669" w:type="dxa"/>
          </w:tcPr>
          <w:p>
            <w:pPr>
              <w:spacing w:before="40" w:after="40"/>
            </w:pPr>
            <w:r>
              <w:rPr>
                <w:b w:val="0"/>
                <w:i w:val="0"/>
                <w:u w:val="none"/>
              </w:rPr>
              <w:t>:</w:t>
            </w:r>
          </w:p>
        </w:tc>
      </w:tr>
    </w:tbl>
    <w:p>
      <w:pPr>
        <w:spacing w:before="0" w:after="36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</w:tblPr>
      <w:tblGrid>
        <w:gridCol w:w="1020"/>
        <w:gridCol w:w="1814"/>
        <w:gridCol w:w="2268"/>
        <w:gridCol w:w="1020"/>
        <w:gridCol w:w="1814"/>
        <w:gridCol w:w="2268"/>
      </w:tblGrid>
      <w:tr>
        <w:trPr>
          <w:trHeight w:val="425" w:hRule="atLeast"/>
        </w:trPr>
        <w:tc>
          <w:tcPr>
            <w:tcW w:w="1020" w:type="dxa"/>
            <w:vMerge w:val="restart"/>
            <w:vAlign w:val="center"/>
          </w:tcPr>
          <w:p>
            <w:pPr>
              <w:spacing w:before="0" w:after="0"/>
              <w:jc w:val="center"/>
            </w:pPr>
            <w:r>
              <w:rPr>
                <w:b w:val="0"/>
                <w:i w:val="0"/>
                <w:u w:val="none"/>
              </w:rPr>
              <w:t>Teslim Eden</w:t>
            </w:r>
          </w:p>
        </w:tc>
        <w:tc>
          <w:tcPr>
            <w:tcW w:w="1814" w:type="dxa"/>
          </w:tcPr>
          <w:p>
            <w:pPr>
              <w:spacing w:before="40" w:after="40"/>
            </w:pPr>
            <w:r>
              <w:rPr>
                <w:b/>
                <w:i w:val="0"/>
                <w:u w:val="none"/>
              </w:rPr>
              <w:t>Adı-Soyadı</w:t>
            </w:r>
          </w:p>
        </w:tc>
        <w:tc>
          <w:tcPr>
            <w:tcW w:w="2268" w:type="dxa"/>
          </w:tcPr>
          <w:p>
            <w:pPr>
              <w:spacing w:before="40" w:after="40"/>
            </w:pPr>
            <w:r>
              <w:rPr>
                <w:b w:val="0"/>
                <w:i w:val="0"/>
                <w:u w:val="none"/>
              </w:rPr>
              <w:t>:</w:t>
            </w:r>
          </w:p>
        </w:tc>
        <w:tc>
          <w:tcPr>
            <w:tcW w:w="1020" w:type="dxa"/>
            <w:vMerge w:val="restart"/>
            <w:vAlign w:val="center"/>
          </w:tcPr>
          <w:p>
            <w:pPr>
              <w:spacing w:before="0" w:after="0"/>
              <w:jc w:val="center"/>
            </w:pPr>
            <w:r>
              <w:rPr>
                <w:b w:val="0"/>
                <w:i w:val="0"/>
                <w:u w:val="none"/>
              </w:rPr>
              <w:t>Teslim Alan</w:t>
            </w:r>
          </w:p>
        </w:tc>
        <w:tc>
          <w:tcPr>
            <w:tcW w:w="1814" w:type="dxa"/>
          </w:tcPr>
          <w:p>
            <w:pPr>
              <w:spacing w:before="40" w:after="40"/>
            </w:pPr>
            <w:r>
              <w:rPr>
                <w:b/>
                <w:i w:val="0"/>
                <w:u w:val="none"/>
              </w:rPr>
              <w:t>Adı-Soyadı</w:t>
            </w:r>
          </w:p>
        </w:tc>
        <w:tc>
          <w:tcPr>
            <w:tcW w:w="2268" w:type="dxa"/>
          </w:tcPr>
          <w:p>
            <w:pPr>
              <w:spacing w:before="40" w:after="40"/>
            </w:pPr>
            <w:r>
              <w:rPr>
                <w:b w:val="0"/>
                <w:i w:val="0"/>
                <w:u w:val="none"/>
              </w:rPr>
              <w:t>:</w:t>
            </w:r>
          </w:p>
        </w:tc>
      </w:tr>
      <w:tr>
        <w:trPr>
          <w:trHeight w:val="425" w:hRule="atLeast"/>
        </w:trPr>
        <w:tc>
          <w:tcPr>
            <w:tcW w:w="1020" w:type="dxa"/>
            <w:vMerge/>
          </w:tcPr>
          <w:p/>
        </w:tc>
        <w:tc>
          <w:tcPr>
            <w:tcW w:w="1814" w:type="dxa"/>
          </w:tcPr>
          <w:p>
            <w:pPr>
              <w:spacing w:before="40" w:after="40"/>
            </w:pPr>
            <w:r>
              <w:rPr>
                <w:b w:val="0"/>
                <w:i w:val="0"/>
                <w:u w:val="none"/>
              </w:rPr>
              <w:t>Birimi/Görevi</w:t>
            </w:r>
          </w:p>
        </w:tc>
        <w:tc>
          <w:tcPr>
            <w:tcW w:w="2268" w:type="dxa"/>
          </w:tcPr>
          <w:p>
            <w:pPr>
              <w:spacing w:before="40" w:after="40"/>
            </w:pPr>
            <w:r>
              <w:rPr>
                <w:b w:val="0"/>
                <w:i w:val="0"/>
                <w:u w:val="none"/>
              </w:rPr>
              <w:t>:</w:t>
            </w:r>
          </w:p>
        </w:tc>
        <w:tc>
          <w:tcPr>
            <w:tcW w:w="1020" w:type="dxa"/>
            <w:vMerge/>
          </w:tcPr>
          <w:p/>
        </w:tc>
        <w:tc>
          <w:tcPr>
            <w:tcW w:w="1814" w:type="dxa"/>
          </w:tcPr>
          <w:p>
            <w:pPr>
              <w:spacing w:before="40" w:after="40"/>
            </w:pPr>
            <w:r>
              <w:rPr>
                <w:b w:val="0"/>
                <w:i w:val="0"/>
                <w:u w:val="none"/>
              </w:rPr>
              <w:t>Birimi/Görevi</w:t>
            </w:r>
          </w:p>
        </w:tc>
        <w:tc>
          <w:tcPr>
            <w:tcW w:w="2268" w:type="dxa"/>
          </w:tcPr>
          <w:p>
            <w:pPr>
              <w:spacing w:before="40" w:after="40"/>
            </w:pPr>
            <w:r>
              <w:rPr>
                <w:b w:val="0"/>
                <w:i w:val="0"/>
                <w:u w:val="none"/>
              </w:rPr>
              <w:t>:</w:t>
            </w:r>
          </w:p>
        </w:tc>
      </w:tr>
      <w:tr>
        <w:trPr>
          <w:trHeight w:val="425" w:hRule="atLeast"/>
        </w:trPr>
        <w:tc>
          <w:tcPr>
            <w:tcW w:w="1020" w:type="dxa"/>
            <w:vMerge/>
          </w:tcPr>
          <w:p/>
        </w:tc>
        <w:tc>
          <w:tcPr>
            <w:tcW w:w="1814" w:type="dxa"/>
          </w:tcPr>
          <w:p>
            <w:pPr>
              <w:spacing w:before="40" w:after="40"/>
            </w:pPr>
            <w:r>
              <w:rPr>
                <w:b/>
                <w:i w:val="0"/>
                <w:u w:val="none"/>
              </w:rPr>
              <w:t>İmza</w:t>
            </w:r>
          </w:p>
        </w:tc>
        <w:tc>
          <w:tcPr>
            <w:tcW w:w="2268" w:type="dxa"/>
          </w:tcPr>
          <w:p>
            <w:pPr>
              <w:spacing w:before="40" w:after="40"/>
            </w:pPr>
            <w:r>
              <w:rPr>
                <w:b w:val="0"/>
                <w:i w:val="0"/>
                <w:u w:val="none"/>
              </w:rPr>
              <w:t>:</w:t>
            </w:r>
          </w:p>
        </w:tc>
        <w:tc>
          <w:tcPr>
            <w:tcW w:w="1020" w:type="dxa"/>
            <w:vMerge/>
          </w:tcPr>
          <w:p/>
        </w:tc>
        <w:tc>
          <w:tcPr>
            <w:tcW w:w="1814" w:type="dxa"/>
          </w:tcPr>
          <w:p>
            <w:pPr>
              <w:spacing w:before="40" w:after="40"/>
            </w:pPr>
            <w:r>
              <w:rPr>
                <w:b/>
                <w:i w:val="0"/>
                <w:u w:val="none"/>
              </w:rPr>
              <w:t>İmza</w:t>
            </w:r>
          </w:p>
        </w:tc>
        <w:tc>
          <w:tcPr>
            <w:tcW w:w="2268" w:type="dxa"/>
          </w:tcPr>
          <w:p>
            <w:pPr>
              <w:spacing w:before="40" w:after="40"/>
            </w:pPr>
            <w:r>
              <w:rPr>
                <w:b w:val="0"/>
                <w:i w:val="0"/>
                <w:u w:val="none"/>
              </w:rPr>
              <w:t>:</w:t>
            </w:r>
          </w:p>
        </w:tc>
      </w:tr>
    </w:tbl>
    <w:p>
      <w:pPr>
        <w:spacing w:before="0" w:after="480"/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</w:tblPr>
      <w:tblGrid>
        <w:gridCol w:w="10206"/>
      </w:tblGrid>
      <w:tr>
        <w:tc>
          <w:tcPr>
            <w:tcW w:w="10205" w:type="dxa"/>
            <w:shd w:val="clear" w:color="auto" w:fill="F2F2F2"/>
          </w:tcPr>
          <w:p>
            <w:pPr>
              <w:spacing w:before="60" w:after="60"/>
            </w:pPr>
            <w:r>
              <w:rPr>
                <w:b/>
                <w:i w:val="0"/>
                <w:u w:val="none"/>
              </w:rPr>
              <w:t>Ekipman/Cihaz Geri Dönüş Bilgileri</w:t>
            </w:r>
          </w:p>
        </w:tc>
      </w:tr>
      <w:tr>
        <w:tc>
          <w:tcPr>
            <w:tcW w:w="10205" w:type="dxa"/>
          </w:tcPr>
          <w:p>
            <w:pPr>
              <w:spacing w:before="60" w:after="60"/>
            </w:pPr>
            <w:r>
              <w:rPr>
                <w:b/>
                <w:i w:val="0"/>
                <w:u w:val="none"/>
              </w:rPr>
              <w:t>Hasarsız</w:t>
            </w:r>
            <w:r>
              <w:rPr>
                <w:b w:val="0"/>
                <w:i w:val="0"/>
                <w:u w:val="none"/>
              </w:rPr>
              <w:t xml:space="preserve">      </w:t>
            </w:r>
            <w:r>
              <w:rPr>
                <w:rFonts w:ascii="Segoe UI Symbol" w:hAnsi="Segoe UI Symbol" w:eastAsia="Segoe UI Symbol" w:cs="Segoe UI Symbol"/>
                <w:b w:val="0"/>
                <w:i w:val="0"/>
                <w:u w:val="none"/>
              </w:rPr>
              <w:t>☐</w:t>
            </w:r>
            <w:r>
              <w:rPr>
                <w:b w:val="0"/>
                <w:i w:val="0"/>
                <w:u w:val="none"/>
              </w:rPr>
              <w:t xml:space="preserve">     Hasarsız olarak teslim alınmıştır.</w:t>
            </w:r>
          </w:p>
        </w:tc>
      </w:tr>
      <w:tr>
        <w:tc>
          <w:tcPr>
            <w:tcW w:w="10205" w:type="dxa"/>
          </w:tcPr>
          <w:p>
            <w:pPr>
              <w:spacing w:before="60" w:after="60"/>
            </w:pPr>
            <w:r>
              <w:rPr>
                <w:b/>
                <w:i w:val="0"/>
                <w:u w:val="none"/>
              </w:rPr>
              <w:t>Hasarlı</w:t>
            </w:r>
            <w:r>
              <w:rPr>
                <w:b w:val="0"/>
                <w:i w:val="0"/>
                <w:u w:val="none"/>
              </w:rPr>
              <w:t xml:space="preserve">        </w:t>
            </w:r>
            <w:r>
              <w:rPr>
                <w:rFonts w:ascii="Segoe UI Symbol" w:hAnsi="Segoe UI Symbol" w:eastAsia="Segoe UI Symbol" w:cs="Segoe UI Symbol"/>
                <w:b w:val="0"/>
                <w:i w:val="0"/>
                <w:u w:val="none"/>
              </w:rPr>
              <w:t>☐</w:t>
            </w:r>
            <w:r>
              <w:rPr>
                <w:b w:val="0"/>
                <w:i w:val="0"/>
                <w:u w:val="none"/>
              </w:rPr>
              <w:t xml:space="preserve">     Hasarlı olarak teslim alınmıştır.</w:t>
            </w:r>
          </w:p>
        </w:tc>
      </w:tr>
      <w:tr>
        <w:trPr>
          <w:trHeight w:val="907" w:hRule="atLeast"/>
        </w:trPr>
        <w:tc>
          <w:tcPr>
            <w:tcW w:w="10205" w:type="dxa"/>
          </w:tcPr>
          <w:p>
            <w:pPr>
              <w:spacing w:before="60" w:after="60"/>
              <w:ind w:left="454"/>
            </w:pPr>
            <w:r>
              <w:rPr>
                <w:b/>
                <w:i w:val="0"/>
                <w:u w:val="none"/>
              </w:rPr>
              <w:t xml:space="preserve">Açıklama: </w:t>
            </w:r>
            <w:r>
              <w:rPr>
                <w:b w:val="0"/>
                <w:i w:val="0"/>
                <w:u w:val="none"/>
              </w:rPr>
              <w:t>…………………………………………………………………………………………</w:t>
            </w:r>
          </w:p>
        </w:tc>
      </w:tr>
    </w:tbl>
    <w:sectPr w:rsidRPr="0006063C" w:rsidR="00FC693F" w:rsidSect="00034616">
      <w:headerReference w:type="default" r:id="R01736ae1ecd149da"/>
      <w:headerReference w:type="first" r:id="R01736ae1ecd149da"/>
      <w:headerReference w:type="even" r:id="R01736ae1ecd149da"/>
      <w:footerReference w:type="default" r:id="R1fb138c4231743d3"/>
      <w:footerReference w:type="first" r:id="R1fb138c4231743d3"/>
      <w:footerReference w:type="even" r:id="R1fb138c4231743d3"/>
      <w:pgSz w:w="11906" w:h="16838"/>
      <w:pgMar w:top="2154" w:right="850" w:bottom="1587" w:left="850" w:header="720" w:footer="28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KYS-FR.228,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fce2d9dba9254905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kvys.giresun.edu.tr/dg/778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861f82d26ed34c2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ab38d6dc35804ff6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Ekipman/Cihaz Teslim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KYS-FR.228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 w:line="240" w:lineRule="auto"/>
    </w:pPr>
    <w:rPr>
      <w:rFonts w:ascii="Times New Roman" w:hAnsi="Times New Roman" w:eastAsia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microsoft.com/office/2007/relationships/stylesWithEffects" Target="stylesWithEffect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fontTable" Target="fontTable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Relationship Type="http://schemas.openxmlformats.org/officeDocument/2006/relationships/header" Target="/word/header1.xml" Id="R01736ae1ecd149da" /><Relationship Type="http://schemas.openxmlformats.org/officeDocument/2006/relationships/footer" Target="/word/footer1.xml" Id="R1fb138c4231743d3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861f82d26ed34c28" /><Relationship Type="http://schemas.openxmlformats.org/officeDocument/2006/relationships/hyperlink" Target="https://kvys.giresun.edu.tr/dg/778" TargetMode="External" Id="Rfce2d9dba9254905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ab38d6dc35804ff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