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/>
        <w:jc w:val="right"/>
      </w:pPr>
      <w:r>
        <w:rPr>
          <w:b w:val="0"/>
          <w:i w:val="0"/>
          <w:u w:val="none"/>
        </w:rPr>
        <w:t>…../……/20…..</w:t>
      </w:r>
    </w:p>
    <w:p>
      <w:pPr>
        <w:spacing w:before="0" w:after="480"/>
        <w:jc w:val="center"/>
      </w:pPr>
      <w:r>
        <w:rPr>
          <w:b/>
          <w:i w:val="0"/>
          <w:u w:val="none"/>
        </w:rPr>
        <w:t>TÜRKÇE VE YABANCI DİL UYGULAMA VE ARAŞTIRMA MERKEZİ MÜDÜRLÜĞÜNE</w:t>
      </w:r>
    </w:p>
    <w:p>
      <w:pPr>
        <w:spacing w:before="0" w:after="240"/>
        <w:ind w:firstLine="709"/>
        <w:jc w:val="both"/>
      </w:pPr>
      <w:r>
        <w:rPr>
          <w:b w:val="0"/>
          <w:i w:val="0"/>
          <w:u w:val="none"/>
        </w:rPr>
        <w:t>Merkeziniz …………………. Akademik Yılı ……………… nolu sınıf öğrencisiyim. Öğrenci / Askerlik belgemin düzenlenerek tarafıma verilmesi hususunda;</w:t>
      </w:r>
    </w:p>
    <w:p>
      <w:pPr>
        <w:spacing w:before="0" w:after="720"/>
        <w:ind w:firstLine="709"/>
      </w:pPr>
      <w:r>
        <w:rPr>
          <w:b w:val="0"/>
          <w:i w:val="0"/>
          <w:u w:val="none"/>
        </w:rPr>
        <w:t>Gereğini bilgilerinize arz ederim.</w:t>
      </w:r>
    </w:p>
    <w:p>
      <w:pPr>
        <w:spacing w:before="0" w:after="120"/>
        <w:jc w:val="right"/>
      </w:pPr>
      <w:r>
        <w:rPr>
          <w:b w:val="0"/>
          <w:i w:val="0"/>
          <w:u w:val="none"/>
        </w:rPr>
        <w:t>Adı-Soyadı</w:t>
      </w:r>
    </w:p>
    <w:p>
      <w:pPr>
        <w:spacing w:before="0" w:after="960"/>
        <w:jc w:val="right"/>
      </w:pPr>
      <w:r>
        <w:rPr>
          <w:b w:val="0"/>
          <w:i w:val="0"/>
          <w:u w:val="none"/>
        </w:rPr>
        <w:t>İmza</w:t>
      </w:r>
    </w:p>
    <w:p>
      <w:pPr>
        <w:spacing w:before="0" w:after="0"/>
      </w:pPr>
      <w:r>
        <w:rPr>
          <w:b w:val="0"/>
          <w:i w:val="0"/>
          <w:u w:val="none"/>
        </w:rPr>
        <w:t>Cep Telefonu Numarası:</w:t>
      </w:r>
    </w:p>
    <w:sectPr w:rsidRPr="0006063C" w:rsidR="00FC693F" w:rsidSect="00034616">
      <w:headerReference w:type="default" r:id="Rd9242525f90d496b"/>
      <w:headerReference w:type="first" r:id="Rd9242525f90d496b"/>
      <w:headerReference w:type="even" r:id="Rd9242525f90d496b"/>
      <w:footerReference w:type="default" r:id="R33900bd573354ec4"/>
      <w:footerReference w:type="first" r:id="R33900bd573354ec4"/>
      <w:footerReference w:type="even" r:id="R33900bd573354ec4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KYS-FR.257,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545a11552ae462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53cb289800d448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169654c4d844ba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Öğrenci / Askerlik Belgesi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d9242525f90d496b" /><Relationship Type="http://schemas.openxmlformats.org/officeDocument/2006/relationships/footer" Target="/word/footer1.xml" Id="R33900bd573354ec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953cb289800d448e" /><Relationship Type="http://schemas.openxmlformats.org/officeDocument/2006/relationships/hyperlink" Target="https://kvys.giresun.edu.tr/dg/807" TargetMode="External" Id="Ra545a11552ae462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169654c4d844b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