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30922" w:rsidR="006875E0" w:rsidP="00230922" w:rsidRDefault="00EF32BC" w14:paraId="536C7E8F" w14:textId="77777777">
      <w:pPr>
        <w:pStyle w:val="Balk3"/>
        <w:spacing w:before="0" w:line="240" w:lineRule="auto"/>
        <w:jc w:val="center"/>
        <w:rPr>
          <w:rFonts w:ascii="Times New Roman" w:hAnsi="Times New Roman" w:eastAsia="Times New Roman" w:cs="Times New Roman"/>
          <w:color w:val="auto"/>
        </w:rPr>
      </w:pPr>
      <w:sdt>
        <w:sdtPr>
          <w:rPr>
            <w:rFonts w:ascii="Times New Roman" w:hAnsi="Times New Roman" w:eastAsia="Times New Roman" w:cs="Times New Roman"/>
            <w:color w:val="auto"/>
          </w:rPr>
          <w:alias w:val="Alan"/>
          <w:tag w:val="alan"/>
          <w:id w:val="80000004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color w:val="auto"/>
            </w:rPr>
            <w:t xml:space="preserve">………………………</w:t>
          </w:r>
        </w:sdtContent>
      </w:sdt>
      <w:r>
        <w:rPr>
          <w:rFonts w:ascii="Times New Roman" w:hAnsi="Times New Roman" w:eastAsia="Times New Roman" w:cs="Times New Roman"/>
          <w:color w:val="auto"/>
        </w:rPr>
        <w:t xml:space="preserve"> BÖLÜMÜ / ANABİLİM DALI</w:t>
      </w:r>
    </w:p>
    <w:p w:rsidRPr="00230922" w:rsidR="006875E0" w:rsidP="00EF32BC" w:rsidRDefault="00EF32BC" w14:paraId="2AC21483" w14:textId="798CA17B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Değerli Öğrencimiz,</w:t>
        <w:br/>
        <w:t xml:space="preserve">Bu form, eğitim-öğretim faaliyetleri kapsamında gözlemlerinizi ve önerilerinizi almak amacıyla hazırlanmıştır. Vereceğiniz samimi yanıtlar, öğretim kalitesinin geliştirilmesine katkı sağlayacaktır. Lütfen her soruyu dikkatle okuyarak yanıtlayınız.</w:t>
      </w:r>
    </w:p>
    <w:p w:rsidRPr="00230922" w:rsidR="006875E0" w:rsidRDefault="00EF32BC" w14:paraId="72999D2F" w14:textId="5DF794CD">
      <w:pPr>
        <w:pStyle w:val="ListeNumaras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Aldığınız derslerde öğretim elemanlarının (isim belirterek) etkili ve olumlu bulduğunuz yönleri nelerdir? Lütfen somut örnekler vererek açıklayınız.</w:t>
      </w:r>
    </w:p>
    <w:p w:rsidRPr="00230922" w:rsidR="00230922" w:rsidP="00230922" w:rsidRDefault="00230922" w14:paraId="03FE0F6E" w14:textId="2BA749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6190CADB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1D1A950A" w14:textId="1C17828E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4CF842C6" w14:textId="4147C11B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78C8123B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171388B4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CD444A8" w14:textId="665AA896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3F026E3D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430782E9" w14:textId="5B4BFBA4">
      <w:pPr>
        <w:pStyle w:val="ListeNumaras"/>
        <w:rPr>
          <w:rFonts w:ascii="Times New Roman" w:hAnsi="Times New Roman" w:eastAsia="Times New Roman" w:cs="Times New Roman"/>
          <w:lang w:eastAsia="tr-TR"/>
        </w:rPr>
      </w:pPr>
      <w:r>
        <w:rPr>
          <w:rFonts w:ascii="Times New Roman" w:hAnsi="Times New Roman" w:eastAsia="Times New Roman" w:cs="Times New Roman"/>
        </w:rPr>
        <w:t>Eğitim-öğretim faaliyetlerinin kalitesini artırmak için sizce neler yapılmalı?</w:t>
      </w:r>
    </w:p>
    <w:p w:rsidRPr="00230922" w:rsidR="00230922" w:rsidP="00230922" w:rsidRDefault="00230922" w14:paraId="0D01A87C" w14:textId="13A951B9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61B0F448" w14:textId="5C985255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5A9B8176" w14:textId="6EFA6FF1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18A564C4" w14:textId="63701D5E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5F239BA4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3309E10C" w14:textId="2E705114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56AC50DE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0A7F12B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  <w:lang w:eastAsia="tr-TR"/>
        </w:rPr>
      </w:pPr>
    </w:p>
    <w:p w:rsidRPr="00230922" w:rsidR="006875E0" w:rsidRDefault="00EF32BC" w14:paraId="376B3AF2" w14:textId="43C50A3E">
      <w:pPr>
        <w:pStyle w:val="ListeNumaras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Öğretim elemanlarının (isim belirterek) öğrenciyle iletişimi, öğrenciye yaklaşımı, derslere hazırlığı, derse zamanında gelmesi, dersi yürütüş biçimi ve dersi zamanında bitirmesiyle vs. ilgili gözlemleriniz nelerdir?</w:t>
      </w:r>
    </w:p>
    <w:p w:rsidRPr="00230922" w:rsidR="00230922" w:rsidP="00230922" w:rsidRDefault="00230922" w14:paraId="3D98FDB6" w14:textId="314A13E6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01EA1DCC" w14:textId="7416C7BA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8F93304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1A55F73C" w14:textId="18381A06">
      <w:pPr>
        <w:pStyle w:val="ListeNumaras"/>
        <w:numPr>
          <w:ilvl w:val="0"/>
          <w:numId w:val="0"/>
        </w:numPr>
        <w:rPr>
          <w:rFonts w:ascii="Times New Roman" w:hAnsi="Times New Roman" w:eastAsia="Times New Roman" w:cs="Times New Roman"/>
        </w:rPr>
      </w:pPr>
    </w:p>
    <w:p w:rsidR="00230922" w:rsidP="00230922" w:rsidRDefault="00230922" w14:paraId="28529313" w14:textId="18FFE2C3">
      <w:pPr>
        <w:pStyle w:val="ListeNumaras"/>
        <w:numPr>
          <w:ilvl w:val="0"/>
          <w:numId w:val="0"/>
        </w:numPr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BAB12C1" w14:textId="77777777">
      <w:pPr>
        <w:pStyle w:val="ListeNumaras"/>
        <w:numPr>
          <w:ilvl w:val="0"/>
          <w:numId w:val="0"/>
        </w:numPr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76C4CC75" w14:textId="76E48B2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38BB5FEA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6875E0" w:rsidRDefault="00EF32BC" w14:paraId="0A6B6BEA" w14:textId="794814DC">
      <w:pPr>
        <w:pStyle w:val="ListeNumaras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Bunların dışında eklemek istediğiniz görüş, öneri veya şikâyetiniz var mı? Varsa bunlar nelerdir?</w:t>
      </w:r>
    </w:p>
    <w:p w:rsidRPr="00230922" w:rsidR="00230922" w:rsidP="00230922" w:rsidRDefault="00230922" w14:paraId="2B23F525" w14:textId="1D805EA4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60BB7705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0003F588" w14:textId="7B26F173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="00230922" w:rsidP="00230922" w:rsidRDefault="00230922" w14:paraId="2009B02E" w14:textId="5CFB4DA1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FDDF953" w14:textId="77777777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6C88DD34" w14:textId="599AF585">
      <w:pPr>
        <w:pStyle w:val="ListeNumaras"/>
        <w:numPr>
          <w:ilvl w:val="0"/>
          <w:numId w:val="0"/>
        </w:numPr>
        <w:ind w:left="360"/>
        <w:rPr>
          <w:rFonts w:ascii="Times New Roman" w:hAnsi="Times New Roman" w:eastAsia="Times New Roman" w:cs="Times New Roman"/>
        </w:rPr>
      </w:pPr>
    </w:p>
    <w:p w:rsidRPr="00230922" w:rsidR="00230922" w:rsidP="00230922" w:rsidRDefault="00230922" w14:paraId="28C9E33B" w14:textId="77777777">
      <w:pPr>
        <w:pStyle w:val="ListeNumaras"/>
        <w:numPr>
          <w:ilvl w:val="0"/>
          <w:numId w:val="0"/>
        </w:numPr>
        <w:spacing w:line="240" w:lineRule="auto"/>
        <w:ind w:left="360"/>
        <w:rPr>
          <w:rFonts w:ascii="Times New Roman" w:hAnsi="Times New Roman" w:eastAsia="Times New Roman" w:cs="Times New Roman"/>
        </w:rPr>
      </w:pPr>
    </w:p>
    <w:p w:rsidRPr="00230922" w:rsidR="006875E0" w:rsidP="00230922" w:rsidRDefault="00EF32BC" w14:paraId="642D8689" w14:textId="77777777">
      <w:pPr>
        <w:pStyle w:val="GlAlnt"/>
        <w:spacing w:line="240" w:lineRule="auto"/>
        <w:ind w:right="-7"/>
        <w:jc w:val="right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>Teşekkür ederiz.</w:t>
      </w:r>
    </w:p>
    <w:p w:rsidRPr="00230922" w:rsidR="006875E0" w:rsidP="00230922" w:rsidRDefault="00EF32BC" w14:paraId="418F2197" w14:textId="77777777">
      <w:pPr>
        <w:spacing w:line="240" w:lineRule="auto"/>
        <w:jc w:val="right"/>
        <w:rPr>
          <w:rFonts w:ascii="Times New Roman" w:hAnsi="Times New Roman" w:eastAsia="Times New Roman" w:cs="Times New Roman"/>
          <w:b/>
          <w:bCs/>
        </w:rPr>
      </w:pPr>
      <w:sdt>
        <w:sdtPr>
          <w:rPr>
            <w:rFonts w:ascii="Times New Roman" w:hAnsi="Times New Roman" w:eastAsia="Times New Roman" w:cs="Times New Roman"/>
            <w:b/>
            <w:bCs/>
          </w:rPr>
          <w:alias w:val="Alan"/>
          <w:tag w:val="alan"/>
          <w:id w:val="800000041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/>
              <w:bCs/>
            </w:rPr>
            <w:t xml:space="preserve">………………………</w:t>
          </w:r>
        </w:sdtContent>
      </w:sdt>
      <w:r>
        <w:rPr>
          <w:rFonts w:ascii="Times New Roman" w:hAnsi="Times New Roman" w:eastAsia="Times New Roman" w:cs="Times New Roman"/>
          <w:b/>
          <w:bCs/>
        </w:rPr>
        <w:t xml:space="preserve"> Bölüm / Anabilim Dalı Başkanlığı</w:t>
      </w:r>
    </w:p>
    <w:sectPr w:rsidRPr="00230922" w:rsidR="006875E0" w:rsidSect="00230922">
      <w:headerReference w:type="default" r:id="R9826029499684989"/>
      <w:headerReference w:type="first" r:id="R9826029499684989"/>
      <w:headerReference w:type="even" r:id="R9826029499684989"/>
      <w:footerReference w:type="default" r:id="Rf7fc20ede22645d7"/>
      <w:footerReference w:type="first" r:id="Rf7fc20ede22645d7"/>
      <w:footerReference w:type="even" r:id="Rf7fc20ede22645d7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KYS-FR.276,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73a827263f9487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d78ee82d52f44d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d3261b6e8e04ff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Eğitim-Öğretim Faaliyetlerini Değerlendirme ve Geri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multilevel"/>
    <w:tmpl w:val="2A74152A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08D0A74"/>
    <w:multiLevelType w:val="hybridMultilevel"/>
    <w:tmpl w:val="5B04277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6E90"/>
    <w:rsid w:val="0015074B"/>
    <w:rsid w:val="00230922"/>
    <w:rsid w:val="0029639D"/>
    <w:rsid w:val="00326F90"/>
    <w:rsid w:val="006875E0"/>
    <w:rsid w:val="00AA1D8D"/>
    <w:rsid w:val="00B10834"/>
    <w:rsid w:val="00B47730"/>
    <w:rsid w:val="00B83574"/>
    <w:rsid w:val="00CB0664"/>
    <w:rsid w:val="00EF32B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15401F"/>
  <w14:defaultImageDpi w14:val="300"/>
  <w15:docId w15:val="{C3E23254-0F24-4AB0-BBED-E14EFD937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Kaynak">
    <w:name w:val="TabloKlavuzuKaynak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9826029499684989" /><Relationship Type="http://schemas.openxmlformats.org/officeDocument/2006/relationships/footer" Target="/word/footer1.xml" Id="Rf7fc20ede22645d7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d78ee82d52f44df" /><Relationship Type="http://schemas.openxmlformats.org/officeDocument/2006/relationships/hyperlink" Target="https://kvys.giresun.edu.tr/dg/833" TargetMode="External" Id="R873a827263f94875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d3261b6e8e04f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Özge METİN</cp:lastModifiedBy>
  <cp:revision>6</cp:revision>
  <dcterms:created xsi:type="dcterms:W3CDTF">2013-12-23T23:15:00Z</dcterms:created>
  <dcterms:modified xsi:type="dcterms:W3CDTF">2025-05-09T08:47:00Z</dcterms:modified>
  <cp:category/>
</cp:coreProperties>
</file>