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15="http://schemas.microsoft.com/office/word/2012/wordml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right"/>
      </w:pPr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Alan"/>
          <w:tag w:val="alan"/>
          <w:id w:val="800000042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./</w:t>
      </w:r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/"/>
          <w:tag w:val="alan"/>
          <w:id w:val="800000043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./20….</w:t>
      </w:r>
    </w:p>
    <w:p>
      <w:pPr>
        <w:spacing w:before="480" w:after="360" w:line="240" w:lineRule="auto"/>
        <w:jc w:val="center"/>
      </w:pPr>
      <w:sdt>
        <w:sdtPr>
          <w:rPr>
            <w:rFonts w:ascii="Times New Roman" w:hAnsi="Times New Roman" w:eastAsia="Times New Roman" w:cs="Times New Roman"/>
            <w:b/>
            <w:i w:val="0"/>
            <w:sz w:val="24"/>
            <w:u w:val="none"/>
          </w:rPr>
          <w:alias w:val="Alan"/>
          <w:tag w:val="alan"/>
          <w:id w:val="800000044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/>
              <w:i w:val="0"/>
              <w:sz w:val="24"/>
              <w:u w:val="none"/>
            </w:rPr>
            <w:t xml:space="preserve">……………………</w:t>
          </w:r>
        </w:sdtContent>
      </w:sdt>
      <w:r>
        <w:rPr>
          <w:rFonts w:ascii="Times New Roman" w:hAnsi="Times New Roman" w:eastAsia="Times New Roman" w:cs="Times New Roman"/>
          <w:b/>
          <w:i w:val="0"/>
          <w:sz w:val="24"/>
          <w:u w:val="none"/>
        </w:rPr>
        <w:t xml:space="preserve"> BÖLÜM BAŞKANLIĞINA</w:t>
      </w:r>
    </w:p>
    <w:p>
      <w:pPr>
        <w:spacing w:before="0" w:after="0" w:line="360" w:lineRule="auto"/>
        <w:ind w:firstLine="709"/>
        <w:jc w:val="left"/>
      </w:pPr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Alan"/>
          <w:tag w:val="alan"/>
          <w:id w:val="800000045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………………………………………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. nedeniyle sınavına giremediğim aşağıda yazılı ders/derslerin mazeret sınavına girmek istiyorum.</w:t>
      </w:r>
    </w:p>
    <w:p>
      <w:pPr>
        <w:spacing w:before="0" w:after="360" w:line="360" w:lineRule="auto"/>
        <w:ind w:firstLine="709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>Bilgilerinizi ve gereğini arz ederim.</w:t>
      </w:r>
    </w:p>
    <w:tbl>
      <w:tblPr>
        <w:tblW w:w="0" w:type="auto"/>
        <w:jc w:val="center"/>
        <w:tblLook w:val="04A0" w:firstRow="1" w:lastRow="0" w:firstColumn="1" w:lastColumn="0" w:noHBand="0" w:noVBand="1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4536"/>
        <w:gridCol w:w="1560"/>
        <w:gridCol w:w="4110"/>
      </w:tblGrid>
      <w:tr>
        <w:trPr>
          <w:trHeight w:val="460" w:hRule="atLeast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071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  <w:t>Adı-Soyadı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  <w:t xml:space="preserve">: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4"/>
                  <w:u w:val="none"/>
                </w:rPr>
                <w:alias w:val="Alan"/>
                <w:tag w:val="alan"/>
                <w:id w:val="800000046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4"/>
                    <w:u w:val="none"/>
                  </w:rPr>
                  <w:t xml:space="preserve">…………………</w:t>
                </w:r>
              </w:sdtContent>
            </w:sdt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4"/>
                  <w:u w:val="none"/>
                </w:rPr>
                <w:alias w:val="Alan"/>
                <w:tag w:val="alan"/>
                <w:id w:val="800000047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4"/>
                    <w:u w:val="none"/>
                  </w:rPr>
                  <w:t xml:space="preserve">..……….</w:t>
                </w:r>
              </w:sdtContent>
            </w:sdt>
          </w:p>
        </w:tc>
      </w:tr>
      <w:tr>
        <w:trPr>
          <w:trHeight w:val="460" w:hRule="atLeast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070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  <w:t>T.C.No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  <w:t xml:space="preserve">: 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4"/>
                  <w:u w:val="none"/>
                </w:rPr>
                <w:alias w:val="Alan"/>
                <w:tag w:val="alan"/>
                <w:id w:val="800000048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4"/>
                    <w:u w:val="none"/>
                  </w:rPr>
                  <w:t xml:space="preserve">…………………………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  <w:t xml:space="preserve">..</w:t>
            </w:r>
          </w:p>
        </w:tc>
      </w:tr>
      <w:tr>
        <w:trPr>
          <w:trHeight w:val="460" w:hRule="atLeast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069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  <w:t>İmza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  <w:t xml:space="preserve">: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4"/>
                  <w:u w:val="none"/>
                </w:rPr>
                <w:alias w:val="Alan"/>
                <w:tag w:val="alan"/>
                <w:id w:val="800000049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4"/>
                    <w:u w:val="none"/>
                  </w:rPr>
                  <w:t xml:space="preserve">…...………………………</w:t>
                </w:r>
              </w:sdtContent>
            </w:sdt>
          </w:p>
        </w:tc>
      </w:tr>
    </w:tbl>
    <w:p>
      <w:pPr>
        <w:spacing w:before="0" w:after="0"/>
        <w:spacing w:line="1" w:lineRule="exact"/>
      </w:pPr>
      <w:r>
        <w:rPr>
          <w:sz w:val="2"/>
        </w:rPr>
      </w:r>
    </w:p>
    <w:tbl>
      <w:tblPr>
        <w:tblW w:w="0" w:type="auto"/>
        <w:jc w:val="center"/>
        <w:tblLook w:val="04A0" w:firstRow="1" w:lastRow="0" w:firstColumn="1" w:lastColumn="0" w:noHBand="0" w:noVBand="1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3500"/>
        <w:gridCol w:w="6706"/>
      </w:tblGrid>
      <w:tr>
        <w:trPr>
          <w:trHeight w:val="500" w:hRule="atLeast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6"/>
                <w:u w:val="none"/>
              </w:rPr>
              <w:t>DERSİN ADI</w:t>
            </w:r>
          </w:p>
        </w:tc>
        <w:tc>
          <w:tcPr>
            <w:tcW w:w="6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16"/>
                <w:u w:val="none"/>
              </w:rPr>
              <w:t xml:space="preserve">:  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16"/>
                  <w:u w:val="none"/>
                </w:rPr>
                <w:alias w:val="Alan"/>
                <w:tag w:val="alan"/>
                <w:id w:val="800000050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16"/>
                    <w:u w:val="none"/>
                  </w:rPr>
                  <w:t xml:space="preserve">…………………………………………………………………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16"/>
                <w:u w:val="none"/>
              </w:rPr>
              <w:t xml:space="preserve">.…</w:t>
            </w:r>
          </w:p>
        </w:tc>
      </w:tr>
      <w:tr>
        <w:trPr>
          <w:trHeight w:val="370" w:hRule="atLeast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/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16"/>
                  <w:u w:val="none"/>
                </w:rPr>
                <w:alias w:val="Alan"/>
                <w:tag w:val="alan"/>
                <w:id w:val="800000051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16"/>
                    <w:u w:val="none"/>
                  </w:rPr>
                  <w:t xml:space="preserve">……………………………………………………………………………………………………………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16"/>
                <w:u w:val="none"/>
              </w:rPr>
              <w:t xml:space="preserve">..</w:t>
            </w:r>
          </w:p>
        </w:tc>
      </w:tr>
      <w:tr>
        <w:trPr>
          <w:trHeight w:val="370" w:hRule="atLeast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/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16"/>
                  <w:u w:val="none"/>
                </w:rPr>
                <w:alias w:val="Alan"/>
                <w:tag w:val="alan"/>
                <w:id w:val="800000052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16"/>
                    <w:u w:val="none"/>
                  </w:rPr>
                  <w:t xml:space="preserve">……………………………………………………………………………………………………………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16"/>
                <w:u w:val="none"/>
              </w:rPr>
              <w:t xml:space="preserve">..</w:t>
            </w:r>
          </w:p>
        </w:tc>
      </w:tr>
      <w:tr>
        <w:trPr>
          <w:trHeight w:val="370" w:hRule="atLeast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/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16"/>
                  <w:u w:val="none"/>
                </w:rPr>
                <w:alias w:val="Alan"/>
                <w:tag w:val="alan"/>
                <w:id w:val="800000053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16"/>
                    <w:u w:val="none"/>
                  </w:rPr>
                  <w:t xml:space="preserve">……………………………………………………………………………………………………………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16"/>
                <w:u w:val="none"/>
              </w:rPr>
              <w:t xml:space="preserve">..</w:t>
            </w:r>
          </w:p>
        </w:tc>
      </w:tr>
      <w:tr>
        <w:trPr>
          <w:trHeight w:val="500" w:hRule="atLeast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6"/>
                <w:u w:val="none"/>
              </w:rPr>
              <w:t>SINAVIN TARİHİ (DÖNEMİ):</w:t>
            </w:r>
          </w:p>
        </w:tc>
        <w:tc>
          <w:tcPr>
            <w:tcW w:w="6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16"/>
                  <w:u w:val="none"/>
                </w:rPr>
                <w:alias w:val="Alan"/>
                <w:tag w:val="alan"/>
                <w:id w:val="800000054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16"/>
                    <w:u w:val="none"/>
                  </w:rPr>
                  <w:t xml:space="preserve">……………………………………………………</w:t>
                </w:r>
              </w:sdtContent>
            </w:sdt>
          </w:p>
        </w:tc>
      </w:tr>
      <w:tr>
        <w:trPr>
          <w:trHeight w:val="590" w:hRule="atLeast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6"/>
                <w:u w:val="none"/>
              </w:rPr>
              <w:t>BÖLÜMÜ</w:t>
            </w:r>
          </w:p>
        </w:tc>
        <w:tc>
          <w:tcPr>
            <w:tcW w:w="6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16"/>
                <w:u w:val="none"/>
              </w:rPr>
              <w:t xml:space="preserve">: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16"/>
                  <w:u w:val="none"/>
                </w:rPr>
                <w:alias w:val="Alan"/>
                <w:tag w:val="alan"/>
                <w:id w:val="800000055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16"/>
                    <w:u w:val="none"/>
                  </w:rPr>
                  <w:t xml:space="preserve">……………………………………………………………………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16"/>
                <w:u w:val="none"/>
              </w:rPr>
              <w:t xml:space="preserve">.</w:t>
            </w:r>
          </w:p>
        </w:tc>
      </w:tr>
      <w:tr>
        <w:trPr>
          <w:trHeight w:val="480" w:hRule="atLeast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6"/>
                <w:u w:val="none"/>
              </w:rPr>
              <w:t>SINIFI</w:t>
            </w:r>
          </w:p>
        </w:tc>
        <w:tc>
          <w:tcPr>
            <w:tcW w:w="6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16"/>
                <w:u w:val="none"/>
              </w:rPr>
              <w:t xml:space="preserve">:  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16"/>
                  <w:u w:val="none"/>
                </w:rPr>
                <w:alias w:val="Alan"/>
                <w:tag w:val="alan"/>
                <w:id w:val="800000056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16"/>
                    <w:u w:val="none"/>
                  </w:rPr>
                  <w:t xml:space="preserve">……………………………………………………………………</w:t>
                </w:r>
              </w:sdtContent>
            </w:sdt>
          </w:p>
        </w:tc>
      </w:tr>
      <w:tr>
        <w:trPr>
          <w:trHeight w:val="400" w:hRule="atLeast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16"/>
                <w:u w:val="none"/>
              </w:rPr>
              <w:t>ÖĞRENCİ NO</w:t>
            </w:r>
          </w:p>
        </w:tc>
        <w:tc>
          <w:tcPr>
            <w:tcW w:w="6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16"/>
                <w:u w:val="none"/>
              </w:rPr>
              <w:t xml:space="preserve">: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16"/>
                  <w:u w:val="none"/>
                </w:rPr>
                <w:alias w:val="Alan"/>
                <w:tag w:val="alan"/>
                <w:id w:val="800000057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16"/>
                    <w:u w:val="none"/>
                  </w:rPr>
                  <w:t xml:space="preserve">…………………………………………………………………</w:t>
                </w:r>
              </w:sdtContent>
            </w:sdt>
          </w:p>
        </w:tc>
      </w:tr>
    </w:tbl>
    <w:p>
      <w:pPr>
        <w:spacing w:before="480" w:after="120" w:line="240" w:lineRule="auto"/>
        <w:jc w:val="left"/>
      </w:pPr>
      <w:r>
        <w:rPr>
          <w:rFonts w:ascii="Times New Roman" w:hAnsi="Times New Roman" w:eastAsia="Times New Roman" w:cs="Times New Roman"/>
          <w:b/>
          <w:i w:val="0"/>
          <w:sz w:val="24"/>
          <w:u w:val="single"/>
        </w:rPr>
        <w:t>A  D  R  E  S  :</w:t>
      </w:r>
    </w:p>
    <w:p>
      <w:pPr>
        <w:spacing w:before="0" w:after="280" w:line="240" w:lineRule="auto"/>
        <w:jc w:val="left"/>
      </w:pPr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Alan"/>
          <w:tag w:val="alan"/>
          <w:id w:val="800000058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…………</w:t>
          </w:r>
        </w:sdtContent>
      </w:sdt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Alan"/>
          <w:tag w:val="alan"/>
          <w:id w:val="800000059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....</w:t>
          </w:r>
        </w:sdtContent>
      </w:sdt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Alan"/>
          <w:tag w:val="alan"/>
          <w:id w:val="800000060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………………………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..</w:t>
      </w:r>
    </w:p>
    <w:p>
      <w:pPr>
        <w:spacing w:before="0" w:after="280" w:line="240" w:lineRule="auto"/>
        <w:jc w:val="left"/>
      </w:pPr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Alan"/>
          <w:tag w:val="alan"/>
          <w:id w:val="800000061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……………………………………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..</w:t>
      </w:r>
    </w:p>
    <w:p>
      <w:pPr>
        <w:spacing w:before="0" w:after="0" w:line="240" w:lineRule="auto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Cep Tel: </w:t>
      </w:r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Cep Tel"/>
          <w:tag w:val="alan"/>
          <w:id w:val="800000062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............................................</w:t>
          </w:r>
        </w:sdtContent>
      </w:sdt>
    </w:p>
    <w:p>
      <w:pPr>
        <w:spacing w:before="0" w:after="0"/>
        <w:spacing w:line="1" w:lineRule="exact"/>
      </w:pPr>
      <w:r>
        <w:rPr>
          <w:sz w:val="2"/>
        </w:rP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  <w:tblLayout w:type="fixed"/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6" w:space="0"/>
          <w:insideV w:val="single" w:color="000000" w:sz="6" w:space="0"/>
        </w:tblBorders>
        <w:tblCellMar>
          <w:top w:w="0" w:type="dxa"/>
          <w:left w:w="60" w:type="dxa"/>
          <w:bottom w:w="0" w:type="dxa"/>
          <w:right w:w="60" w:type="dxa"/>
        </w:tblCellMar>
      </w:tblPr>
      <w:tblGrid>
        <w:gridCol w:w="2492"/>
        <w:gridCol w:w="4123"/>
        <w:gridCol w:w="789"/>
        <w:gridCol w:w="1521"/>
        <w:gridCol w:w="1281"/>
      </w:tblGrid>
      <w:tr>
        <w:trPr>
          <w:trHeight w:val="660" w:hRule="atLeast"/>
        </w:trPr>
        <w:tc>
          <w:tcPr>
            <w:tcW w:w="10206" w:type="dxa"/>
            <w:gridSpan w:val="5"/>
            <w:vAlign w:val="center"/>
          </w:tcPr>
          <w:p>
            <w:pPr>
              <w:spacing w:before="0" w:after="0" w:line="276" w:lineRule="auto"/>
              <w:jc w:val="center"/>
            </w:pPr>
            <w:r/>
            <w:r>
              <w:rPr>
                <w:rFonts w:ascii="Times New Roman" w:hAnsi="Times New Roman" w:eastAsia="Times New Roman" w:cs="Times New Roman"/>
                <w:b w:val="0"/>
                <w:i w:val="0"/>
                <w:sz w:val="28"/>
                <w:u w:val="none"/>
              </w:rPr>
              <w:t>20…. -20…. EĞİTİM-ÖĞRETİM YILI</w:t>
            </w:r>
            <w:r>
              <w:br/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8"/>
                  <w:u w:val="none"/>
                </w:rPr>
                <w:alias w:val="Alan"/>
                <w:tag w:val="alan"/>
                <w:id w:val="800000063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8"/>
                    <w:u w:val="none"/>
                  </w:rPr>
                  <w:t xml:space="preserve">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8"/>
                <w:u w:val="none"/>
              </w:rPr>
              <w:t xml:space="preserve"> DÖNEMİ</w:t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  <w:t>OKUL</w:t>
            </w:r>
          </w:p>
        </w:tc>
        <w:tc>
          <w:tcPr>
            <w:tcW w:w="7714" w:type="dxa"/>
            <w:gridSpan w:val="4"/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068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/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</w:r>
          </w:p>
        </w:tc>
      </w:tr>
      <w:tr>
        <w:trPr>
          <w:trHeight w:val="494" w:hRule="atLeast"/>
        </w:trPr>
        <w:tc>
          <w:tcPr>
            <w:tcW w:w="2492" w:type="dxa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  <w:t xml:space="preserve">BÖLÜM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18"/>
                <w:u w:val="none"/>
              </w:rPr>
              <w:t>(N.Ö. ve (İ.Ö.)</w:t>
            </w:r>
          </w:p>
        </w:tc>
        <w:tc>
          <w:tcPr>
            <w:tcW w:w="7714" w:type="dxa"/>
            <w:gridSpan w:val="4"/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067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/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  <w:t>DERS</w:t>
            </w:r>
          </w:p>
        </w:tc>
        <w:tc>
          <w:tcPr>
            <w:tcW w:w="7714" w:type="dxa"/>
            <w:gridSpan w:val="4"/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066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/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</w:r>
          </w:p>
        </w:tc>
      </w:tr>
      <w:tr>
        <w:trPr>
          <w:trHeight w:val="556" w:hRule="atLeast"/>
        </w:trPr>
        <w:tc>
          <w:tcPr>
            <w:tcW w:w="2492" w:type="dxa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  <w:t>SINAV TARİHİ</w:t>
            </w:r>
          </w:p>
        </w:tc>
        <w:tc>
          <w:tcPr>
            <w:tcW w:w="7714" w:type="dxa"/>
            <w:gridSpan w:val="4"/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065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/>
            <w:r>
              <w:rPr>
                <w:rFonts w:ascii="Times New Roman" w:hAnsi="Times New Roman" w:eastAsia="Times New Roman" w:cs="Times New Roman"/>
                <w:b w:val="0"/>
                <w:i w:val="0"/>
                <w:sz w:val="24"/>
                <w:u w:val="none"/>
              </w:rPr>
            </w:r>
          </w:p>
        </w:tc>
      </w:tr>
      <w:tr>
        <w:trPr>
          <w:trHeight w:val="472" w:hRule="atLeast"/>
          <w:tblHeader/>
        </w:trPr>
        <w:tc>
          <w:tcPr>
            <w:tcW w:w="2492" w:type="dxa"/>
            <w:vAlign w:val="center"/>
          </w:tcPr>
          <w:p>
            <w:pPr>
              <w:spacing w:before="0" w:after="0" w:line="276" w:lineRule="auto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  <w:t>ÖĞRENCİ NO</w:t>
            </w:r>
          </w:p>
        </w:tc>
        <w:tc>
          <w:tcPr>
            <w:tcW w:w="4123" w:type="dxa"/>
            <w:vAlign w:val="center"/>
          </w:tcPr>
          <w:p>
            <w:pPr>
              <w:spacing w:before="0" w:after="0" w:line="276" w:lineRule="auto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  <w:t>AD-SOYAD</w:t>
            </w:r>
          </w:p>
        </w:tc>
        <w:tc>
          <w:tcPr>
            <w:tcW w:w="789" w:type="dxa"/>
            <w:vAlign w:val="center"/>
          </w:tcPr>
          <w:p>
            <w:pPr>
              <w:spacing w:before="0" w:after="0" w:line="276" w:lineRule="auto"/>
              <w:jc w:val="center"/>
            </w:pPr>
            <w:sdt>
              <w:sdtPr>
                <w:rPr/>
                <w:alias w:val="Alan"/>
                <w:tag w:val="alan"/>
                <w:id w:val="800000064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521" w:type="dxa"/>
            <w:vAlign w:val="center"/>
          </w:tcPr>
          <w:p>
            <w:pPr>
              <w:spacing w:before="0" w:after="0" w:line="276" w:lineRule="auto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  <w:t>MAZERET</w:t>
            </w:r>
            <w:r>
              <w:rPr>
                <w:b/>
              </w:rPr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  <w:t>NOTU</w:t>
            </w:r>
          </w:p>
        </w:tc>
        <w:tc>
          <w:tcPr>
            <w:tcW w:w="1281" w:type="dxa"/>
            <w:vAlign w:val="center"/>
          </w:tcPr>
          <w:p>
            <w:pPr>
              <w:spacing w:before="0" w:after="0" w:line="276" w:lineRule="auto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  <w:t>HARF</w:t>
            </w:r>
            <w:r>
              <w:rPr>
                <w:b/>
              </w:rPr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  <w:t>NOT</w:t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4123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789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52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28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4123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789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52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28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4123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789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52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28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4123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789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52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28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4123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789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52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28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4123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789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52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28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4123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789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52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28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4123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789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52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28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4123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789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52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28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4123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789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52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28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</w:tr>
      <w:tr>
        <w:trPr>
          <w:trHeight w:val="562" w:hRule="atLeast"/>
        </w:trPr>
        <w:tc>
          <w:tcPr>
            <w:tcW w:w="2492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4123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789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52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  <w:tc>
          <w:tcPr>
            <w:tcW w:w="1281" w:type="dxa"/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0"/>
                <w:u w:val="none"/>
              </w:rPr>
            </w:r>
          </w:p>
        </w:tc>
      </w:tr>
    </w:tbl>
    <w:p>
      <w:pPr>
        <w:spacing w:before="800" w:after="0" w:line="240" w:lineRule="auto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</w:r>
    </w:p>
    <w:p>
      <w:pPr>
        <w:spacing w:before="0" w:after="0" w:line="240" w:lineRule="auto"/>
        <w:ind w:left="1980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>ÖĞRETİM ÜYESİNİN</w:t>
      </w:r>
    </w:p>
    <w:p>
      <w:pPr>
        <w:spacing w:before="0" w:after="0" w:line="240" w:lineRule="auto"/>
        <w:ind w:left="1980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>ADI SOYADI:</w:t>
      </w:r>
    </w:p>
    <w:p>
      <w:pPr>
        <w:spacing w:before="0" w:after="0" w:line="240" w:lineRule="auto"/>
        <w:ind w:left="1980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>İMZASI:</w:t>
      </w:r>
    </w:p>
    <w:sectPr w:rsidRPr="0006063C" w:rsidR="00FC693F" w:rsidSect="00034616">
      <w:headerReference w:type="default" r:id="Ra0ec853d4a1b452a"/>
      <w:headerReference w:type="first" r:id="Ra0ec853d4a1b452a"/>
      <w:headerReference w:type="even" r:id="Ra0ec853d4a1b452a"/>
      <w:footerReference w:type="default" r:id="Rbb59f7e817684544"/>
      <w:footerReference w:type="first" r:id="Rbb59f7e817684544"/>
      <w:footerReference w:type="even" r:id="Rbb59f7e817684544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KYS-FR.277,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37a8d40145d24023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kvys.giresun.edu.tr/dg/834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d6a1cdd05f04d9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58a714786ef4d9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Mazeret Sınavı Not Bildirim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KYS-FR.277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40" w:lineRule="auto" w:before="0" w:after="0"/>
      <w:jc w:val="both"/>
    </w:pPr>
    <w:rPr>
      <w:rFonts w:ascii="Times New Roman" w:hAnsi="Times New Roman" w:cs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2.xml" Id="Ra0ec853d4a1b452a" /><Relationship Type="http://schemas.openxmlformats.org/officeDocument/2006/relationships/footer" Target="/word/footer2.xml" Id="Rbb59f7e817684544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5d6a1cdd05f04d99" /><Relationship Type="http://schemas.openxmlformats.org/officeDocument/2006/relationships/hyperlink" Target="https://kvys.giresun.edu.tr/dg/834" TargetMode="External" Id="R37a8d40145d2402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.png" Id="R058a714786ef4d9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