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15="http://schemas.microsoft.com/office/word/2012/wordml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240" w:lineRule="auto"/>
        <w:jc w:val="center"/>
      </w:pPr>
      <w:sdt>
        <w:sdtPr>
          <w:rPr>
            <w:rFonts w:ascii="Times New Roman" w:hAnsi="Times New Roman" w:eastAsia="Times New Roman" w:cs="Times New Roman"/>
            <w:b/>
            <w:i w:val="0"/>
            <w:sz w:val="26"/>
            <w:u w:val="none"/>
          </w:rPr>
          <w:alias w:val="Alan"/>
          <w:tag w:val="alan"/>
          <w:id w:val="800000072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/>
              <w:i w:val="0"/>
              <w:sz w:val="26"/>
              <w:u w:val="none"/>
            </w:rPr>
            <w:t xml:space="preserve">……………………………………………………</w:t>
          </w:r>
        </w:sdtContent>
      </w:sdt>
      <w:r>
        <w:rPr>
          <w:rFonts w:ascii="Times New Roman" w:hAnsi="Times New Roman" w:eastAsia="Times New Roman" w:cs="Times New Roman"/>
          <w:b/>
          <w:i w:val="0"/>
          <w:sz w:val="26"/>
          <w:u w:val="none"/>
        </w:rPr>
        <w:t xml:space="preserve"> MESLEK YÜKSEKOKULU</w:t>
      </w:r>
    </w:p>
    <w:p>
      <w:pPr>
        <w:spacing w:before="0" w:after="24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</w:r>
    </w:p>
    <w:p>
      <w:pPr>
        <w:spacing w:before="0" w:after="200" w:line="240" w:lineRule="auto"/>
        <w:ind w:firstLine="567"/>
        <w:jc w:val="left"/>
      </w:pPr>
      <w:r>
        <w:rPr>
          <w:rFonts w:ascii="Times New Roman" w:hAnsi="Times New Roman" w:eastAsia="Times New Roman" w:cs="Times New Roman"/>
          <w:b/>
          <w:i w:val="0"/>
          <w:sz w:val="24"/>
          <w:u w:val="none"/>
        </w:rPr>
        <w:t>ÖĞRENCİNİN</w:t>
      </w:r>
    </w:p>
    <w:p>
      <w:pPr>
        <w:spacing w:before="0" w:after="160" w:line="240" w:lineRule="auto"/>
        <w:ind w:left="567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>Adı Soyadı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ab/>
        <w:t>:………………………………………………………………………………</w:t>
      </w:r>
    </w:p>
    <w:p>
      <w:pPr>
        <w:spacing w:before="0" w:after="160" w:line="240" w:lineRule="auto"/>
        <w:ind w:left="567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>Bölümü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ab/>
        <w:t>:………………………………………………………………………………</w:t>
      </w:r>
    </w:p>
    <w:p>
      <w:pPr>
        <w:spacing w:before="0" w:after="160" w:line="240" w:lineRule="auto"/>
        <w:ind w:left="567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>Programı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ab/>
        <w:t>:………………………………………………………………………………</w:t>
      </w:r>
    </w:p>
    <w:p>
      <w:pPr>
        <w:spacing w:before="0" w:after="160" w:line="240" w:lineRule="auto"/>
        <w:ind w:left="567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>Sınıfı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ab/>
        <w:t>:………………………………………………………………………………</w:t>
      </w:r>
    </w:p>
    <w:p>
      <w:pPr>
        <w:spacing w:before="0" w:after="160" w:line="240" w:lineRule="auto"/>
        <w:ind w:left="567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>Numarası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ab/>
        <w:t>:………………………………………………………………………………</w:t>
      </w:r>
    </w:p>
    <w:p>
      <w:pPr>
        <w:spacing w:before="0" w:after="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</w:r>
    </w:p>
    <w:p>
      <w:pPr>
        <w:spacing w:before="0" w:after="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</w:r>
    </w:p>
    <w:p>
      <w:pPr>
        <w:spacing w:before="0" w:after="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</w:r>
    </w:p>
    <w:p>
      <w:pPr>
        <w:spacing w:before="0" w:after="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4"/>
          <w:u w:val="none"/>
        </w:rPr>
        <w:t xml:space="preserve">STAJ DÖNEMİ </w:t>
      </w:r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: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73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/"/>
          <w:tag w:val="alan"/>
          <w:id w:val="800000074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../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/"/>
          <w:tag w:val="alan"/>
          <w:id w:val="800000075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.-</w:t>
      </w:r>
    </w:p>
    <w:p>
      <w:pPr>
        <w:spacing w:before="0" w:after="0" w:line="240" w:lineRule="auto"/>
        <w:jc w:val="center"/>
      </w:pP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Alan"/>
          <w:tag w:val="alan"/>
          <w:id w:val="800000076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/"/>
          <w:tag w:val="alan"/>
          <w:id w:val="80000007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../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4"/>
            <w:u w:val="none"/>
          </w:rPr>
          <w:alias w:val="/"/>
          <w:tag w:val="alan"/>
          <w:id w:val="800000078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4"/>
              <w:u w:val="none"/>
            </w:rPr>
            <w:t xml:space="preserve">………………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4"/>
          <w:u w:val="none"/>
        </w:rPr>
        <w:t xml:space="preserve">.</w:t>
      </w:r>
    </w:p>
    <w:p>
      <w:pPr>
        <w:spacing w:before="0" w:after="0"/>
      </w:pPr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left w:w="170" w:type="dxa"/>
          <w:bottom w:w="60" w:type="dxa"/>
          <w:right w:w="170" w:type="dxa"/>
        </w:tblCellMar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il"/>
          <w:insideV w:val="nil"/>
        </w:tblBorders>
      </w:tblPr>
      <w:tblGrid>
        <w:gridCol w:w="6900"/>
        <w:gridCol w:w="3306"/>
      </w:tblGrid>
      <w:tr>
        <w:trPr>
          <w:trHeight w:val="700" w:hRule="atLeast"/>
        </w:trPr>
        <w:tc>
          <w:tcPr>
            <w:tcW w:w="10206" w:type="dxa"/>
            <w:gridSpan w:val="2"/>
            <w:vAlign w:val="center"/>
          </w:tcPr>
          <w:p>
            <w:pPr>
              <w:spacing w:before="0" w:after="120" w:line="240" w:lineRule="auto"/>
              <w:jc w:val="center"/>
            </w:pPr>
            <w:r/>
            <w:r>
              <w:rPr>
                <w:rFonts w:ascii="Times New Roman" w:hAnsi="Times New Roman" w:eastAsia="Times New Roman" w:cs="Times New Roman"/>
                <w:b/>
                <w:i w:val="0"/>
                <w:sz w:val="24"/>
                <w:u w:val="none"/>
              </w:rPr>
              <w:t>20…. – 20….  EĞİTİM– ÖĞRETİM  YILI</w:t>
            </w:r>
          </w:p>
        </w:tc>
      </w:tr>
      <w:tr>
        <w:trPr>
          <w:trHeight w:val="2000" w:hRule="atLeast"/>
        </w:trPr>
        <w:tc>
          <w:tcPr>
            <w:tcW w:w="6900" w:type="dxa"/>
            <w:vAlign w:val="top"/>
          </w:tcPr>
          <w:p>
            <w:pPr>
              <w:spacing w:before="20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STAJ </w:t>
            </w: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DÖNEMİ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     : …../…./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…./"/>
                <w:tag w:val="alan"/>
                <w:id w:val="80000007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.. -  …../…./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-  …../…./"/>
                <w:tag w:val="alan"/>
                <w:id w:val="80000008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..</w:t>
            </w:r>
          </w:p>
          <w:p>
            <w:pPr>
              <w:spacing w:before="52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STAJ </w:t>
            </w: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SÜRESİ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8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.......................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hafta</w:t>
            </w:r>
          </w:p>
        </w:tc>
        <w:tc>
          <w:tcPr>
            <w:tcW w:w="3306" w:type="dxa"/>
            <w:vAlign w:val="center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FOTOGRAF</w:t>
            </w:r>
          </w:p>
        </w:tc>
      </w:tr>
      <w:tr>
        <w:trPr>
          <w:trHeight w:val="8900" w:hRule="atLeast"/>
        </w:trPr>
        <w:tc>
          <w:tcPr>
            <w:tcW w:w="10206" w:type="dxa"/>
            <w:gridSpan w:val="2"/>
            <w:vAlign w:val="top"/>
          </w:tcPr>
          <w:p>
            <w:pPr>
              <w:spacing w:after="160"/>
              <w:jc w:val="left"/>
            </w:pPr>
            <w:r/>
          </w:p>
          <w:p>
            <w:pPr>
              <w:spacing w:after="160"/>
              <w:jc w:val="left"/>
            </w:pP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single"/>
              </w:rPr>
              <w:t>ÖĞRENCİNİN</w:t>
            </w:r>
          </w:p>
          <w:p>
            <w:pPr>
              <w:tabs>
                <w:tab w:val="left" w:pos="3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ADI SOYADI</w:t>
              <w:tab/>
              <w:t>:</w:t>
            </w:r>
          </w:p>
          <w:p>
            <w:pPr>
              <w:tabs>
                <w:tab w:val="left" w:pos="3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MYO/YO/FAKÜLTE</w:t>
              <w:tab/>
              <w:t>:</w:t>
            </w:r>
          </w:p>
          <w:p>
            <w:pPr>
              <w:tabs>
                <w:tab w:val="left" w:pos="3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BÖLÜM/PROGRAM</w:t>
              <w:tab/>
              <w:t>:</w:t>
            </w:r>
          </w:p>
          <w:p>
            <w:pPr>
              <w:tabs>
                <w:tab w:val="left" w:pos="3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SINIFI</w:t>
              <w:tab/>
              <w:t>:</w:t>
            </w:r>
          </w:p>
          <w:p>
            <w:pPr>
              <w:tabs>
                <w:tab w:val="left" w:pos="3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NUMARASI</w:t>
              <w:tab/>
              <w:t>:</w:t>
            </w:r>
          </w:p>
          <w:p>
            <w:pPr>
              <w:spacing w:after="600"/>
              <w:jc w:val="left"/>
            </w:pPr>
          </w:p>
          <w:p>
            <w:pPr>
              <w:spacing w:after="160"/>
              <w:jc w:val="left"/>
            </w:pP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single"/>
              </w:rPr>
              <w:t>İŞ YERİNİN</w:t>
            </w:r>
          </w:p>
          <w:p>
            <w:pPr>
              <w:tabs>
                <w:tab w:val="left" w:pos="16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ADI</w:t>
              <w:tab/>
              <w:t>:</w:t>
            </w:r>
          </w:p>
          <w:p>
            <w:pPr>
              <w:tabs>
                <w:tab w:val="left" w:pos="16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ADRESİ</w:t>
              <w:tab/>
              <w:t>:</w:t>
            </w:r>
          </w:p>
          <w:p>
            <w:pPr>
              <w:spacing w:after="400"/>
              <w:jc w:val="left"/>
            </w:pPr>
          </w:p>
          <w:p>
            <w:pPr>
              <w:spacing w:after="160"/>
              <w:jc w:val="left"/>
            </w:pP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single"/>
              </w:rPr>
              <w:t xml:space="preserve">İŞ YERİ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single"/>
              </w:rPr>
              <w:t>UYGULAMA SORUMLUSU</w:t>
            </w:r>
          </w:p>
          <w:p>
            <w:pPr>
              <w:tabs>
                <w:tab w:val="left" w:pos="2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ADI SOYADI</w:t>
              <w:tab/>
              <w:t>:</w:t>
            </w:r>
          </w:p>
          <w:p>
            <w:pPr>
              <w:tabs>
                <w:tab w:val="left" w:pos="2200"/>
              </w:tabs>
              <w:spacing w:after="200"/>
              <w:ind w:left="283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UNVANI</w:t>
              <w:tab/>
              <w:t>:</w:t>
            </w:r>
          </w:p>
        </w:tc>
      </w:tr>
    </w:tbl>
    <w:p>
      <w:pPr>
        <w:spacing w:before="0" w:after="0"/>
        <w:spacing w:line="1" w:lineRule="exact"/>
      </w:pPr>
      <w:r>
        <w:rPr>
          <w:sz w:val="2"/>
        </w:rPr>
        <w:br w:type="page"/>
      </w:r>
    </w:p>
    <w:p>
      <w:pPr>
        <w:spacing w:before="0" w:after="160" w:line="240" w:lineRule="auto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  <w:u w:val="none"/>
        </w:rPr>
        <w:t>STAJYER ÖĞRENCİ DEVAM TAKİP ÇİZELGESİ</w:t>
      </w:r>
    </w:p>
    <w:tbl>
      <w:tblPr>
        <w:tblW w:w="0" w:type="auto"/>
        <w:jc w:val="center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80" w:type="dxa"/>
          <w:bottom w:w="0" w:type="dxa"/>
          <w:right w:w="80" w:type="dxa"/>
        </w:tblCellMar>
      </w:tblPr>
      <w:tblGrid>
        <w:gridCol w:w="2241"/>
        <w:gridCol w:w="1902"/>
        <w:gridCol w:w="6063"/>
      </w:tblGrid>
      <w:tr>
        <w:trPr>
          <w:trHeight w:val="2600" w:hRule="atLeast"/>
        </w:trPr>
        <w:tc>
          <w:tcPr>
            <w:tcW w:w="10206" w:type="dxa"/>
            <w:gridSpan w:val="3"/>
            <w:vAlign w:val="top"/>
          </w:tcPr>
          <w:p>
            <w:r/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ÖĞRENCİNİN</w:t>
            </w:r>
          </w:p>
          <w:p>
            <w:pPr>
              <w:tabs>
                <w:tab w:val="left" w:pos="2100"/>
              </w:tabs>
              <w:spacing w:after="4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ADI SOYADI</w:t>
              <w:tab/>
              <w:t>:</w:t>
            </w:r>
          </w:p>
          <w:p>
            <w:pPr>
              <w:tabs>
                <w:tab w:val="left" w:pos="2100"/>
              </w:tabs>
              <w:spacing w:after="4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BÖLÜMÜ</w:t>
              <w:tab/>
              <w:t>:</w:t>
            </w:r>
          </w:p>
          <w:p>
            <w:pPr>
              <w:tabs>
                <w:tab w:val="left" w:pos="2100"/>
              </w:tabs>
              <w:spacing w:after="4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PROGRAMI</w:t>
              <w:tab/>
              <w:t>:</w:t>
            </w:r>
          </w:p>
          <w:p>
            <w:pPr>
              <w:tabs>
                <w:tab w:val="left" w:pos="2100"/>
              </w:tabs>
              <w:spacing w:after="4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SINIFI</w:t>
              <w:tab/>
              <w:t>:</w:t>
            </w:r>
          </w:p>
          <w:p>
            <w:pPr>
              <w:tabs>
                <w:tab w:val="left" w:pos="2100"/>
              </w:tabs>
              <w:spacing w:after="4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NUMARASI</w:t>
              <w:tab/>
              <w:t>:</w:t>
            </w:r>
          </w:p>
        </w:tc>
      </w:tr>
      <w:tr>
        <w:trPr>
          <w:trHeight w:val="620" w:hRule="atLeast"/>
          <w:tblHeader/>
        </w:trPr>
        <w:tc>
          <w:tcPr>
            <w:tcW w:w="2241" w:type="dxa"/>
            <w:vAlign w:val="center"/>
            <w:shd w:val="clear" w:color="auto" w:fill="D9D9D9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SIRA</w:t>
            </w:r>
            <w:r>
              <w:br/>
            </w: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NO</w:t>
            </w:r>
          </w:p>
        </w:tc>
        <w:tc>
          <w:tcPr>
            <w:tcW w:w="1902" w:type="dxa"/>
            <w:vAlign w:val="center"/>
            <w:shd w:val="clear" w:color="auto" w:fill="D9D9D9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STAJ</w:t>
            </w:r>
            <w:r>
              <w:br/>
            </w: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TARİHLERİ</w:t>
            </w:r>
          </w:p>
        </w:tc>
        <w:tc>
          <w:tcPr>
            <w:tcW w:w="6063" w:type="dxa"/>
            <w:vAlign w:val="center"/>
            <w:shd w:val="clear" w:color="auto" w:fill="D9D9D9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YAPILAN İŞİN ADI</w:t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9.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82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083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084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14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10.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8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08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08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13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11.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8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08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09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12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12.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9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092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093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11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13.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94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09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09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10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14.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09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09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09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09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  <w:tr>
        <w:trPr>
          <w:trHeight w:val="6200" w:hRule="atLeast"/>
        </w:trPr>
        <w:tc>
          <w:tcPr>
            <w:tcW w:w="2241" w:type="dxa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15. Hafta</w:t>
            </w:r>
          </w:p>
        </w:tc>
        <w:tc>
          <w:tcPr>
            <w:tcW w:w="1902" w:type="dxa"/>
            <w:vAlign w:val="center"/>
          </w:tcPr>
          <w:p>
            <w:pPr>
              <w:spacing w:before="0" w:after="0" w:line="240" w:lineRule="auto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Alan"/>
                <w:tag w:val="alan"/>
                <w:id w:val="80000010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"/>
                <w:tag w:val="alan"/>
                <w:id w:val="80000010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......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0"/>
                  <w:i w:val="0"/>
                  <w:sz w:val="22"/>
                  <w:u w:val="none"/>
                </w:rPr>
                <w:alias w:val="/ 20"/>
                <w:tag w:val="alan"/>
                <w:id w:val="800000102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0"/>
                    <w:i w:val="0"/>
                    <w:sz w:val="22"/>
                    <w:u w:val="none"/>
                  </w:rPr>
                  <w:t xml:space="preserve">.....</w:t>
                </w:r>
              </w:sdtContent>
            </w:sdt>
            <w:r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>- …./…./20…</w:t>
            </w:r>
          </w:p>
        </w:tc>
        <w:tc>
          <w:tcPr>
            <w:tcW w:w="6063" w:type="dxa"/>
            <w:vAlign w:val="center"/>
          </w:tcPr>
          <w:p>
            <w:pPr>
              <w:spacing w:before="0" w:after="0" w:line="240" w:lineRule="auto"/>
              <w:jc w:val="left"/>
            </w:pPr>
            <w:sdt>
              <w:sdtPr>
                <w:rPr/>
                <w:alias w:val="Alan"/>
                <w:tag w:val="alan"/>
                <w:id w:val="800000108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</w:r>
          </w:p>
        </w:tc>
      </w:tr>
    </w:tbl>
    <w:p>
      <w:pPr>
        <w:spacing w:before="200" w:after="120" w:line="240" w:lineRule="auto"/>
        <w:ind w:firstLine="567"/>
        <w:jc w:val="both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Yukarıda kimliği yazılı öğrenci  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2"/>
            <w:u w:val="none"/>
          </w:rPr>
          <w:alias w:val="Yukarıda kimliği yazılı öğrenci"/>
          <w:tag w:val="alan"/>
          <w:id w:val="800000103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2"/>
              <w:u w:val="none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2"/>
            <w:u w:val="none"/>
          </w:rPr>
          <w:alias w:val="/"/>
          <w:tag w:val="alan"/>
          <w:id w:val="800000104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2"/>
              <w:u w:val="none"/>
            </w:rPr>
            <w:t xml:space="preserve">..…..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/20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2"/>
            <w:u w:val="none"/>
          </w:rPr>
          <w:alias w:val="/20"/>
          <w:tag w:val="alan"/>
          <w:id w:val="800000105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2"/>
              <w:u w:val="none"/>
            </w:rPr>
            <w:t xml:space="preserve">….....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 ile …../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2"/>
            <w:u w:val="none"/>
          </w:rPr>
          <w:alias w:val="ile …../"/>
          <w:tag w:val="alan"/>
          <w:id w:val="800000106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2"/>
              <w:u w:val="none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./20</w:t>
      </w:r>
      <w:sdt>
        <w:sdtPr>
          <w:rPr>
            <w:rFonts w:ascii="Times New Roman" w:hAnsi="Times New Roman" w:eastAsia="Times New Roman" w:cs="Times New Roman"/>
            <w:b w:val="0"/>
            <w:i w:val="0"/>
            <w:sz w:val="22"/>
            <w:u w:val="none"/>
          </w:rPr>
          <w:alias w:val="/20"/>
          <w:tag w:val="alan"/>
          <w:id w:val="80000010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0"/>
              <w:i w:val="0"/>
              <w:sz w:val="22"/>
              <w:u w:val="none"/>
            </w:rPr>
            <w:t xml:space="preserve">….....</w:t>
          </w:r>
        </w:sdtContent>
      </w:sdt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 tarihleri arasında toplam ….. Hafta ve ….</w:t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>İş günü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 xml:space="preserve"> staj çalışmasını yapmıştır.</w:t>
      </w:r>
    </w:p>
    <w:p>
      <w:pPr>
        <w:spacing w:before="0" w:after="400" w:line="240" w:lineRule="auto"/>
        <w:jc w:val="left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</w:p>
    <w:p>
      <w:pPr>
        <w:spacing w:before="0" w:after="40" w:line="240" w:lineRule="auto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</w:r>
      <w:r>
        <w:rPr>
          <w:rFonts w:ascii="Times New Roman" w:hAnsi="Times New Roman" w:eastAsia="Times New Roman" w:cs="Times New Roman"/>
          <w:b/>
          <w:i w:val="0"/>
          <w:sz w:val="22"/>
          <w:u w:val="none"/>
        </w:rPr>
        <w:t xml:space="preserve">İŞ YERİ </w:t>
      </w: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>UYGULAMA SORUMLUSU</w:t>
      </w:r>
    </w:p>
    <w:p>
      <w:pPr>
        <w:spacing w:before="0" w:after="0" w:line="240" w:lineRule="auto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  <w:u w:val="none"/>
        </w:rPr>
        <w:t>(KAŞE – İMZA – MÜHÜR )</w:t>
      </w:r>
    </w:p>
    <w:p>
      <w:pPr>
        <w:spacing w:before="0" w:after="0"/>
      </w:pPr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20" w:type="dxa"/>
          <w:left w:w="200" w:type="dxa"/>
          <w:bottom w:w="120" w:type="dxa"/>
          <w:right w:w="200" w:type="dxa"/>
        </w:tblCellMar>
      </w:tblPr>
      <w:tblGrid>
        <w:gridCol w:w="10206"/>
      </w:tblGrid>
      <w:tr>
        <w:trPr>
          <w:trHeight w:val="11600" w:hRule="atLeast"/>
        </w:trPr>
        <w:tc>
          <w:tcPr>
            <w:tcW w:w="10206" w:type="dxa"/>
            <w:vAlign w:val="top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z w:val="22"/>
                <w:u w:val="none"/>
              </w:rPr>
              <w:t xml:space="preserve">Staj Arka </w:t>
            </w:r>
            <w:r>
              <w:rPr>
                <w:rFonts w:ascii="Times New Roman" w:hAnsi="Times New Roman" w:eastAsia="Times New Roman" w:cs="Times New Roman"/>
                <w:b/>
                <w:i w:val="0"/>
                <w:sz w:val="22"/>
                <w:u w:val="none"/>
              </w:rPr>
              <w:t>Kapağı</w:t>
            </w: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spacing w:after="0"/>
            </w:pP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/>
                <w:sz w:val="28"/>
                <w:u w:val="none"/>
              </w:rPr>
              <w:t>“….hayata açılan bilgi limanı…”</w:t>
            </w:r>
          </w:p>
        </w:tc>
      </w:tr>
    </w:tbl>
    <w:sectPr w:rsidRPr="0006063C" w:rsidR="00FC693F" w:rsidSect="00034616">
      <w:headerReference w:type="default" r:id="R8b59d3db4fc848d4"/>
      <w:headerReference w:type="first" r:id="R8b59d3db4fc848d4"/>
      <w:headerReference w:type="even" r:id="R8b59d3db4fc848d4"/>
      <w:footerReference w:type="default" r:id="Rc30d01fc387b4ed5"/>
      <w:footerReference w:type="first" r:id="Rc30d01fc387b4ed5"/>
      <w:footerReference w:type="even" r:id="Rc30d01fc387b4ed5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KYS-FR.278,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9fe035ec2d8443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kvys.giresun.edu.tr/dg/835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f7ba8de04e94d8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63318baee9f453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Öğrenci Staj Dosyası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KYS-FR.278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  <w:jc w:val="both"/>
    </w:pPr>
    <w:rPr>
      <w:rFonts w:ascii="Times New Roman" w:hAnsi="Times New Roman" w:cs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2.xml" Id="R8b59d3db4fc848d4" /><Relationship Type="http://schemas.openxmlformats.org/officeDocument/2006/relationships/footer" Target="/word/footer2.xml" Id="Rc30d01fc387b4ed5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9f7ba8de04e94d86" /><Relationship Type="http://schemas.openxmlformats.org/officeDocument/2006/relationships/hyperlink" Target="https://kvys.giresun.edu.tr/dg/835" TargetMode="External" Id="R49fe035ec2d8443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063318baee9f45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