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0" w:type="auto"/>
        <w:jc w:val="center"/>
        <w:tblLayout w:type="fixed"/>
        <w:tblCellMar>
          <w:top w:w="50" w:type="dxa"/>
          <w:left w:w="100" w:type="dxa"/>
          <w:bottom w:w="50" w:type="dxa"/>
          <w:right w:w="100" w:type="dxa"/>
        </w:tblCellMar>
        <w:tblLook w:val="04A0" w:firstRow="1" w:lastRow="0" w:firstColumn="1" w:lastColumn="0" w:noHBand="0" w:noVBand="1"/>
      </w:tblPr>
      <w:tblGrid>
        <w:gridCol w:w="3515"/>
        <w:gridCol w:w="6690"/>
      </w:tblGrid>
      <w:tr w:rsidR="00E56836" w:rsidTr="0022767D" w14:paraId="157C9E53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58990B9B" w14:textId="77777777">
            <w:r>
              <w:rPr>
                <w:b/>
              </w:rPr>
              <w:t>Düzeltici Form No / Tarih</w:t>
            </w:r>
          </w:p>
        </w:tc>
        <w:tc>
          <w:tcPr>
            <w:tcW w:w="6690" w:type="dxa"/>
          </w:tcPr>
          <w:p w:rsidR="00E56836" w:rsidRDefault="00E56836" w14:paraId="025F1A32" w14:textId="77777777"/>
        </w:tc>
      </w:tr>
      <w:tr w:rsidR="00E56836" w:rsidTr="0022767D" w14:paraId="4AE8C7B4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68D2856F" w14:textId="77777777">
            <w:r>
              <w:rPr>
                <w:b/>
              </w:rPr>
              <w:t>Uygunsuzluğu Tespit Eden Birim / Kişi</w:t>
            </w:r>
          </w:p>
        </w:tc>
        <w:tc>
          <w:tcPr>
            <w:tcW w:w="6690" w:type="dxa"/>
          </w:tcPr>
          <w:p w:rsidR="00E56836" w:rsidRDefault="00E56836" w14:paraId="6F55D567" w14:textId="77777777"/>
        </w:tc>
      </w:tr>
      <w:tr w:rsidR="00E56836" w:rsidTr="0022767D" w14:paraId="0E493E94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5F4224D2" w14:textId="77777777">
            <w:r>
              <w:rPr>
                <w:b/>
              </w:rPr>
              <w:t>Tespit Kaynağı</w:t>
            </w:r>
          </w:p>
        </w:tc>
        <w:tc>
          <w:tcPr>
            <w:tcW w:w="6690" w:type="dxa"/>
          </w:tcPr>
          <w:p w:rsidR="00E56836" w:rsidRDefault="00E56836" w14:paraId="078B83BB" w14:textId="77777777"/>
        </w:tc>
      </w:tr>
      <w:tr w:rsidR="00E56836" w:rsidTr="0022767D" w14:paraId="06064565" w14:textId="77777777">
        <w:trPr>
          <w:trHeight w:val="85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2AF27C99" w14:textId="77777777">
            <w:r>
              <w:rPr>
                <w:b/>
              </w:rPr>
              <w:t>Uygunsuzluk Tanımı</w:t>
            </w:r>
          </w:p>
        </w:tc>
        <w:tc>
          <w:tcPr>
            <w:tcW w:w="6690" w:type="dxa"/>
          </w:tcPr>
          <w:p w:rsidR="00E56836" w:rsidRDefault="00E56836" w14:paraId="33A2C257" w14:textId="77777777"/>
        </w:tc>
      </w:tr>
      <w:tr w:rsidR="00E56836" w:rsidTr="0022767D" w14:paraId="27938DBE" w14:textId="77777777">
        <w:trPr>
          <w:trHeight w:val="907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39A0F99A" w14:textId="77777777">
            <w:r>
              <w:rPr>
                <w:b/>
              </w:rPr>
              <w:t>Uygunsuzluğun Nedeni</w:t>
            </w:r>
            <w:r>
              <w:br/>
            </w:r>
            <w:r>
              <w:rPr>
                <w:b/>
              </w:rPr>
              <w:t>(Kök Neden Analizi ve Yayılma Potansiyeli)</w:t>
            </w:r>
          </w:p>
        </w:tc>
        <w:tc>
          <w:tcPr>
            <w:tcW w:w="6690" w:type="dxa"/>
          </w:tcPr>
          <w:p w:rsidR="00E56836" w:rsidRDefault="00E56836" w14:paraId="6F944E7A" w14:textId="77777777"/>
        </w:tc>
      </w:tr>
      <w:tr w:rsidR="00E56836" w:rsidTr="0022767D" w14:paraId="6BDA40B0" w14:textId="77777777">
        <w:trPr>
          <w:trHeight w:val="85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62B16965" w14:textId="77777777">
            <w:r>
              <w:rPr>
                <w:b/>
              </w:rPr>
              <w:t>Uygulanması Planlanan Düzeltici Faaliyet</w:t>
            </w:r>
          </w:p>
        </w:tc>
        <w:tc>
          <w:tcPr>
            <w:tcW w:w="6690" w:type="dxa"/>
          </w:tcPr>
          <w:p w:rsidR="00E56836" w:rsidRDefault="00E56836" w14:paraId="4B252A72" w14:textId="77777777"/>
        </w:tc>
      </w:tr>
      <w:tr w:rsidR="00E56836" w:rsidTr="0022767D" w14:paraId="33E683A4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E56836" w:rsidRDefault="00000000" w14:paraId="2EF081A5" w14:textId="77777777">
            <w:r>
              <w:rPr>
                <w:b/>
              </w:rPr>
              <w:t>Faaliyetin Sorumluları</w:t>
            </w:r>
          </w:p>
        </w:tc>
        <w:tc>
          <w:tcPr>
            <w:tcW w:w="6690" w:type="dxa"/>
          </w:tcPr>
          <w:p w:rsidR="00E56836" w:rsidRDefault="00E56836" w14:paraId="5BAA6B62" w14:textId="77777777"/>
        </w:tc>
      </w:tr>
    </w:tbl>
    <w:p w:rsidR="00E56836" w:rsidRDefault="00E56836" w14:paraId="2D54F9C7" w14:textId="77777777">
      <w:pPr>
        <w:spacing w:after="80"/>
      </w:pPr>
    </w:p>
    <w:p w:rsidR="00E56836" w:rsidRDefault="00000000" w14:paraId="2FFF20E9" w14:textId="77777777">
      <w:pPr>
        <w:spacing w:after="60"/>
      </w:pPr>
      <w:r>
        <w:rPr>
          <w:b/>
        </w:rPr>
        <w:t>Faaliyet Adımlarının Tanımlanması</w:t>
      </w:r>
    </w:p>
    <w:tbl>
      <w:tblPr>
        <w:tblStyle w:val="TabloKlavuzu"/>
        <w:tblW w:w="0" w:type="auto"/>
        <w:jc w:val="center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4082"/>
        <w:gridCol w:w="2494"/>
        <w:gridCol w:w="1474"/>
        <w:gridCol w:w="2154"/>
      </w:tblGrid>
      <w:tr w:rsidR="00E56836" w14:paraId="76CEB0B4" w14:textId="77777777">
        <w:trPr>
          <w:trHeight w:val="510"/>
          <w:jc w:val="center"/>
        </w:trPr>
        <w:tc>
          <w:tcPr>
            <w:tcW w:w="4082" w:type="dxa"/>
            <w:shd w:val="clear" w:color="auto" w:fill="D9D9D9"/>
            <w:vAlign w:val="center"/>
          </w:tcPr>
          <w:p w:rsidR="00E56836" w:rsidRDefault="00000000" w14:paraId="699E4769" w14:textId="77777777">
            <w:pPr>
              <w:jc w:val="center"/>
            </w:pPr>
            <w:r>
              <w:rPr>
                <w:b/>
              </w:rPr>
              <w:t>Adım</w:t>
            </w:r>
          </w:p>
        </w:tc>
        <w:tc>
          <w:tcPr>
            <w:tcW w:w="2494" w:type="dxa"/>
            <w:shd w:val="clear" w:color="auto" w:fill="D9D9D9"/>
            <w:vAlign w:val="center"/>
          </w:tcPr>
          <w:p w:rsidR="00E56836" w:rsidRDefault="00000000" w14:paraId="78266CE5" w14:textId="77777777">
            <w:pPr>
              <w:jc w:val="center"/>
            </w:pPr>
            <w:r>
              <w:rPr>
                <w:b/>
              </w:rPr>
              <w:t>Sorumlu Birim / Kişi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E56836" w:rsidRDefault="00000000" w14:paraId="752C80A7" w14:textId="77777777">
            <w:pPr>
              <w:jc w:val="center"/>
            </w:pPr>
            <w:r>
              <w:rPr>
                <w:b/>
              </w:rPr>
              <w:t>Bütçe</w:t>
            </w:r>
          </w:p>
        </w:tc>
        <w:tc>
          <w:tcPr>
            <w:tcW w:w="2154" w:type="dxa"/>
            <w:shd w:val="clear" w:color="auto" w:fill="D9D9D9"/>
            <w:vAlign w:val="center"/>
          </w:tcPr>
          <w:p w:rsidR="00E56836" w:rsidRDefault="00000000" w14:paraId="4750836C" w14:textId="77777777">
            <w:pPr>
              <w:jc w:val="center"/>
            </w:pPr>
            <w:r>
              <w:rPr>
                <w:b/>
              </w:rPr>
              <w:t>Tamamlanma Tarihi</w:t>
            </w:r>
          </w:p>
        </w:tc>
      </w:tr>
      <w:tr w:rsidR="00E56836" w14:paraId="6F1289B6" w14:textId="77777777">
        <w:trPr>
          <w:trHeight w:val="566"/>
          <w:jc w:val="center"/>
        </w:trPr>
        <w:tc>
          <w:tcPr>
            <w:tcW w:w="4082" w:type="dxa"/>
          </w:tcPr>
          <w:p w:rsidR="00E56836" w:rsidRDefault="00000000" w14:paraId="725DEDDC" w14:textId="77777777">
            <w:r>
              <w:t>1. Adım:</w:t>
            </w:r>
          </w:p>
        </w:tc>
        <w:tc>
          <w:tcPr>
            <w:tcW w:w="2494" w:type="dxa"/>
            <w:vAlign w:val="center"/>
          </w:tcPr>
          <w:p w:rsidR="00E56836" w:rsidRDefault="00E56836" w14:paraId="187B1686" w14:textId="77777777"/>
        </w:tc>
        <w:tc>
          <w:tcPr>
            <w:tcW w:w="1474" w:type="dxa"/>
            <w:vAlign w:val="center"/>
          </w:tcPr>
          <w:p w:rsidR="00E56836" w:rsidRDefault="00E56836" w14:paraId="451BC10F" w14:textId="77777777"/>
        </w:tc>
        <w:tc>
          <w:tcPr>
            <w:tcW w:w="2154" w:type="dxa"/>
            <w:vAlign w:val="center"/>
          </w:tcPr>
          <w:p w:rsidR="00E56836" w:rsidRDefault="00E56836" w14:paraId="54CA46FF" w14:textId="77777777"/>
        </w:tc>
      </w:tr>
      <w:tr w:rsidR="00E56836" w14:paraId="2333D7EB" w14:textId="77777777">
        <w:trPr>
          <w:trHeight w:val="566"/>
          <w:jc w:val="center"/>
        </w:trPr>
        <w:tc>
          <w:tcPr>
            <w:tcW w:w="4082" w:type="dxa"/>
          </w:tcPr>
          <w:p w:rsidR="00E56836" w:rsidRDefault="00000000" w14:paraId="353A0C98" w14:textId="77777777">
            <w:r>
              <w:t>2. Adım:</w:t>
            </w:r>
          </w:p>
        </w:tc>
        <w:tc>
          <w:tcPr>
            <w:tcW w:w="2494" w:type="dxa"/>
            <w:vAlign w:val="center"/>
          </w:tcPr>
          <w:p w:rsidR="00E56836" w:rsidRDefault="00E56836" w14:paraId="0F01F844" w14:textId="77777777"/>
        </w:tc>
        <w:tc>
          <w:tcPr>
            <w:tcW w:w="1474" w:type="dxa"/>
            <w:vAlign w:val="center"/>
          </w:tcPr>
          <w:p w:rsidR="00E56836" w:rsidRDefault="00E56836" w14:paraId="599E0266" w14:textId="77777777"/>
        </w:tc>
        <w:tc>
          <w:tcPr>
            <w:tcW w:w="2154" w:type="dxa"/>
            <w:vAlign w:val="center"/>
          </w:tcPr>
          <w:p w:rsidR="00E56836" w:rsidRDefault="00E56836" w14:paraId="1DCED7A7" w14:textId="77777777"/>
        </w:tc>
      </w:tr>
      <w:tr w:rsidR="00E56836" w14:paraId="3FCFFFAB" w14:textId="77777777">
        <w:trPr>
          <w:trHeight w:val="566"/>
          <w:jc w:val="center"/>
        </w:trPr>
        <w:tc>
          <w:tcPr>
            <w:tcW w:w="4082" w:type="dxa"/>
          </w:tcPr>
          <w:p w:rsidR="00E56836" w:rsidRDefault="00000000" w14:paraId="16EF1955" w14:textId="77777777">
            <w:r>
              <w:t>3. Adım:</w:t>
            </w:r>
          </w:p>
        </w:tc>
        <w:tc>
          <w:tcPr>
            <w:tcW w:w="2494" w:type="dxa"/>
            <w:vAlign w:val="center"/>
          </w:tcPr>
          <w:p w:rsidR="00E56836" w:rsidRDefault="00E56836" w14:paraId="6DAB85E0" w14:textId="77777777"/>
        </w:tc>
        <w:tc>
          <w:tcPr>
            <w:tcW w:w="1474" w:type="dxa"/>
            <w:vAlign w:val="center"/>
          </w:tcPr>
          <w:p w:rsidR="00E56836" w:rsidRDefault="00E56836" w14:paraId="683BE4D3" w14:textId="77777777"/>
        </w:tc>
        <w:tc>
          <w:tcPr>
            <w:tcW w:w="2154" w:type="dxa"/>
            <w:vAlign w:val="center"/>
          </w:tcPr>
          <w:p w:rsidR="00E56836" w:rsidRDefault="00E56836" w14:paraId="5CC655A2" w14:textId="77777777"/>
        </w:tc>
      </w:tr>
    </w:tbl>
    <w:p w:rsidR="00E56836" w:rsidRDefault="00E56836" w14:paraId="29901877" w14:textId="77777777">
      <w:pPr>
        <w:spacing w:after="80"/>
      </w:pPr>
    </w:p>
    <w:p w:rsidR="00E56836" w:rsidRDefault="00000000" w14:paraId="180762CD" w14:textId="77777777">
      <w:pPr>
        <w:spacing w:after="60"/>
      </w:pPr>
      <w:r>
        <w:rPr>
          <w:b/>
        </w:rPr>
        <w:t>SONUÇ</w:t>
      </w:r>
    </w:p>
    <w:tbl>
      <w:tblPr>
        <w:tblStyle w:val="TabloKlavuzu"/>
        <w:tblW w:w="0" w:type="auto"/>
        <w:jc w:val="center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10205"/>
      </w:tblGrid>
      <w:tr w:rsidR="00E56836" w:rsidTr="0022767D" w14:paraId="5D7D303D" w14:textId="77777777">
        <w:trPr>
          <w:trHeight w:val="566"/>
          <w:jc w:val="center"/>
        </w:trPr>
        <w:tc>
          <w:tcPr>
            <w:tcW w:w="10205" w:type="dxa"/>
            <w:vAlign w:val="center"/>
          </w:tcPr>
          <w:p w:rsidR="00E56836" w:rsidRDefault="00000000" w14:paraId="6E661694" w14:textId="77777777">
            <w:r>
              <w:t>☐  Gerçekleştirilen faaliyet uygunsuzluğun tekrarını önlemek için yeterli olmuştur.</w:t>
            </w:r>
          </w:p>
        </w:tc>
      </w:tr>
      <w:tr w:rsidR="00E56836" w:rsidTr="0022767D" w14:paraId="5A47BE5C" w14:textId="77777777">
        <w:trPr>
          <w:trHeight w:val="566"/>
          <w:jc w:val="center"/>
        </w:trPr>
        <w:tc>
          <w:tcPr>
            <w:tcW w:w="10205" w:type="dxa"/>
            <w:vAlign w:val="center"/>
          </w:tcPr>
          <w:p w:rsidR="00E56836" w:rsidRDefault="00000000" w14:paraId="26B07365" w14:textId="77777777">
            <w:r>
              <w:t>☐  Gerçekleştirilen faaliyet uygunsuzluğun tekrarını önlemek için yeterli olmamıştır. İlave faaliyetlere gerek vardır.  (DF No: ............)</w:t>
            </w:r>
          </w:p>
        </w:tc>
      </w:tr>
    </w:tbl>
    <w:p w:rsidR="00E56836" w:rsidRDefault="00E56836" w14:paraId="0D5EB301" w14:textId="77777777">
      <w:pPr>
        <w:spacing w:after="80"/>
      </w:pPr>
    </w:p>
    <w:tbl>
      <w:tblPr>
        <w:tblStyle w:val="TabloKlavuzu"/>
        <w:tblW w:w="0" w:type="auto"/>
        <w:jc w:val="center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E56836" w:rsidTr="0022767D" w14:paraId="603C9C44" w14:textId="77777777">
        <w:trPr>
          <w:trHeight w:val="1360"/>
          <w:jc w:val="center"/>
        </w:trPr>
        <w:tc>
          <w:tcPr>
            <w:tcW w:w="5102" w:type="dxa"/>
            <w:vAlign w:val="center"/>
          </w:tcPr>
          <w:p w:rsidR="00E56836" w:rsidRDefault="00E56836" w14:paraId="0505F034" w14:textId="77777777">
            <w:pPr>
              <w:jc w:val="center"/>
            </w:pPr>
          </w:p>
        </w:tc>
        <w:tc>
          <w:tcPr>
            <w:tcW w:w="5102" w:type="dxa"/>
          </w:tcPr>
          <w:p w:rsidR="00E56836" w:rsidRDefault="00000000" w14:paraId="4FDCAF44" w14:textId="77777777">
            <w:r>
              <w:t>İlgili Birim Kalite Sorumlusu</w:t>
            </w:r>
            <w:r>
              <w:br/>
            </w:r>
            <w:r>
              <w:br/>
              <w:t>Ad Soyadı:</w:t>
            </w:r>
            <w:r>
              <w:br/>
              <w:t>İmza:</w:t>
            </w:r>
            <w:r>
              <w:br/>
              <w:t>Tarih:</w:t>
            </w:r>
          </w:p>
        </w:tc>
      </w:tr>
    </w:tbl>
    <w:p w:rsidR="00495363" w:rsidRDefault="00495363" w14:paraId="1043D15F" w14:textId="77777777"/>
    <w:sectPr w:rsidR="00495363" w:rsidSect="00034616">
      <w:headerReference w:type="default" r:id="Rd125bedd81644dce"/>
      <w:headerReference w:type="first" r:id="Rd125bedd81644dce"/>
      <w:headerReference w:type="even" r:id="Rd125bedd81644dce"/>
      <w:footerReference w:type="default" r:id="Ra6cb140674ee43ac"/>
      <w:footerReference w:type="first" r:id="Ra6cb140674ee43ac"/>
      <w:footerReference w:type="even" r:id="Ra6cb140674ee43ac"/>
      <w:pgSz w:w="11906" w:h="16838"/>
      <w:pgMar w:top="2154" w:right="850" w:bottom="1587" w:left="850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KYS-FR.006,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51ea594a8294f1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kvys.giresun.edu.tr/dg/290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6c99dd9963e427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2fe1edb3f8a4bb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Düzeltici Faaliyet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KYS-FR.006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9277515">
    <w:abstractNumId w:val="8"/>
  </w:num>
  <w:num w:numId="2" w16cid:durableId="1437140851">
    <w:abstractNumId w:val="6"/>
  </w:num>
  <w:num w:numId="3" w16cid:durableId="1353452520">
    <w:abstractNumId w:val="5"/>
  </w:num>
  <w:num w:numId="4" w16cid:durableId="598760449">
    <w:abstractNumId w:val="4"/>
  </w:num>
  <w:num w:numId="5" w16cid:durableId="1131750973">
    <w:abstractNumId w:val="7"/>
  </w:num>
  <w:num w:numId="6" w16cid:durableId="812793793">
    <w:abstractNumId w:val="3"/>
  </w:num>
  <w:num w:numId="7" w16cid:durableId="1815413399">
    <w:abstractNumId w:val="2"/>
  </w:num>
  <w:num w:numId="8" w16cid:durableId="138570145">
    <w:abstractNumId w:val="1"/>
  </w:num>
  <w:num w:numId="9" w16cid:durableId="6003763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E75"/>
    <w:rsid w:val="0015074B"/>
    <w:rsid w:val="0022767D"/>
    <w:rsid w:val="0029639D"/>
    <w:rsid w:val="00326F90"/>
    <w:rsid w:val="00495363"/>
    <w:rsid w:val="00AA1D8D"/>
    <w:rsid w:val="00B47730"/>
    <w:rsid w:val="00CB0664"/>
    <w:rsid w:val="00E568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9DB7148"/>
  <w14:defaultImageDpi w14:val="300"/>
  <w15:docId w15:val="{7D93C510-D7CA-624F-9732-D00C0D9F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d125bedd81644dce" /><Relationship Type="http://schemas.openxmlformats.org/officeDocument/2006/relationships/footer" Target="/word/footer1.xml" Id="Ra6cb140674ee43a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6c99dd9963e427b" /><Relationship Type="http://schemas.openxmlformats.org/officeDocument/2006/relationships/hyperlink" Target="https://kvys.giresun.edu.tr/dg/290" TargetMode="External" Id="R651ea594a8294f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12fe1edb3f8a4b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Enis Taşcı</cp:lastModifiedBy>
  <cp:revision>2</cp:revision>
  <dcterms:created xsi:type="dcterms:W3CDTF">2013-12-23T23:15:00Z</dcterms:created>
  <dcterms:modified xsi:type="dcterms:W3CDTF">2026-07-17T10:32:00Z</dcterms:modified>
  <cp:category/>
</cp:coreProperties>
</file>