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0" w:type="auto"/>
        <w:jc w:val="center"/>
        <w:tblLayout w:type="fixed"/>
        <w:tblCellMar>
          <w:top w:w="50" w:type="dxa"/>
          <w:left w:w="100" w:type="dxa"/>
          <w:bottom w:w="50" w:type="dxa"/>
          <w:right w:w="100" w:type="dxa"/>
        </w:tblCellMar>
        <w:tblLook w:val="04A0" w:firstRow="1" w:lastRow="0" w:firstColumn="1" w:lastColumn="0" w:noHBand="0" w:noVBand="1"/>
      </w:tblPr>
      <w:tblGrid>
        <w:gridCol w:w="3515"/>
        <w:gridCol w:w="6690"/>
      </w:tblGrid>
      <w:tr w:rsidR="00643F3D" w:rsidTr="005F00A7" w14:paraId="69193975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380226E6" w14:textId="77777777">
            <w:r>
              <w:rPr>
                <w:b/>
              </w:rPr>
              <w:t>Talep Eden Birim / Kişi</w:t>
            </w:r>
          </w:p>
        </w:tc>
        <w:tc>
          <w:tcPr>
            <w:tcW w:w="6690" w:type="dxa"/>
          </w:tcPr>
          <w:p w:rsidR="00643F3D" w:rsidRDefault="00643F3D" w14:paraId="459B1248" w14:textId="77777777"/>
        </w:tc>
      </w:tr>
      <w:tr w:rsidR="00643F3D" w:rsidTr="005F00A7" w14:paraId="6563489A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07BE2D87" w14:textId="77777777">
            <w:r>
              <w:rPr>
                <w:b/>
              </w:rPr>
              <w:t>Tespit Kaynağı / Tarih</w:t>
            </w:r>
          </w:p>
        </w:tc>
        <w:tc>
          <w:tcPr>
            <w:tcW w:w="6690" w:type="dxa"/>
          </w:tcPr>
          <w:p w:rsidR="00643F3D" w:rsidRDefault="00643F3D" w14:paraId="25E5365D" w14:textId="77777777"/>
        </w:tc>
      </w:tr>
      <w:tr w:rsidR="00643F3D" w:rsidTr="005F00A7" w14:paraId="0D898DC9" w14:textId="77777777">
        <w:trPr>
          <w:trHeight w:val="85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2CE52C57" w14:textId="77777777">
            <w:r>
              <w:rPr>
                <w:b/>
              </w:rPr>
              <w:t>Süreç Faaliyeti / Geri Bildirim / Risk</w:t>
            </w:r>
          </w:p>
        </w:tc>
        <w:tc>
          <w:tcPr>
            <w:tcW w:w="6690" w:type="dxa"/>
          </w:tcPr>
          <w:p w:rsidR="00643F3D" w:rsidRDefault="00643F3D" w14:paraId="6EE2CAC3" w14:textId="77777777"/>
        </w:tc>
      </w:tr>
      <w:tr w:rsidR="00643F3D" w:rsidTr="005F00A7" w14:paraId="214B66ED" w14:textId="77777777">
        <w:trPr>
          <w:trHeight w:val="907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7110FD8E" w14:textId="77777777">
            <w:r>
              <w:rPr>
                <w:b/>
              </w:rPr>
              <w:t>İyileştirme Tanımı</w:t>
            </w:r>
          </w:p>
        </w:tc>
        <w:tc>
          <w:tcPr>
            <w:tcW w:w="6690" w:type="dxa"/>
          </w:tcPr>
          <w:p w:rsidR="00643F3D" w:rsidRDefault="00643F3D" w14:paraId="33DC30DD" w14:textId="77777777"/>
        </w:tc>
      </w:tr>
      <w:tr w:rsidR="00643F3D" w:rsidTr="005F00A7" w14:paraId="039A40FC" w14:textId="77777777">
        <w:trPr>
          <w:trHeight w:val="907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64B8675D" w14:textId="77777777">
            <w:r>
              <w:rPr>
                <w:b/>
              </w:rPr>
              <w:t>Uygulanması Planlanan Faaliyet</w:t>
            </w:r>
          </w:p>
        </w:tc>
        <w:tc>
          <w:tcPr>
            <w:tcW w:w="6690" w:type="dxa"/>
          </w:tcPr>
          <w:p w:rsidR="00643F3D" w:rsidRDefault="00643F3D" w14:paraId="11624FC0" w14:textId="77777777"/>
        </w:tc>
      </w:tr>
      <w:tr w:rsidR="00643F3D" w:rsidTr="005F00A7" w14:paraId="181E30E7" w14:textId="77777777">
        <w:trPr>
          <w:trHeight w:val="510"/>
          <w:jc w:val="center"/>
        </w:trPr>
        <w:tc>
          <w:tcPr>
            <w:tcW w:w="3515" w:type="dxa"/>
            <w:shd w:val="clear" w:color="auto" w:fill="D9D9D9"/>
            <w:vAlign w:val="center"/>
          </w:tcPr>
          <w:p w:rsidR="00643F3D" w:rsidRDefault="00000000" w14:paraId="4FBBBAEB" w14:textId="77777777">
            <w:r>
              <w:rPr>
                <w:b/>
              </w:rPr>
              <w:t>Faaliyetin Üst Sorumlusu</w:t>
            </w:r>
          </w:p>
        </w:tc>
        <w:tc>
          <w:tcPr>
            <w:tcW w:w="6690" w:type="dxa"/>
          </w:tcPr>
          <w:p w:rsidR="00643F3D" w:rsidRDefault="00643F3D" w14:paraId="6FFEAC20" w14:textId="77777777"/>
        </w:tc>
      </w:tr>
    </w:tbl>
    <w:p w:rsidR="00643F3D" w:rsidRDefault="00643F3D" w14:paraId="5946C956" w14:textId="77777777">
      <w:pPr>
        <w:spacing w:after="80"/>
      </w:pPr>
    </w:p>
    <w:p w:rsidR="00643F3D" w:rsidRDefault="00000000" w14:paraId="0BA6C3A9" w14:textId="77777777">
      <w:pPr>
        <w:spacing w:after="60"/>
      </w:pPr>
      <w:r>
        <w:rPr>
          <w:b/>
        </w:rPr>
        <w:t>Faaliyet Adımlarının Tanımlanması</w:t>
      </w:r>
    </w:p>
    <w:tbl>
      <w:tblPr>
        <w:tblStyle w:val="TabloKlavuzu"/>
        <w:tblW w:w="0" w:type="auto"/>
        <w:jc w:val="center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4082"/>
        <w:gridCol w:w="2494"/>
        <w:gridCol w:w="1474"/>
        <w:gridCol w:w="2154"/>
      </w:tblGrid>
      <w:tr w:rsidR="00643F3D" w14:paraId="4CEE8B7B" w14:textId="77777777">
        <w:trPr>
          <w:trHeight w:val="510"/>
          <w:jc w:val="center"/>
        </w:trPr>
        <w:tc>
          <w:tcPr>
            <w:tcW w:w="4082" w:type="dxa"/>
            <w:shd w:val="clear" w:color="auto" w:fill="D9D9D9"/>
            <w:vAlign w:val="center"/>
          </w:tcPr>
          <w:p w:rsidR="00643F3D" w:rsidRDefault="00000000" w14:paraId="17ACCE96" w14:textId="77777777">
            <w:pPr>
              <w:jc w:val="center"/>
            </w:pPr>
            <w:r>
              <w:rPr>
                <w:b/>
              </w:rPr>
              <w:t>Adım</w:t>
            </w:r>
          </w:p>
        </w:tc>
        <w:tc>
          <w:tcPr>
            <w:tcW w:w="2494" w:type="dxa"/>
            <w:shd w:val="clear" w:color="auto" w:fill="D9D9D9"/>
            <w:vAlign w:val="center"/>
          </w:tcPr>
          <w:p w:rsidR="00643F3D" w:rsidRDefault="00000000" w14:paraId="5B7E2011" w14:textId="77777777">
            <w:pPr>
              <w:jc w:val="center"/>
            </w:pPr>
            <w:r>
              <w:rPr>
                <w:b/>
              </w:rPr>
              <w:t>Sorumlu Birim / Kişi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643F3D" w:rsidRDefault="00000000" w14:paraId="10A10246" w14:textId="77777777">
            <w:pPr>
              <w:jc w:val="center"/>
            </w:pPr>
            <w:r>
              <w:rPr>
                <w:b/>
              </w:rPr>
              <w:t>Bütçe</w:t>
            </w:r>
          </w:p>
        </w:tc>
        <w:tc>
          <w:tcPr>
            <w:tcW w:w="2154" w:type="dxa"/>
            <w:shd w:val="clear" w:color="auto" w:fill="D9D9D9"/>
            <w:vAlign w:val="center"/>
          </w:tcPr>
          <w:p w:rsidR="00643F3D" w:rsidRDefault="00000000" w14:paraId="0BE0DF98" w14:textId="77777777">
            <w:pPr>
              <w:jc w:val="center"/>
            </w:pPr>
            <w:r>
              <w:rPr>
                <w:b/>
              </w:rPr>
              <w:t>Tamamlanma Tarihi</w:t>
            </w:r>
          </w:p>
        </w:tc>
      </w:tr>
      <w:tr w:rsidR="00643F3D" w14:paraId="53378B78" w14:textId="77777777">
        <w:trPr>
          <w:trHeight w:val="566"/>
          <w:jc w:val="center"/>
        </w:trPr>
        <w:tc>
          <w:tcPr>
            <w:tcW w:w="4082" w:type="dxa"/>
          </w:tcPr>
          <w:p w:rsidR="00643F3D" w:rsidRDefault="00000000" w14:paraId="7669CF89" w14:textId="77777777">
            <w:r>
              <w:t>1. Adım:</w:t>
            </w:r>
          </w:p>
        </w:tc>
        <w:tc>
          <w:tcPr>
            <w:tcW w:w="2494" w:type="dxa"/>
            <w:vAlign w:val="center"/>
          </w:tcPr>
          <w:p w:rsidR="00643F3D" w:rsidRDefault="00643F3D" w14:paraId="544BC383" w14:textId="77777777"/>
        </w:tc>
        <w:tc>
          <w:tcPr>
            <w:tcW w:w="1474" w:type="dxa"/>
            <w:vAlign w:val="center"/>
          </w:tcPr>
          <w:p w:rsidR="00643F3D" w:rsidRDefault="00643F3D" w14:paraId="79986575" w14:textId="77777777"/>
        </w:tc>
        <w:tc>
          <w:tcPr>
            <w:tcW w:w="2154" w:type="dxa"/>
            <w:vAlign w:val="center"/>
          </w:tcPr>
          <w:p w:rsidR="00643F3D" w:rsidRDefault="00643F3D" w14:paraId="667936C8" w14:textId="77777777"/>
        </w:tc>
      </w:tr>
      <w:tr w:rsidR="00643F3D" w14:paraId="236C74E6" w14:textId="77777777">
        <w:trPr>
          <w:trHeight w:val="566"/>
          <w:jc w:val="center"/>
        </w:trPr>
        <w:tc>
          <w:tcPr>
            <w:tcW w:w="4082" w:type="dxa"/>
          </w:tcPr>
          <w:p w:rsidR="00643F3D" w:rsidRDefault="00000000" w14:paraId="14EE5B41" w14:textId="77777777">
            <w:r>
              <w:t>2. Adım:</w:t>
            </w:r>
          </w:p>
        </w:tc>
        <w:tc>
          <w:tcPr>
            <w:tcW w:w="2494" w:type="dxa"/>
            <w:vAlign w:val="center"/>
          </w:tcPr>
          <w:p w:rsidR="00643F3D" w:rsidRDefault="00643F3D" w14:paraId="172F8C3B" w14:textId="77777777"/>
        </w:tc>
        <w:tc>
          <w:tcPr>
            <w:tcW w:w="1474" w:type="dxa"/>
            <w:vAlign w:val="center"/>
          </w:tcPr>
          <w:p w:rsidR="00643F3D" w:rsidRDefault="00643F3D" w14:paraId="16236F14" w14:textId="77777777"/>
        </w:tc>
        <w:tc>
          <w:tcPr>
            <w:tcW w:w="2154" w:type="dxa"/>
            <w:vAlign w:val="center"/>
          </w:tcPr>
          <w:p w:rsidR="00643F3D" w:rsidRDefault="00643F3D" w14:paraId="68691C38" w14:textId="77777777"/>
        </w:tc>
      </w:tr>
      <w:tr w:rsidR="00643F3D" w14:paraId="52C90602" w14:textId="77777777">
        <w:trPr>
          <w:trHeight w:val="566"/>
          <w:jc w:val="center"/>
        </w:trPr>
        <w:tc>
          <w:tcPr>
            <w:tcW w:w="4082" w:type="dxa"/>
          </w:tcPr>
          <w:p w:rsidR="00643F3D" w:rsidRDefault="00000000" w14:paraId="12CD6C41" w14:textId="77777777">
            <w:r>
              <w:t>3. Adım:</w:t>
            </w:r>
          </w:p>
        </w:tc>
        <w:tc>
          <w:tcPr>
            <w:tcW w:w="2494" w:type="dxa"/>
            <w:vAlign w:val="center"/>
          </w:tcPr>
          <w:p w:rsidR="00643F3D" w:rsidRDefault="00643F3D" w14:paraId="6DBEC523" w14:textId="77777777"/>
        </w:tc>
        <w:tc>
          <w:tcPr>
            <w:tcW w:w="1474" w:type="dxa"/>
            <w:vAlign w:val="center"/>
          </w:tcPr>
          <w:p w:rsidR="00643F3D" w:rsidRDefault="00643F3D" w14:paraId="4A9DD383" w14:textId="77777777"/>
        </w:tc>
        <w:tc>
          <w:tcPr>
            <w:tcW w:w="2154" w:type="dxa"/>
            <w:vAlign w:val="center"/>
          </w:tcPr>
          <w:p w:rsidR="00643F3D" w:rsidRDefault="00643F3D" w14:paraId="23C835EA" w14:textId="77777777"/>
        </w:tc>
      </w:tr>
    </w:tbl>
    <w:p w:rsidR="00643F3D" w:rsidRDefault="00643F3D" w14:paraId="04F856D1" w14:textId="77777777">
      <w:pPr>
        <w:spacing w:after="80"/>
      </w:pPr>
    </w:p>
    <w:p w:rsidR="00643F3D" w:rsidRDefault="00000000" w14:paraId="46274C78" w14:textId="77777777">
      <w:pPr>
        <w:spacing w:after="60"/>
      </w:pPr>
      <w:r>
        <w:rPr>
          <w:b/>
        </w:rPr>
        <w:t>SONUÇ VE GÖZLEMLER</w:t>
      </w:r>
    </w:p>
    <w:tbl>
      <w:tblPr>
        <w:tblStyle w:val="TabloKlavuzu"/>
        <w:tblW w:w="0" w:type="auto"/>
        <w:jc w:val="center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10205"/>
      </w:tblGrid>
      <w:tr w:rsidR="00643F3D" w:rsidTr="005F00A7" w14:paraId="538C9084" w14:textId="77777777">
        <w:trPr>
          <w:trHeight w:val="1474"/>
          <w:jc w:val="center"/>
        </w:trPr>
        <w:tc>
          <w:tcPr>
            <w:tcW w:w="10205" w:type="dxa"/>
          </w:tcPr>
          <w:p w:rsidR="00643F3D" w:rsidRDefault="00643F3D" w14:paraId="6CAD6870" w14:textId="77777777"/>
        </w:tc>
      </w:tr>
    </w:tbl>
    <w:p w:rsidR="00643F3D" w:rsidRDefault="00643F3D" w14:paraId="5290ED25" w14:textId="77777777">
      <w:pPr>
        <w:spacing w:after="80"/>
      </w:pPr>
    </w:p>
    <w:tbl>
      <w:tblPr>
        <w:tblStyle w:val="TabloKlavuzu"/>
        <w:tblW w:w="0" w:type="auto"/>
        <w:jc w:val="center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643F3D" w:rsidTr="005F00A7" w14:paraId="31BE1FFF" w14:textId="77777777">
        <w:trPr>
          <w:trHeight w:val="1360"/>
          <w:jc w:val="center"/>
        </w:trPr>
        <w:tc>
          <w:tcPr>
            <w:tcW w:w="5102" w:type="dxa"/>
            <w:vAlign w:val="center"/>
          </w:tcPr>
          <w:p w:rsidR="00643F3D" w:rsidRDefault="00643F3D" w14:paraId="1CE69270" w14:textId="77777777">
            <w:pPr>
              <w:jc w:val="center"/>
            </w:pPr>
          </w:p>
        </w:tc>
        <w:tc>
          <w:tcPr>
            <w:tcW w:w="5102" w:type="dxa"/>
          </w:tcPr>
          <w:p w:rsidR="00643F3D" w:rsidRDefault="00000000" w14:paraId="548C9F0A" w14:textId="77777777">
            <w:r>
              <w:t>İlgili Birim Kalite Sorumlusu</w:t>
            </w:r>
            <w:r>
              <w:br/>
            </w:r>
            <w:r>
              <w:br/>
              <w:t>Ad Soyadı:</w:t>
            </w:r>
            <w:r>
              <w:br/>
              <w:t>İmza:</w:t>
            </w:r>
            <w:r>
              <w:br/>
              <w:t>Tarih:</w:t>
            </w:r>
          </w:p>
        </w:tc>
      </w:tr>
    </w:tbl>
    <w:p w:rsidR="007C2BEB" w:rsidRDefault="007C2BEB" w14:paraId="65DE398C" w14:textId="77777777"/>
    <w:sectPr w:rsidR="007C2BEB" w:rsidSect="00034616">
      <w:headerReference w:type="default" r:id="R59460c3de6184607"/>
      <w:headerReference w:type="first" r:id="R59460c3de6184607"/>
      <w:headerReference w:type="even" r:id="R59460c3de6184607"/>
      <w:footerReference w:type="default" r:id="R707af90222224420"/>
      <w:footerReference w:type="first" r:id="R707af90222224420"/>
      <w:footerReference w:type="even" r:id="R707af90222224420"/>
      <w:pgSz w:w="11906" w:h="16838"/>
      <w:pgMar w:top="2154" w:right="850" w:bottom="1587" w:left="850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KYS-FR.007,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f3b526bdb19a4d9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kvys.giresun.edu.tr/dg/291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138ce93678c485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055dcf4f8aa480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İyileştirici Faaliyet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KYS-FR.007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4177581">
    <w:abstractNumId w:val="8"/>
  </w:num>
  <w:num w:numId="2" w16cid:durableId="1210530223">
    <w:abstractNumId w:val="6"/>
  </w:num>
  <w:num w:numId="3" w16cid:durableId="614405013">
    <w:abstractNumId w:val="5"/>
  </w:num>
  <w:num w:numId="4" w16cid:durableId="587466331">
    <w:abstractNumId w:val="4"/>
  </w:num>
  <w:num w:numId="5" w16cid:durableId="1320767925">
    <w:abstractNumId w:val="7"/>
  </w:num>
  <w:num w:numId="6" w16cid:durableId="969672274">
    <w:abstractNumId w:val="3"/>
  </w:num>
  <w:num w:numId="7" w16cid:durableId="1739790757">
    <w:abstractNumId w:val="2"/>
  </w:num>
  <w:num w:numId="8" w16cid:durableId="1702168791">
    <w:abstractNumId w:val="1"/>
  </w:num>
  <w:num w:numId="9" w16cid:durableId="4488623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E75"/>
    <w:rsid w:val="0015074B"/>
    <w:rsid w:val="0029639D"/>
    <w:rsid w:val="00326F90"/>
    <w:rsid w:val="005F00A7"/>
    <w:rsid w:val="00643F3D"/>
    <w:rsid w:val="007C2B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54975A0"/>
  <w14:defaultImageDpi w14:val="300"/>
  <w15:docId w15:val="{7D93C510-D7CA-624F-9732-D00C0D9F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59460c3de6184607" /><Relationship Type="http://schemas.openxmlformats.org/officeDocument/2006/relationships/footer" Target="/word/footer1.xml" Id="R707af9022222442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138ce93678c4857" /><Relationship Type="http://schemas.openxmlformats.org/officeDocument/2006/relationships/hyperlink" Target="https://kvys.giresun.edu.tr/dg/291" TargetMode="External" Id="Rf3b526bdb19a4d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d055dcf4f8aa48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Enis Taşcı</cp:lastModifiedBy>
  <cp:revision>2</cp:revision>
  <dcterms:created xsi:type="dcterms:W3CDTF">2013-12-23T23:15:00Z</dcterms:created>
  <dcterms:modified xsi:type="dcterms:W3CDTF">2026-07-17T10:37:00Z</dcterms:modified>
  <cp:category/>
</cp:coreProperties>
</file>