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Layout w:type="fixed"/>
        <w:tblCellMar>
          <w:top w:w="60" w:type="dxa"/>
          <w:bottom w:w="60" w:type="dxa"/>
          <w:start w:w="100" w:type="dxa"/>
          <w:end w:w="100" w:type="dxa"/>
          <w:left w:w="100" w:type="dxa"/>
          <w:right w:w="100" w:type="dxa"/>
        </w:tblCellMar>
      </w:tblPr>
      <w:tblGrid>
        <w:gridCol w:w="2268"/>
        <w:gridCol w:w="7937"/>
      </w:tblGrid>
      <w:tr>
        <w:trPr>
          <w:trHeight w:val="510" w:hRule="atLeast"/>
        </w:trPr>
        <w:tc>
          <w:tcPr>
            <w:tcW w:w="226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Toplantı Konusu</w:t>
            </w:r>
          </w:p>
        </w:tc>
        <w:tc>
          <w:tcPr>
            <w:tcW w:w="793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510" w:hRule="atLeast"/>
        </w:trPr>
        <w:tc>
          <w:tcPr>
            <w:tcW w:w="2268" w:type="dxa"/>
            <w:vAlign w:val="center"/>
            <w:shd w:val="clear" w:color="auto" w:fill="D9D9D9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Tarih</w:t>
            </w:r>
          </w:p>
        </w:tc>
        <w:tc>
          <w:tcPr>
            <w:tcW w:w="7937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p>
      <w:pPr>
        <w:spacing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Layout w:type="fixed"/>
        <w:tblCellMar>
          <w:top w:w="40" w:type="dxa"/>
          <w:bottom w:w="40" w:type="dxa"/>
          <w:start w:w="80" w:type="dxa"/>
          <w:end w:w="80" w:type="dxa"/>
          <w:left w:w="80" w:type="dxa"/>
          <w:right w:w="80" w:type="dxa"/>
        </w:tblCellMar>
      </w:tblPr>
      <w:tblGrid>
        <w:gridCol w:w="794"/>
        <w:gridCol w:w="2948"/>
        <w:gridCol w:w="2381"/>
        <w:gridCol w:w="2381"/>
        <w:gridCol w:w="1701"/>
      </w:tblGrid>
      <w:tr>
        <w:trPr>
          <w:trHeight w:val="510" w:hRule="atLeast"/>
        </w:trPr>
        <w:tc>
          <w:tcPr>
            <w:tcW w:w="794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S.N.</w:t>
            </w:r>
          </w:p>
        </w:tc>
        <w:tc>
          <w:tcPr>
            <w:tcW w:w="2948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Adı Soyadı</w:t>
            </w:r>
          </w:p>
        </w:tc>
        <w:tc>
          <w:tcPr>
            <w:tcW w:w="238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Görevi</w:t>
            </w:r>
          </w:p>
        </w:tc>
        <w:tc>
          <w:tcPr>
            <w:tcW w:w="238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Kurumu / Birimi</w:t>
            </w:r>
          </w:p>
        </w:tc>
        <w:tc>
          <w:tcPr>
            <w:tcW w:w="1701" w:type="dxa"/>
            <w:vAlign w:val="center"/>
            <w:shd w:val="clear" w:color="auto" w:fill="D9D9D9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/>
                <w:sz w:val="22"/>
              </w:rPr>
              <w:t>İmza</w:t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2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3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4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5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6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7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8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9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10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11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12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13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14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15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16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17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794" w:type="dxa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  <w:t>18</w:t>
            </w:r>
          </w:p>
        </w:tc>
        <w:tc>
          <w:tcPr>
            <w:tcW w:w="2948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238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  <w:tc>
          <w:tcPr>
            <w:tcW w:w="1701" w:type="dxa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cs="Times New Roman"/>
                <w:b w:val="0"/>
                <w:sz w:val="22"/>
              </w:rPr>
            </w:r>
          </w:p>
        </w:tc>
      </w:tr>
    </w:tbl>
    <w:sectPr w:rsidRPr="0006063C" w:rsidR="00FC693F" w:rsidSect="00034616">
      <w:headerReference w:type="default" r:id="R88828708d13f4911"/>
      <w:headerReference w:type="first" r:id="R88828708d13f4911"/>
      <w:headerReference w:type="even" r:id="R88828708d13f4911"/>
      <w:footerReference w:type="default" r:id="Ra67036d4a0a744fb"/>
      <w:footerReference w:type="first" r:id="Ra67036d4a0a744fb"/>
      <w:footerReference w:type="even" r:id="Ra67036d4a0a744fb"/>
      <w:pgSz w:w="11906" w:h="16838"/>
      <w:pgMar w:top="2154" w:right="850" w:bottom="1587" w:left="850" w:header="72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KYS-FR.008, R00, 17.07.2026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2b4407498ee4ed7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kvys.giresun.edu.tr/dg/292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f17dc61fd42430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f4f0498350c4b4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Toplantı Katılım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KYS-FR.008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17.07.2026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/word/header1.xml" Id="R88828708d13f4911" /><Relationship Type="http://schemas.openxmlformats.org/officeDocument/2006/relationships/footer" Target="/word/footer1.xml" Id="Ra67036d4a0a744fb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f17dc61fd42430e" /><Relationship Type="http://schemas.openxmlformats.org/officeDocument/2006/relationships/hyperlink" Target="https://kvys.giresun.edu.tr/dg/292" TargetMode="External" Id="R62b4407498ee4e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cf4f0498350c4b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