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Layout w:type="fixed"/>
        <w:tblCellMar>
          <w:top w:w="60" w:type="dxa"/>
          <w:bottom w:w="60" w:type="dxa"/>
          <w:start w:w="100" w:type="dxa"/>
          <w:end w:w="100" w:type="dxa"/>
          <w:left w:w="100" w:type="dxa"/>
          <w:right w:w="100" w:type="dxa"/>
        </w:tblCellMar>
      </w:tblPr>
      <w:tblGrid>
        <w:gridCol w:w="2268"/>
        <w:gridCol w:w="7937"/>
      </w:tblGrid>
      <w:tr>
        <w:trPr>
          <w:trHeight w:val="510" w:hRule="atLeast"/>
        </w:trPr>
        <w:tc>
          <w:tcPr>
            <w:tcW w:w="226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Toplantı Konusu</w:t>
            </w:r>
          </w:p>
        </w:tc>
        <w:tc>
          <w:tcPr>
            <w:tcW w:w="793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226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Tarih</w:t>
            </w:r>
          </w:p>
        </w:tc>
        <w:tc>
          <w:tcPr>
            <w:tcW w:w="793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p>
      <w:pPr>
        <w:spacing w:after="80"/>
      </w:pPr>
    </w:p>
    <w:p>
      <w:pPr>
        <w:spacing w:after="60"/>
        <w:jc w:val="left"/>
      </w:pPr>
      <w:r>
        <w:rPr>
          <w:rFonts w:ascii="Times New Roman" w:hAnsi="Times New Roman" w:cs="Times New Roman"/>
          <w:b/>
          <w:sz w:val="22"/>
        </w:rPr>
        <w:t>Gündem Maddeleri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Layout w:type="fixed"/>
        <w:tblCellMar>
          <w:top w:w="40" w:type="dxa"/>
          <w:bottom w:w="40" w:type="dxa"/>
          <w:start w:w="80" w:type="dxa"/>
          <w:end w:w="80" w:type="dxa"/>
          <w:left w:w="80" w:type="dxa"/>
          <w:right w:w="80" w:type="dxa"/>
        </w:tblCellMar>
      </w:tblPr>
      <w:tblGrid>
        <w:gridCol w:w="907"/>
        <w:gridCol w:w="9298"/>
      </w:tblGrid>
      <w:tr>
        <w:trPr>
          <w:trHeight w:val="510" w:hRule="atLeast"/>
        </w:trPr>
        <w:tc>
          <w:tcPr>
            <w:tcW w:w="907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S.N.</w:t>
            </w:r>
          </w:p>
        </w:tc>
        <w:tc>
          <w:tcPr>
            <w:tcW w:w="9298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Gündem Maddesi</w:t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2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3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4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5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6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7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8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9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10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11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12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13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14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907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15</w:t>
            </w:r>
          </w:p>
        </w:tc>
        <w:tc>
          <w:tcPr>
            <w:tcW w:w="929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sectPr w:rsidRPr="0006063C" w:rsidR="00FC693F" w:rsidSect="00034616">
      <w:headerReference w:type="default" r:id="R9dfedf0fc8884024"/>
      <w:headerReference w:type="first" r:id="R9dfedf0fc8884024"/>
      <w:headerReference w:type="even" r:id="R9dfedf0fc8884024"/>
      <w:footerReference w:type="default" r:id="R9e84917a359443d1"/>
      <w:footerReference w:type="first" r:id="R9e84917a359443d1"/>
      <w:footerReference w:type="even" r:id="R9e84917a359443d1"/>
      <w:pgSz w:w="11906" w:h="16838"/>
      <w:pgMar w:top="2154" w:right="850" w:bottom="1587" w:left="850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KYS-FR.009,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00febd5b8c324b9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kvys.giresun.edu.tr/dg/293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55ce39aab49404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f0919dbe25046c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Toplantı Gündem Maddeleri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KYS-FR.009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/word/header1.xml" Id="R9dfedf0fc8884024" /><Relationship Type="http://schemas.openxmlformats.org/officeDocument/2006/relationships/footer" Target="/word/footer1.xml" Id="R9e84917a359443d1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55ce39aab49404b" /><Relationship Type="http://schemas.openxmlformats.org/officeDocument/2006/relationships/hyperlink" Target="https://kvys.giresun.edu.tr/dg/293" TargetMode="External" Id="R00febd5b8c324b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f0919dbe25046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