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7F45" w:rsidRDefault="00000000" w14:paraId="6F7EB18F" w14:textId="77777777">
      <w:pPr>
        <w:jc w:val="center"/>
      </w:pPr>
      <w:r>
        <w:rPr>
          <w:b/>
        </w:rPr>
        <w:t>……………………… MYO/YO/FAKÜLTESİ/ENSTİTÜSÜ</w:t>
      </w:r>
    </w:p>
    <w:p w:rsidR="00207F45" w:rsidRDefault="00000000" w14:paraId="6A6EB574" w14:textId="77777777">
      <w:pPr>
        <w:jc w:val="center"/>
      </w:pPr>
      <w:r>
        <w:rPr>
          <w:b/>
        </w:rPr>
        <w:t>……………………… KOMİSYONU / KURULU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305"/>
        <w:gridCol w:w="3344"/>
        <w:gridCol w:w="3374"/>
        <w:gridCol w:w="2399"/>
      </w:tblGrid>
      <w:tr w:rsidR="00207F45" w14:paraId="4F25B9AD" w14:textId="77777777">
        <w:trPr>
          <w:jc w:val="center"/>
        </w:trPr>
        <w:tc>
          <w:tcPr>
            <w:tcW w:w="2442" w:type="dxa"/>
            <w:gridSpan w:val="4"/>
            <w:shd w:val="clear" w:color="auto" w:fill="D9D9D9"/>
          </w:tcPr>
          <w:p w:rsidR="00207F45" w:rsidRDefault="00000000" w14:paraId="343422BF" w14:textId="77777777">
            <w:pPr>
              <w:spacing w:before="40" w:after="40"/>
              <w:jc w:val="center"/>
            </w:pPr>
            <w:r>
              <w:rPr>
                <w:b/>
              </w:rPr>
              <w:t>TOPLANTI İMZA TUTANAĞI</w:t>
            </w:r>
          </w:p>
        </w:tc>
      </w:tr>
      <w:tr w:rsidR="00207F45" w14:paraId="45B3FA9B" w14:textId="77777777">
        <w:trPr>
          <w:trHeight w:val="397"/>
          <w:jc w:val="center"/>
        </w:trPr>
        <w:tc>
          <w:tcPr>
            <w:tcW w:w="964" w:type="dxa"/>
          </w:tcPr>
          <w:p w:rsidR="00207F45" w:rsidRDefault="00000000" w14:paraId="7550F5D7" w14:textId="77777777">
            <w:pPr>
              <w:spacing w:before="40" w:after="40"/>
            </w:pPr>
            <w:r>
              <w:rPr>
                <w:b/>
              </w:rPr>
              <w:t>Toplantı Tarih/Saat:</w:t>
            </w:r>
          </w:p>
        </w:tc>
        <w:tc>
          <w:tcPr>
            <w:tcW w:w="3400" w:type="dxa"/>
          </w:tcPr>
          <w:p w:rsidR="00207F45" w:rsidRDefault="00207F45" w14:paraId="3DF42AB2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000000" w14:paraId="5B16D697" w14:textId="77777777">
            <w:pPr>
              <w:spacing w:before="40" w:after="40"/>
            </w:pPr>
            <w:r>
              <w:rPr>
                <w:b/>
              </w:rPr>
              <w:t>Toplantı Sayısı:</w:t>
            </w:r>
          </w:p>
        </w:tc>
        <w:tc>
          <w:tcPr>
            <w:tcW w:w="2442" w:type="dxa"/>
          </w:tcPr>
          <w:p w:rsidR="00207F45" w:rsidRDefault="00207F45" w14:paraId="1633363A" w14:textId="77777777">
            <w:pPr>
              <w:spacing w:before="40" w:after="40"/>
            </w:pPr>
          </w:p>
        </w:tc>
      </w:tr>
      <w:tr w:rsidR="00207F45" w14:paraId="63B72C45" w14:textId="77777777">
        <w:trPr>
          <w:trHeight w:val="397"/>
          <w:jc w:val="center"/>
        </w:trPr>
        <w:tc>
          <w:tcPr>
            <w:tcW w:w="964" w:type="dxa"/>
          </w:tcPr>
          <w:p w:rsidR="00207F45" w:rsidRDefault="00000000" w14:paraId="24A1D43E" w14:textId="77777777">
            <w:pPr>
              <w:spacing w:before="40" w:after="40"/>
            </w:pPr>
            <w:r>
              <w:rPr>
                <w:b/>
              </w:rPr>
              <w:t>Toplantı Yeri:</w:t>
            </w:r>
          </w:p>
        </w:tc>
        <w:tc>
          <w:tcPr>
            <w:tcW w:w="3400" w:type="dxa"/>
          </w:tcPr>
          <w:p w:rsidR="00207F45" w:rsidRDefault="00207F45" w14:paraId="6F581062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000000" w14:paraId="207972D8" w14:textId="77777777">
            <w:pPr>
              <w:spacing w:before="40" w:after="40"/>
            </w:pPr>
            <w:r>
              <w:rPr>
                <w:b/>
              </w:rPr>
              <w:t>Toplantı Konusu:</w:t>
            </w:r>
          </w:p>
        </w:tc>
        <w:tc>
          <w:tcPr>
            <w:tcW w:w="2442" w:type="dxa"/>
          </w:tcPr>
          <w:p w:rsidR="00207F45" w:rsidRDefault="00207F45" w14:paraId="6E378A07" w14:textId="77777777">
            <w:pPr>
              <w:spacing w:before="40" w:after="40"/>
            </w:pPr>
          </w:p>
        </w:tc>
      </w:tr>
      <w:tr w:rsidR="00207F45" w14:paraId="312B8EA8" w14:textId="77777777">
        <w:trPr>
          <w:trHeight w:val="397"/>
          <w:jc w:val="center"/>
        </w:trPr>
        <w:tc>
          <w:tcPr>
            <w:tcW w:w="964" w:type="dxa"/>
          </w:tcPr>
          <w:p w:rsidR="00207F45" w:rsidRDefault="00000000" w14:paraId="052A4B7B" w14:textId="77777777">
            <w:pPr>
              <w:spacing w:before="40" w:after="40"/>
            </w:pPr>
            <w:r>
              <w:rPr>
                <w:b/>
              </w:rPr>
              <w:t>Toplantı Başkanı:</w:t>
            </w:r>
          </w:p>
        </w:tc>
        <w:tc>
          <w:tcPr>
            <w:tcW w:w="3400" w:type="dxa"/>
          </w:tcPr>
          <w:p w:rsidR="00207F45" w:rsidRDefault="00207F45" w14:paraId="429E5D30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000000" w14:paraId="5069DA6C" w14:textId="77777777">
            <w:pPr>
              <w:spacing w:before="40" w:after="40"/>
            </w:pPr>
            <w:r>
              <w:rPr>
                <w:b/>
              </w:rPr>
              <w:t>İmza:</w:t>
            </w:r>
          </w:p>
        </w:tc>
        <w:tc>
          <w:tcPr>
            <w:tcW w:w="2442" w:type="dxa"/>
          </w:tcPr>
          <w:p w:rsidR="00207F45" w:rsidRDefault="00207F45" w14:paraId="07ED2EDD" w14:textId="77777777">
            <w:pPr>
              <w:spacing w:before="40" w:after="40"/>
            </w:pPr>
          </w:p>
        </w:tc>
      </w:tr>
      <w:tr w:rsidR="00207F45" w14:paraId="4F0829EB" w14:textId="77777777">
        <w:trPr>
          <w:jc w:val="center"/>
        </w:trPr>
        <w:tc>
          <w:tcPr>
            <w:tcW w:w="2442" w:type="dxa"/>
            <w:gridSpan w:val="4"/>
            <w:shd w:val="clear" w:color="auto" w:fill="D9D9D9"/>
          </w:tcPr>
          <w:p w:rsidR="00207F45" w:rsidRDefault="00000000" w14:paraId="6F0C899C" w14:textId="77777777">
            <w:pPr>
              <w:spacing w:before="40" w:after="40"/>
              <w:jc w:val="center"/>
            </w:pPr>
            <w:r>
              <w:rPr>
                <w:b/>
              </w:rPr>
              <w:t>Katılımcı Bilgileri</w:t>
            </w:r>
          </w:p>
        </w:tc>
      </w:tr>
      <w:tr w:rsidR="00207F45" w14:paraId="6E2A79B2" w14:textId="77777777">
        <w:trPr>
          <w:jc w:val="center"/>
        </w:trPr>
        <w:tc>
          <w:tcPr>
            <w:tcW w:w="964" w:type="dxa"/>
            <w:shd w:val="clear" w:color="auto" w:fill="D9D9D9"/>
          </w:tcPr>
          <w:p w:rsidR="00207F45" w:rsidRDefault="00000000" w14:paraId="073D0D24" w14:textId="77777777">
            <w:pPr>
              <w:spacing w:before="40" w:after="40"/>
              <w:jc w:val="center"/>
            </w:pPr>
            <w:r>
              <w:rPr>
                <w:b/>
              </w:rPr>
              <w:t>S.N.</w:t>
            </w:r>
          </w:p>
        </w:tc>
        <w:tc>
          <w:tcPr>
            <w:tcW w:w="3400" w:type="dxa"/>
            <w:shd w:val="clear" w:color="auto" w:fill="D9D9D9"/>
          </w:tcPr>
          <w:p w:rsidR="00207F45" w:rsidRDefault="00000000" w14:paraId="4C2DDFB7" w14:textId="77777777">
            <w:pPr>
              <w:spacing w:before="40" w:after="40"/>
              <w:jc w:val="center"/>
            </w:pPr>
            <w:r>
              <w:rPr>
                <w:b/>
              </w:rPr>
              <w:t>Ad/Soyad</w:t>
            </w:r>
          </w:p>
        </w:tc>
        <w:tc>
          <w:tcPr>
            <w:tcW w:w="3400" w:type="dxa"/>
            <w:shd w:val="clear" w:color="auto" w:fill="D9D9D9"/>
          </w:tcPr>
          <w:p w:rsidR="00207F45" w:rsidRDefault="00000000" w14:paraId="16EC4DD1" w14:textId="77777777">
            <w:pPr>
              <w:spacing w:before="40" w:after="40"/>
              <w:jc w:val="center"/>
            </w:pPr>
            <w:r>
              <w:rPr>
                <w:b/>
              </w:rPr>
              <w:t>Birim/Bölüm/Program</w:t>
            </w:r>
          </w:p>
        </w:tc>
        <w:tc>
          <w:tcPr>
            <w:tcW w:w="2442" w:type="dxa"/>
            <w:shd w:val="clear" w:color="auto" w:fill="D9D9D9"/>
          </w:tcPr>
          <w:p w:rsidR="00207F45" w:rsidRDefault="00000000" w14:paraId="027218B5" w14:textId="77777777">
            <w:pPr>
              <w:spacing w:before="40" w:after="40"/>
              <w:jc w:val="center"/>
            </w:pPr>
            <w:r>
              <w:rPr>
                <w:b/>
              </w:rPr>
              <w:t>İmza</w:t>
            </w:r>
          </w:p>
        </w:tc>
      </w:tr>
      <w:tr w:rsidR="00207F45" w14:paraId="6EB8CEBB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6E8B865E" w14:textId="77777777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3400" w:type="dxa"/>
          </w:tcPr>
          <w:p w:rsidR="00207F45" w:rsidRDefault="00207F45" w14:paraId="79AEB9DC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3F1D148C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59AA20CA" w14:textId="77777777">
            <w:pPr>
              <w:spacing w:before="40" w:after="40"/>
            </w:pPr>
          </w:p>
        </w:tc>
      </w:tr>
      <w:tr w:rsidR="00207F45" w14:paraId="0A8D429D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42DFC49C" w14:textId="77777777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3400" w:type="dxa"/>
          </w:tcPr>
          <w:p w:rsidR="00207F45" w:rsidRDefault="00207F45" w14:paraId="1D866513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47E0398E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000CEA83" w14:textId="77777777">
            <w:pPr>
              <w:spacing w:before="40" w:after="40"/>
            </w:pPr>
          </w:p>
        </w:tc>
      </w:tr>
      <w:tr w:rsidR="00207F45" w14:paraId="152930C5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68413C27" w14:textId="77777777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3400" w:type="dxa"/>
          </w:tcPr>
          <w:p w:rsidR="00207F45" w:rsidRDefault="00207F45" w14:paraId="29AD97BA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03A28FFE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0E7AB973" w14:textId="77777777">
            <w:pPr>
              <w:spacing w:before="40" w:after="40"/>
            </w:pPr>
          </w:p>
        </w:tc>
      </w:tr>
      <w:tr w:rsidR="00207F45" w14:paraId="0AF5E6B6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6840ADB0" w14:textId="77777777">
            <w:pPr>
              <w:spacing w:before="40" w:after="40"/>
              <w:jc w:val="center"/>
            </w:pPr>
            <w:r>
              <w:t>4</w:t>
            </w:r>
          </w:p>
        </w:tc>
        <w:tc>
          <w:tcPr>
            <w:tcW w:w="3400" w:type="dxa"/>
          </w:tcPr>
          <w:p w:rsidR="00207F45" w:rsidRDefault="00207F45" w14:paraId="145414A7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78A90ABB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080D8D64" w14:textId="77777777">
            <w:pPr>
              <w:spacing w:before="40" w:after="40"/>
            </w:pPr>
          </w:p>
        </w:tc>
      </w:tr>
      <w:tr w:rsidR="00207F45" w14:paraId="38D07256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16A07C22" w14:textId="77777777">
            <w:pPr>
              <w:spacing w:before="40" w:after="40"/>
              <w:jc w:val="center"/>
            </w:pPr>
            <w:r>
              <w:t>5</w:t>
            </w:r>
          </w:p>
        </w:tc>
        <w:tc>
          <w:tcPr>
            <w:tcW w:w="3400" w:type="dxa"/>
          </w:tcPr>
          <w:p w:rsidR="00207F45" w:rsidRDefault="00207F45" w14:paraId="25C6D7AE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584CF1F2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1AEAB28C" w14:textId="77777777">
            <w:pPr>
              <w:spacing w:before="40" w:after="40"/>
            </w:pPr>
          </w:p>
        </w:tc>
      </w:tr>
      <w:tr w:rsidR="00207F45" w14:paraId="7A2D9527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2FBF200A" w14:textId="77777777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3400" w:type="dxa"/>
          </w:tcPr>
          <w:p w:rsidR="00207F45" w:rsidRDefault="00207F45" w14:paraId="523CEE75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0694DBA5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17BAF3F4" w14:textId="77777777">
            <w:pPr>
              <w:spacing w:before="40" w:after="40"/>
            </w:pPr>
          </w:p>
        </w:tc>
      </w:tr>
      <w:tr w:rsidR="00207F45" w14:paraId="7DA08CFB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41BFFE3E" w14:textId="77777777">
            <w:pPr>
              <w:spacing w:before="40" w:after="40"/>
              <w:jc w:val="center"/>
            </w:pPr>
            <w:r>
              <w:t>7</w:t>
            </w:r>
          </w:p>
        </w:tc>
        <w:tc>
          <w:tcPr>
            <w:tcW w:w="3400" w:type="dxa"/>
          </w:tcPr>
          <w:p w:rsidR="00207F45" w:rsidRDefault="00207F45" w14:paraId="7D895AC6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196C5E5C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6D6CAFC8" w14:textId="77777777">
            <w:pPr>
              <w:spacing w:before="40" w:after="40"/>
            </w:pPr>
          </w:p>
        </w:tc>
      </w:tr>
      <w:tr w:rsidR="00207F45" w14:paraId="4BC6EA37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134D66CF" w14:textId="77777777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3400" w:type="dxa"/>
          </w:tcPr>
          <w:p w:rsidR="00207F45" w:rsidRDefault="00207F45" w14:paraId="1B6DBCC9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5BF03D97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2A77AA24" w14:textId="77777777">
            <w:pPr>
              <w:spacing w:before="40" w:after="40"/>
            </w:pPr>
          </w:p>
        </w:tc>
      </w:tr>
      <w:tr w:rsidR="00207F45" w14:paraId="42F548EA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2914103B" w14:textId="77777777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3400" w:type="dxa"/>
          </w:tcPr>
          <w:p w:rsidR="00207F45" w:rsidRDefault="00207F45" w14:paraId="01BF6F85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2825EAC1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51ABB2C0" w14:textId="77777777">
            <w:pPr>
              <w:spacing w:before="40" w:after="40"/>
            </w:pPr>
          </w:p>
        </w:tc>
      </w:tr>
      <w:tr w:rsidR="00207F45" w14:paraId="4C887F83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56FB18B1" w14:textId="77777777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3400" w:type="dxa"/>
          </w:tcPr>
          <w:p w:rsidR="00207F45" w:rsidRDefault="00207F45" w14:paraId="79EF166A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643BD1B9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65E991BA" w14:textId="77777777">
            <w:pPr>
              <w:spacing w:before="40" w:after="40"/>
            </w:pPr>
          </w:p>
        </w:tc>
      </w:tr>
      <w:tr w:rsidR="00207F45" w14:paraId="65076DDE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2B90907E" w14:textId="77777777">
            <w:pPr>
              <w:spacing w:before="40" w:after="40"/>
              <w:jc w:val="center"/>
            </w:pPr>
            <w:r>
              <w:t>11</w:t>
            </w:r>
          </w:p>
        </w:tc>
        <w:tc>
          <w:tcPr>
            <w:tcW w:w="3400" w:type="dxa"/>
          </w:tcPr>
          <w:p w:rsidR="00207F45" w:rsidRDefault="00207F45" w14:paraId="64040BAF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0A413795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02FDFE0A" w14:textId="77777777">
            <w:pPr>
              <w:spacing w:before="40" w:after="40"/>
            </w:pPr>
          </w:p>
        </w:tc>
      </w:tr>
      <w:tr w:rsidR="00207F45" w14:paraId="57DB7E14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690ECC3E" w14:textId="77777777">
            <w:pPr>
              <w:spacing w:before="40" w:after="40"/>
              <w:jc w:val="center"/>
            </w:pPr>
            <w:r>
              <w:t>12</w:t>
            </w:r>
          </w:p>
        </w:tc>
        <w:tc>
          <w:tcPr>
            <w:tcW w:w="3400" w:type="dxa"/>
          </w:tcPr>
          <w:p w:rsidR="00207F45" w:rsidRDefault="00207F45" w14:paraId="77BE5B42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5CBFF307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4ADB3DB7" w14:textId="77777777">
            <w:pPr>
              <w:spacing w:before="40" w:after="40"/>
            </w:pPr>
          </w:p>
        </w:tc>
      </w:tr>
      <w:tr w:rsidR="00207F45" w14:paraId="0BAFB87E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1A80B4FC" w14:textId="77777777">
            <w:pPr>
              <w:spacing w:before="40" w:after="40"/>
              <w:jc w:val="center"/>
            </w:pPr>
            <w:r>
              <w:t>13</w:t>
            </w:r>
          </w:p>
        </w:tc>
        <w:tc>
          <w:tcPr>
            <w:tcW w:w="3400" w:type="dxa"/>
          </w:tcPr>
          <w:p w:rsidR="00207F45" w:rsidRDefault="00207F45" w14:paraId="56ABFAB7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1EBE3026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0149EA57" w14:textId="77777777">
            <w:pPr>
              <w:spacing w:before="40" w:after="40"/>
            </w:pPr>
          </w:p>
        </w:tc>
      </w:tr>
      <w:tr w:rsidR="00207F45" w14:paraId="712DFDA3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6F4565AE" w14:textId="77777777">
            <w:pPr>
              <w:spacing w:before="40" w:after="40"/>
              <w:jc w:val="center"/>
            </w:pPr>
            <w:r>
              <w:t>14</w:t>
            </w:r>
          </w:p>
        </w:tc>
        <w:tc>
          <w:tcPr>
            <w:tcW w:w="3400" w:type="dxa"/>
          </w:tcPr>
          <w:p w:rsidR="00207F45" w:rsidRDefault="00207F45" w14:paraId="545ABA7C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37B1096E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1DC38765" w14:textId="77777777">
            <w:pPr>
              <w:spacing w:before="40" w:after="40"/>
            </w:pPr>
          </w:p>
        </w:tc>
      </w:tr>
      <w:tr w:rsidR="00207F45" w14:paraId="4ACEEEAA" w14:textId="77777777">
        <w:trPr>
          <w:trHeight w:val="340"/>
          <w:jc w:val="center"/>
        </w:trPr>
        <w:tc>
          <w:tcPr>
            <w:tcW w:w="964" w:type="dxa"/>
          </w:tcPr>
          <w:p w:rsidR="00207F45" w:rsidRDefault="00000000" w14:paraId="0C684F27" w14:textId="77777777">
            <w:pPr>
              <w:spacing w:before="40" w:after="40"/>
              <w:jc w:val="center"/>
            </w:pPr>
            <w:r>
              <w:t>15</w:t>
            </w:r>
          </w:p>
        </w:tc>
        <w:tc>
          <w:tcPr>
            <w:tcW w:w="3400" w:type="dxa"/>
          </w:tcPr>
          <w:p w:rsidR="00207F45" w:rsidRDefault="00207F45" w14:paraId="18B1453D" w14:textId="77777777">
            <w:pPr>
              <w:spacing w:before="40" w:after="40"/>
            </w:pPr>
          </w:p>
        </w:tc>
        <w:tc>
          <w:tcPr>
            <w:tcW w:w="3400" w:type="dxa"/>
          </w:tcPr>
          <w:p w:rsidR="00207F45" w:rsidRDefault="00207F45" w14:paraId="63BA063B" w14:textId="77777777">
            <w:pPr>
              <w:spacing w:before="40" w:after="40"/>
            </w:pPr>
          </w:p>
        </w:tc>
        <w:tc>
          <w:tcPr>
            <w:tcW w:w="2442" w:type="dxa"/>
          </w:tcPr>
          <w:p w:rsidR="00207F45" w:rsidRDefault="00207F45" w14:paraId="728DF3CD" w14:textId="77777777">
            <w:pPr>
              <w:spacing w:before="40" w:after="40"/>
            </w:pPr>
          </w:p>
        </w:tc>
      </w:tr>
    </w:tbl>
    <w:p w:rsidR="00207F45" w:rsidRDefault="00000000" w14:paraId="7FA6DEDF" w14:textId="77777777">
      <w:r>
        <w:br w:type="page"/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206"/>
      </w:tblGrid>
      <w:tr w:rsidR="00207F45" w14:paraId="6EE34419" w14:textId="77777777">
        <w:trPr>
          <w:jc w:val="center"/>
        </w:trPr>
        <w:tc>
          <w:tcPr>
            <w:tcW w:w="10206" w:type="dxa"/>
            <w:shd w:val="clear" w:color="auto" w:fill="D9D9D9"/>
          </w:tcPr>
          <w:p w:rsidR="00207F45" w:rsidRDefault="00000000" w14:paraId="3FC11F87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TOPLANTI KARAR TUTANAĞI</w:t>
            </w:r>
          </w:p>
        </w:tc>
      </w:tr>
      <w:tr w:rsidR="00207F45" w14:paraId="01373457" w14:textId="77777777">
        <w:trPr>
          <w:jc w:val="center"/>
        </w:trPr>
        <w:tc>
          <w:tcPr>
            <w:tcW w:w="10206" w:type="dxa"/>
            <w:shd w:val="clear" w:color="auto" w:fill="D9D9D9"/>
          </w:tcPr>
          <w:p w:rsidR="00207F45" w:rsidRDefault="00000000" w14:paraId="1FB86CEB" w14:textId="77777777">
            <w:pPr>
              <w:spacing w:before="40" w:after="40"/>
            </w:pPr>
            <w:r>
              <w:rPr>
                <w:b/>
              </w:rPr>
              <w:t>Toplantı Gündemi:</w:t>
            </w:r>
          </w:p>
        </w:tc>
      </w:tr>
      <w:tr w:rsidR="00207F45" w14:paraId="4439B693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3DDF8D3A" w14:textId="77777777">
            <w:pPr>
              <w:spacing w:before="40" w:after="40"/>
            </w:pPr>
            <w:r>
              <w:t>1.</w:t>
            </w:r>
          </w:p>
        </w:tc>
      </w:tr>
      <w:tr w:rsidR="00207F45" w14:paraId="196B8F7E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751DF5CC" w14:textId="77777777">
            <w:pPr>
              <w:spacing w:before="40" w:after="40"/>
            </w:pPr>
            <w:r>
              <w:t>2.</w:t>
            </w:r>
          </w:p>
        </w:tc>
      </w:tr>
      <w:tr w:rsidR="00207F45" w14:paraId="37B62E43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4E6C9C54" w14:textId="77777777">
            <w:pPr>
              <w:spacing w:before="40" w:after="40"/>
            </w:pPr>
            <w:r>
              <w:t>3.</w:t>
            </w:r>
          </w:p>
        </w:tc>
      </w:tr>
      <w:tr w:rsidR="00207F45" w14:paraId="6961DB30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6319A1D2" w14:textId="77777777">
            <w:pPr>
              <w:spacing w:before="40" w:after="40"/>
            </w:pPr>
            <w:r>
              <w:t>4.</w:t>
            </w:r>
          </w:p>
        </w:tc>
      </w:tr>
      <w:tr w:rsidR="00207F45" w14:paraId="5273232E" w14:textId="77777777">
        <w:trPr>
          <w:jc w:val="center"/>
        </w:trPr>
        <w:tc>
          <w:tcPr>
            <w:tcW w:w="10206" w:type="dxa"/>
            <w:shd w:val="clear" w:color="auto" w:fill="D9D9D9"/>
          </w:tcPr>
          <w:p w:rsidR="00207F45" w:rsidRDefault="00000000" w14:paraId="6A22C1D6" w14:textId="77777777">
            <w:pPr>
              <w:spacing w:before="40" w:after="40"/>
            </w:pPr>
            <w:r>
              <w:rPr>
                <w:b/>
              </w:rPr>
              <w:t>Toplantı Kararları:</w:t>
            </w:r>
          </w:p>
        </w:tc>
      </w:tr>
      <w:tr w:rsidR="00207F45" w14:paraId="3B4C220C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26197FE4" w14:textId="77777777">
            <w:pPr>
              <w:spacing w:before="40" w:after="40"/>
            </w:pPr>
            <w:r>
              <w:t>1.</w:t>
            </w:r>
          </w:p>
        </w:tc>
      </w:tr>
      <w:tr w:rsidR="00207F45" w14:paraId="3EDCEB56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72C3067D" w14:textId="77777777">
            <w:pPr>
              <w:spacing w:before="40" w:after="40"/>
            </w:pPr>
            <w:r>
              <w:t>2.</w:t>
            </w:r>
          </w:p>
        </w:tc>
      </w:tr>
      <w:tr w:rsidR="00207F45" w14:paraId="0F3D2560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3C3D1AE2" w14:textId="77777777">
            <w:pPr>
              <w:spacing w:before="40" w:after="40"/>
            </w:pPr>
            <w:r>
              <w:t>3.</w:t>
            </w:r>
          </w:p>
        </w:tc>
      </w:tr>
      <w:tr w:rsidR="00207F45" w14:paraId="2DD92CC4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37CF7C1D" w14:textId="77777777">
            <w:pPr>
              <w:spacing w:before="40" w:after="40"/>
            </w:pPr>
            <w:r>
              <w:t>4.</w:t>
            </w:r>
          </w:p>
        </w:tc>
      </w:tr>
      <w:tr w:rsidR="00207F45" w14:paraId="677031F1" w14:textId="77777777">
        <w:trPr>
          <w:jc w:val="center"/>
        </w:trPr>
        <w:tc>
          <w:tcPr>
            <w:tcW w:w="10206" w:type="dxa"/>
            <w:shd w:val="clear" w:color="auto" w:fill="D9D9D9"/>
          </w:tcPr>
          <w:p w:rsidR="00207F45" w:rsidRDefault="00000000" w14:paraId="7F9738EF" w14:textId="77777777">
            <w:pPr>
              <w:spacing w:before="40" w:after="40"/>
            </w:pPr>
            <w:r>
              <w:rPr>
                <w:b/>
              </w:rPr>
              <w:t>İyileştirme Önerileri:</w:t>
            </w:r>
          </w:p>
        </w:tc>
      </w:tr>
      <w:tr w:rsidR="00207F45" w14:paraId="5D28E719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5638D3F9" w14:textId="77777777">
            <w:pPr>
              <w:spacing w:before="40" w:after="40"/>
            </w:pPr>
            <w:r>
              <w:t>1.</w:t>
            </w:r>
          </w:p>
        </w:tc>
      </w:tr>
      <w:tr w:rsidR="00207F45" w14:paraId="1B245BBB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05369CA7" w14:textId="77777777">
            <w:pPr>
              <w:spacing w:before="40" w:after="40"/>
            </w:pPr>
            <w:r>
              <w:t>2.</w:t>
            </w:r>
          </w:p>
        </w:tc>
      </w:tr>
      <w:tr w:rsidR="00207F45" w14:paraId="13319220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5CDFDD17" w14:textId="77777777">
            <w:pPr>
              <w:spacing w:before="40" w:after="40"/>
            </w:pPr>
            <w:r>
              <w:t>3.</w:t>
            </w:r>
          </w:p>
        </w:tc>
      </w:tr>
      <w:tr w:rsidR="00207F45" w14:paraId="23EFA59E" w14:textId="77777777">
        <w:trPr>
          <w:trHeight w:val="454"/>
          <w:jc w:val="center"/>
        </w:trPr>
        <w:tc>
          <w:tcPr>
            <w:tcW w:w="10206" w:type="dxa"/>
          </w:tcPr>
          <w:p w:rsidR="00207F45" w:rsidRDefault="00000000" w14:paraId="6FBF9623" w14:textId="77777777">
            <w:pPr>
              <w:spacing w:before="40" w:after="40"/>
            </w:pPr>
            <w:r>
              <w:t>4.</w:t>
            </w:r>
          </w:p>
        </w:tc>
      </w:tr>
    </w:tbl>
    <w:p w:rsidR="00207F45" w:rsidRDefault="00207F45" w14:paraId="0D6F1522" w14:textId="77777777">
      <w:pPr>
        <w:spacing w:after="0"/>
      </w:pPr>
    </w:p>
    <w:sectPr w:rsidR="00207F45" w:rsidSect="00034616">
      <w:headerReference w:type="default" r:id="R81c45e90ff0e4e3b"/>
      <w:headerReference w:type="first" r:id="R81c45e90ff0e4e3b"/>
      <w:headerReference w:type="even" r:id="R81c45e90ff0e4e3b"/>
      <w:footerReference w:type="default" r:id="Re21cd900685241b2"/>
      <w:footerReference w:type="first" r:id="Re21cd900685241b2"/>
      <w:footerReference w:type="even" r:id="Re21cd900685241b2"/>
      <w:pgSz w:w="11906" w:h="16838"/>
      <w:pgMar w:top="2155" w:right="850" w:bottom="1588" w:left="850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B7828" w14:textId="77777777" w:rsidR="00CD7D9F" w:rsidRDefault="00CD7D9F">
      <w:pPr>
        <w:spacing w:after="0"/>
      </w:pPr>
      <w:r>
        <w:separator/>
      </w:r>
    </w:p>
  </w:endnote>
  <w:endnote w:type="continuationSeparator" w:id="0">
    <w:p w14:paraId="3A1DD1E6" w14:textId="77777777" w:rsidR="00CD7D9F" w:rsidRDefault="00CD7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2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KYS-FR.032,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310349c2dc54ae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kvys.giresun.edu.tr/dg/525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d7835dd0589a4f4b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D3DC" w14:textId="77777777" w:rsidR="00CD7D9F" w:rsidRDefault="00CD7D9F">
      <w:pPr>
        <w:spacing w:after="0"/>
      </w:pPr>
      <w:r>
        <w:separator/>
      </w:r>
    </w:p>
  </w:footnote>
  <w:footnote w:type="continuationSeparator" w:id="0">
    <w:p w14:paraId="4BD3BA7F" w14:textId="77777777" w:rsidR="00CD7D9F" w:rsidRDefault="00CD7D9F">
      <w:pPr>
        <w:spacing w:after="0"/>
      </w:pPr>
      <w:r>
        <w:continuationSeparator/>
      </w:r>
    </w:p>
  </w:footnote>
</w:footnotes>
</file>

<file path=word/header2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42af3af1d464bc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Toplantı Tutanağı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KYS-FR.032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900239">
    <w:abstractNumId w:val="8"/>
  </w:num>
  <w:num w:numId="2" w16cid:durableId="1600913754">
    <w:abstractNumId w:val="6"/>
  </w:num>
  <w:num w:numId="3" w16cid:durableId="1210914660">
    <w:abstractNumId w:val="5"/>
  </w:num>
  <w:num w:numId="4" w16cid:durableId="1147433743">
    <w:abstractNumId w:val="4"/>
  </w:num>
  <w:num w:numId="5" w16cid:durableId="78138818">
    <w:abstractNumId w:val="7"/>
  </w:num>
  <w:num w:numId="6" w16cid:durableId="1711689117">
    <w:abstractNumId w:val="3"/>
  </w:num>
  <w:num w:numId="7" w16cid:durableId="1628853715">
    <w:abstractNumId w:val="2"/>
  </w:num>
  <w:num w:numId="8" w16cid:durableId="191262771">
    <w:abstractNumId w:val="1"/>
  </w:num>
  <w:num w:numId="9" w16cid:durableId="9572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2E2B"/>
    <w:rsid w:val="0015074B"/>
    <w:rsid w:val="00207F45"/>
    <w:rsid w:val="0029639D"/>
    <w:rsid w:val="00326F90"/>
    <w:rsid w:val="00423995"/>
    <w:rsid w:val="00AA1D8D"/>
    <w:rsid w:val="00B47730"/>
    <w:rsid w:val="00CB0664"/>
    <w:rsid w:val="00CD7D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6FFBBE"/>
  <w14:defaultImageDpi w14:val="300"/>
  <w15:docId w15:val="{4C25F2AC-28DD-47BC-8476-235A49E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/word/header2.xml" Id="R81c45e90ff0e4e3b" /><Relationship Type="http://schemas.openxmlformats.org/officeDocument/2006/relationships/footer" Target="/word/footer2.xml" Id="Re21cd900685241b2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2.png" Id="Rd7835dd0589a4f4b" /><Relationship Type="http://schemas.openxmlformats.org/officeDocument/2006/relationships/hyperlink" Target="https://kvys.giresun.edu.tr/dg/525" TargetMode="External" Id="R7310349c2dc54a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a42af3af1d464bc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serdal karapinar</cp:lastModifiedBy>
  <cp:revision>2</cp:revision>
  <dcterms:created xsi:type="dcterms:W3CDTF">2013-12-23T23:15:00Z</dcterms:created>
  <dcterms:modified xsi:type="dcterms:W3CDTF">2026-09-04T12:02:00Z</dcterms:modified>
  <cp:category/>
</cp:coreProperties>
</file>