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207F45" w:rsidRDefault="00000000" w14:paraId="1B1063BA" w14:textId="64F32CD5">
      <w:pPr>
        <w:jc w:val="center"/>
      </w:pPr>
      <w:r>
        <w:rPr>
          <w:b/>
        </w:rPr>
        <w:t>……………………… MESLEK YÜKSEKOKULU/YÜKSEKOKULU/FAKÜLTESİ/ENSTİTÜSÜ/DAİRE BAŞKANLIĞI/UYGULAMA VE ARAŞTIRMA MERKEZİ MÜDÜRLÜĞÜ/KOORDİNATÖRLÜĞÜ</w:t>
      </w:r>
    </w:p>
    <w:p w:rsidR="00207F45" w:rsidRDefault="00000000" w14:paraId="5ECE913D" w14:textId="77777777">
      <w:pPr>
        <w:jc w:val="center"/>
      </w:pPr>
      <w:r>
        <w:rPr>
          <w:b/>
        </w:rPr>
        <w:t>……………………… KOMİSYONU / KURULU</w:t>
      </w:r>
    </w:p>
    <w:tbl>
      <w:tblPr>
        <w:tblStyle w:val="TabloKlavuzu"/>
        <w:tblW w:w="10206" w:type="dxa"/>
        <w:jc w:val="center"/>
        <w:tblLayout w:type="fixed"/>
        <w:tblLook w:val="04A0" w:firstRow="1" w:lastRow="0" w:firstColumn="1" w:lastColumn="0" w:noHBand="0" w:noVBand="1"/>
      </w:tblPr>
      <w:tblGrid>
        <w:gridCol w:w="850"/>
        <w:gridCol w:w="1450"/>
        <w:gridCol w:w="2000"/>
        <w:gridCol w:w="1950"/>
        <w:gridCol w:w="1450"/>
        <w:gridCol w:w="2506"/>
      </w:tblGrid>
      <w:tr w:rsidR="00207F45" w14:paraId="574581CC" w14:textId="77777777">
        <w:trPr>
          <w:jc w:val="center"/>
        </w:trPr>
        <w:tc>
          <w:tcPr>
            <w:tcW w:w="10206" w:type="dxa"/>
            <w:gridSpan w:val="6"/>
            <w:shd w:val="clear" w:color="auto" w:fill="D9D9D9"/>
          </w:tcPr>
          <w:p w:rsidR="00207F45" w:rsidRDefault="00000000" w14:paraId="35A6B39E" w14:textId="77777777">
            <w:pPr>
              <w:spacing w:before="40" w:after="40"/>
              <w:jc w:val="center"/>
            </w:pPr>
            <w:r>
              <w:rPr>
                <w:b/>
              </w:rPr>
              <w:t>TOPLANTI İMZA TUTANAĞI</w:t>
            </w:r>
          </w:p>
        </w:tc>
      </w:tr>
      <w:tr w:rsidR="00207F45" w14:paraId="755C0D01" w14:textId="77777777">
        <w:trPr>
          <w:trHeight w:val="510"/>
          <w:jc w:val="center"/>
        </w:trPr>
        <w:tc>
          <w:tcPr>
            <w:tcW w:w="2300" w:type="dxa"/>
            <w:gridSpan w:val="2"/>
          </w:tcPr>
          <w:p w:rsidR="00207F45" w:rsidRDefault="00000000" w14:paraId="2091614D" w14:textId="77777777">
            <w:pPr>
              <w:spacing w:before="40" w:after="40"/>
            </w:pPr>
            <w:r>
              <w:rPr>
                <w:b/>
              </w:rPr>
              <w:t>Toplantı Tarih/Saat:</w:t>
            </w:r>
          </w:p>
        </w:tc>
        <w:tc>
          <w:tcPr>
            <w:tcW w:w="2000" w:type="dxa"/>
          </w:tcPr>
          <w:p w:rsidR="00207F45" w:rsidRDefault="00207F45" w14:paraId="044E99EC" w14:textId="77777777">
            <w:pPr>
              <w:spacing w:before="40" w:after="40"/>
            </w:pPr>
          </w:p>
        </w:tc>
        <w:tc>
          <w:tcPr>
            <w:tcW w:w="1950" w:type="dxa"/>
          </w:tcPr>
          <w:p w:rsidR="00207F45" w:rsidRDefault="00000000" w14:paraId="5673A922" w14:textId="77777777">
            <w:pPr>
              <w:spacing w:before="40" w:after="40"/>
            </w:pPr>
            <w:r>
              <w:rPr>
                <w:b/>
              </w:rPr>
              <w:t>Toplantı Sayısı:</w:t>
            </w:r>
          </w:p>
        </w:tc>
        <w:tc>
          <w:tcPr>
            <w:tcW w:w="3956" w:type="dxa"/>
            <w:gridSpan w:val="2"/>
          </w:tcPr>
          <w:p w:rsidR="00207F45" w:rsidRDefault="00207F45" w14:paraId="2E2C523F" w14:textId="77777777">
            <w:pPr>
              <w:spacing w:before="40" w:after="40"/>
            </w:pPr>
          </w:p>
        </w:tc>
      </w:tr>
      <w:tr w:rsidR="00207F45" w14:paraId="5567220A" w14:textId="77777777">
        <w:trPr>
          <w:trHeight w:val="510"/>
          <w:jc w:val="center"/>
        </w:trPr>
        <w:tc>
          <w:tcPr>
            <w:tcW w:w="2300" w:type="dxa"/>
            <w:gridSpan w:val="2"/>
          </w:tcPr>
          <w:p w:rsidR="00207F45" w:rsidRDefault="00000000" w14:paraId="676BE290" w14:textId="77777777">
            <w:pPr>
              <w:spacing w:before="40" w:after="40"/>
            </w:pPr>
            <w:r>
              <w:rPr>
                <w:b/>
              </w:rPr>
              <w:t>Toplantı Yeri:</w:t>
            </w:r>
          </w:p>
        </w:tc>
        <w:tc>
          <w:tcPr>
            <w:tcW w:w="2000" w:type="dxa"/>
          </w:tcPr>
          <w:p w:rsidR="00207F45" w:rsidRDefault="00207F45" w14:paraId="30DF8A40" w14:textId="77777777">
            <w:pPr>
              <w:spacing w:before="40" w:after="40"/>
            </w:pPr>
          </w:p>
        </w:tc>
        <w:tc>
          <w:tcPr>
            <w:tcW w:w="1950" w:type="dxa"/>
          </w:tcPr>
          <w:p w:rsidR="00207F45" w:rsidRDefault="00000000" w14:paraId="0AC78E39" w14:textId="77777777">
            <w:pPr>
              <w:spacing w:before="40" w:after="40"/>
            </w:pPr>
            <w:r>
              <w:rPr>
                <w:b/>
              </w:rPr>
              <w:t>Toplantı Konusu:</w:t>
            </w:r>
          </w:p>
        </w:tc>
        <w:tc>
          <w:tcPr>
            <w:tcW w:w="3956" w:type="dxa"/>
            <w:gridSpan w:val="2"/>
          </w:tcPr>
          <w:p w:rsidR="00207F45" w:rsidRDefault="00207F45" w14:paraId="24A7D36F" w14:textId="77777777">
            <w:pPr>
              <w:spacing w:before="40" w:after="40"/>
            </w:pPr>
          </w:p>
        </w:tc>
      </w:tr>
      <w:tr w:rsidR="00207F45" w14:paraId="7E386F4A" w14:textId="77777777">
        <w:trPr>
          <w:trHeight w:val="510"/>
          <w:jc w:val="center"/>
        </w:trPr>
        <w:tc>
          <w:tcPr>
            <w:tcW w:w="2300" w:type="dxa"/>
            <w:gridSpan w:val="2"/>
          </w:tcPr>
          <w:p w:rsidR="00207F45" w:rsidRDefault="00000000" w14:paraId="7091B5DE" w14:textId="77777777">
            <w:pPr>
              <w:spacing w:before="40" w:after="40"/>
            </w:pPr>
            <w:r>
              <w:rPr>
                <w:b/>
              </w:rPr>
              <w:t>Toplantı Başkanı:</w:t>
            </w:r>
          </w:p>
        </w:tc>
        <w:tc>
          <w:tcPr>
            <w:tcW w:w="2000" w:type="dxa"/>
          </w:tcPr>
          <w:p w:rsidR="00207F45" w:rsidRDefault="00207F45" w14:paraId="20FAF67E" w14:textId="77777777">
            <w:pPr>
              <w:spacing w:before="40" w:after="40"/>
            </w:pPr>
          </w:p>
        </w:tc>
        <w:tc>
          <w:tcPr>
            <w:tcW w:w="1950" w:type="dxa"/>
          </w:tcPr>
          <w:p w:rsidR="00207F45" w:rsidRDefault="00000000" w14:paraId="56CF0861" w14:textId="77777777">
            <w:pPr>
              <w:spacing w:before="40" w:after="40"/>
            </w:pPr>
            <w:r>
              <w:rPr>
                <w:b/>
              </w:rPr>
              <w:t>İmza:</w:t>
            </w:r>
          </w:p>
        </w:tc>
        <w:tc>
          <w:tcPr>
            <w:tcW w:w="3956" w:type="dxa"/>
            <w:gridSpan w:val="2"/>
          </w:tcPr>
          <w:p w:rsidR="00207F45" w:rsidRDefault="00207F45" w14:paraId="5F814B73" w14:textId="77777777">
            <w:pPr>
              <w:spacing w:before="40" w:after="40"/>
            </w:pPr>
          </w:p>
        </w:tc>
      </w:tr>
      <w:tr w:rsidR="00207F45" w14:paraId="1854E402" w14:textId="77777777">
        <w:trPr>
          <w:jc w:val="center"/>
        </w:trPr>
        <w:tc>
          <w:tcPr>
            <w:tcW w:w="10206" w:type="dxa"/>
            <w:gridSpan w:val="6"/>
            <w:shd w:val="clear" w:color="auto" w:fill="D9D9D9"/>
          </w:tcPr>
          <w:p w:rsidR="00207F45" w:rsidRDefault="00000000" w14:paraId="56125507" w14:textId="77777777">
            <w:pPr>
              <w:spacing w:before="40" w:after="40"/>
              <w:jc w:val="center"/>
            </w:pPr>
            <w:r>
              <w:rPr>
                <w:b/>
              </w:rPr>
              <w:t>Katılımcı Bilgileri</w:t>
            </w:r>
          </w:p>
        </w:tc>
      </w:tr>
      <w:tr w:rsidR="00207F45" w14:paraId="157858FF" w14:textId="77777777">
        <w:trPr>
          <w:jc w:val="center"/>
        </w:trPr>
        <w:tc>
          <w:tcPr>
            <w:tcW w:w="850" w:type="dxa"/>
            <w:shd w:val="clear" w:color="auto" w:fill="D9D9D9"/>
          </w:tcPr>
          <w:p w:rsidR="00207F45" w:rsidRDefault="00000000" w14:paraId="0BBBDAE0" w14:textId="77777777">
            <w:pPr>
              <w:spacing w:before="40" w:after="40"/>
              <w:jc w:val="center"/>
            </w:pPr>
            <w:r>
              <w:rPr>
                <w:b/>
              </w:rPr>
              <w:t>S.N.</w:t>
            </w:r>
          </w:p>
        </w:tc>
        <w:tc>
          <w:tcPr>
            <w:tcW w:w="3450" w:type="dxa"/>
            <w:gridSpan w:val="2"/>
            <w:shd w:val="clear" w:color="auto" w:fill="D9D9D9"/>
          </w:tcPr>
          <w:p w:rsidR="00207F45" w:rsidRDefault="00000000" w14:paraId="40C8750E" w14:textId="77777777">
            <w:pPr>
              <w:spacing w:before="40" w:after="40"/>
              <w:jc w:val="center"/>
            </w:pPr>
            <w:r>
              <w:rPr>
                <w:b/>
              </w:rPr>
              <w:t>Ad/Soyad</w:t>
            </w:r>
          </w:p>
        </w:tc>
        <w:tc>
          <w:tcPr>
            <w:tcW w:w="3400" w:type="dxa"/>
            <w:gridSpan w:val="2"/>
            <w:shd w:val="clear" w:color="auto" w:fill="D9D9D9"/>
          </w:tcPr>
          <w:p w:rsidR="00207F45" w:rsidRDefault="00000000" w14:paraId="653F5DF8" w14:textId="77777777">
            <w:pPr>
              <w:spacing w:before="40" w:after="40"/>
              <w:jc w:val="center"/>
            </w:pPr>
            <w:r>
              <w:rPr>
                <w:b/>
              </w:rPr>
              <w:t>Birim/Bölüm/Program</w:t>
            </w:r>
          </w:p>
        </w:tc>
        <w:tc>
          <w:tcPr>
            <w:tcW w:w="2506" w:type="dxa"/>
            <w:shd w:val="clear" w:color="auto" w:fill="D9D9D9"/>
          </w:tcPr>
          <w:p w:rsidR="00207F45" w:rsidRDefault="00000000" w14:paraId="4B04E2A9" w14:textId="77777777">
            <w:pPr>
              <w:spacing w:before="40" w:after="40"/>
              <w:jc w:val="center"/>
            </w:pPr>
            <w:r>
              <w:rPr>
                <w:b/>
              </w:rPr>
              <w:t>İmza</w:t>
            </w:r>
          </w:p>
        </w:tc>
      </w:tr>
      <w:tr w:rsidR="00207F45" w14:paraId="3F79E861" w14:textId="77777777">
        <w:trPr>
          <w:trHeight w:val="340"/>
          <w:jc w:val="center"/>
        </w:trPr>
        <w:tc>
          <w:tcPr>
            <w:tcW w:w="850" w:type="dxa"/>
          </w:tcPr>
          <w:p w:rsidR="00207F45" w:rsidRDefault="00000000" w14:paraId="44FADBD2" w14:textId="77777777">
            <w:pPr>
              <w:spacing w:before="40" w:after="40"/>
              <w:jc w:val="center"/>
            </w:pPr>
            <w:r>
              <w:t>1</w:t>
            </w:r>
          </w:p>
        </w:tc>
        <w:tc>
          <w:tcPr>
            <w:tcW w:w="3450" w:type="dxa"/>
            <w:gridSpan w:val="2"/>
          </w:tcPr>
          <w:p w:rsidR="00207F45" w:rsidRDefault="00207F45" w14:paraId="66CFCF11" w14:textId="77777777">
            <w:pPr>
              <w:spacing w:before="40" w:after="40"/>
            </w:pPr>
          </w:p>
        </w:tc>
        <w:tc>
          <w:tcPr>
            <w:tcW w:w="3400" w:type="dxa"/>
            <w:gridSpan w:val="2"/>
          </w:tcPr>
          <w:p w:rsidR="00207F45" w:rsidRDefault="00207F45" w14:paraId="4D47BFD4" w14:textId="77777777">
            <w:pPr>
              <w:spacing w:before="40" w:after="40"/>
            </w:pPr>
          </w:p>
        </w:tc>
        <w:tc>
          <w:tcPr>
            <w:tcW w:w="2506" w:type="dxa"/>
          </w:tcPr>
          <w:p w:rsidR="00207F45" w:rsidRDefault="00207F45" w14:paraId="5496FD22" w14:textId="77777777">
            <w:pPr>
              <w:spacing w:before="40" w:after="40"/>
            </w:pPr>
          </w:p>
        </w:tc>
      </w:tr>
      <w:tr w:rsidR="00207F45" w14:paraId="50BFDCE7" w14:textId="77777777">
        <w:trPr>
          <w:trHeight w:val="340"/>
          <w:jc w:val="center"/>
        </w:trPr>
        <w:tc>
          <w:tcPr>
            <w:tcW w:w="850" w:type="dxa"/>
          </w:tcPr>
          <w:p w:rsidR="00207F45" w:rsidRDefault="00000000" w14:paraId="42D4A1B6" w14:textId="77777777">
            <w:pPr>
              <w:spacing w:before="40" w:after="40"/>
              <w:jc w:val="center"/>
            </w:pPr>
            <w:r>
              <w:t>2</w:t>
            </w:r>
          </w:p>
        </w:tc>
        <w:tc>
          <w:tcPr>
            <w:tcW w:w="3450" w:type="dxa"/>
            <w:gridSpan w:val="2"/>
          </w:tcPr>
          <w:p w:rsidR="00207F45" w:rsidRDefault="00207F45" w14:paraId="724CA01A" w14:textId="77777777">
            <w:pPr>
              <w:spacing w:before="40" w:after="40"/>
            </w:pPr>
          </w:p>
        </w:tc>
        <w:tc>
          <w:tcPr>
            <w:tcW w:w="3400" w:type="dxa"/>
            <w:gridSpan w:val="2"/>
          </w:tcPr>
          <w:p w:rsidR="00207F45" w:rsidRDefault="00207F45" w14:paraId="00A6EF40" w14:textId="77777777">
            <w:pPr>
              <w:spacing w:before="40" w:after="40"/>
            </w:pPr>
          </w:p>
        </w:tc>
        <w:tc>
          <w:tcPr>
            <w:tcW w:w="2506" w:type="dxa"/>
          </w:tcPr>
          <w:p w:rsidR="00207F45" w:rsidRDefault="00207F45" w14:paraId="1F3509A6" w14:textId="77777777">
            <w:pPr>
              <w:spacing w:before="40" w:after="40"/>
            </w:pPr>
          </w:p>
        </w:tc>
      </w:tr>
      <w:tr w:rsidR="00207F45" w14:paraId="6B2A3141" w14:textId="77777777">
        <w:trPr>
          <w:trHeight w:val="340"/>
          <w:jc w:val="center"/>
        </w:trPr>
        <w:tc>
          <w:tcPr>
            <w:tcW w:w="850" w:type="dxa"/>
          </w:tcPr>
          <w:p w:rsidR="00207F45" w:rsidRDefault="00000000" w14:paraId="6B8A66B7" w14:textId="77777777">
            <w:pPr>
              <w:spacing w:before="40" w:after="40"/>
              <w:jc w:val="center"/>
            </w:pPr>
            <w:r>
              <w:t>3</w:t>
            </w:r>
          </w:p>
        </w:tc>
        <w:tc>
          <w:tcPr>
            <w:tcW w:w="3450" w:type="dxa"/>
            <w:gridSpan w:val="2"/>
          </w:tcPr>
          <w:p w:rsidR="00207F45" w:rsidRDefault="00207F45" w14:paraId="37936614" w14:textId="77777777">
            <w:pPr>
              <w:spacing w:before="40" w:after="40"/>
            </w:pPr>
          </w:p>
        </w:tc>
        <w:tc>
          <w:tcPr>
            <w:tcW w:w="3400" w:type="dxa"/>
            <w:gridSpan w:val="2"/>
          </w:tcPr>
          <w:p w:rsidR="00207F45" w:rsidRDefault="00207F45" w14:paraId="2CBFE0D0" w14:textId="77777777">
            <w:pPr>
              <w:spacing w:before="40" w:after="40"/>
            </w:pPr>
          </w:p>
        </w:tc>
        <w:tc>
          <w:tcPr>
            <w:tcW w:w="2506" w:type="dxa"/>
          </w:tcPr>
          <w:p w:rsidR="00207F45" w:rsidRDefault="00207F45" w14:paraId="58205358" w14:textId="77777777">
            <w:pPr>
              <w:spacing w:before="40" w:after="40"/>
            </w:pPr>
          </w:p>
        </w:tc>
      </w:tr>
      <w:tr w:rsidR="00207F45" w14:paraId="7D5ABA14" w14:textId="77777777">
        <w:trPr>
          <w:trHeight w:val="340"/>
          <w:jc w:val="center"/>
        </w:trPr>
        <w:tc>
          <w:tcPr>
            <w:tcW w:w="850" w:type="dxa"/>
          </w:tcPr>
          <w:p w:rsidR="00207F45" w:rsidRDefault="00000000" w14:paraId="4CB08618" w14:textId="77777777">
            <w:pPr>
              <w:spacing w:before="40" w:after="40"/>
              <w:jc w:val="center"/>
            </w:pPr>
            <w:r>
              <w:t>4</w:t>
            </w:r>
          </w:p>
        </w:tc>
        <w:tc>
          <w:tcPr>
            <w:tcW w:w="3450" w:type="dxa"/>
            <w:gridSpan w:val="2"/>
          </w:tcPr>
          <w:p w:rsidR="00207F45" w:rsidRDefault="00207F45" w14:paraId="2B152DBF" w14:textId="77777777">
            <w:pPr>
              <w:spacing w:before="40" w:after="40"/>
            </w:pPr>
          </w:p>
        </w:tc>
        <w:tc>
          <w:tcPr>
            <w:tcW w:w="3400" w:type="dxa"/>
            <w:gridSpan w:val="2"/>
          </w:tcPr>
          <w:p w:rsidR="00207F45" w:rsidRDefault="00207F45" w14:paraId="6688C8DC" w14:textId="77777777">
            <w:pPr>
              <w:spacing w:before="40" w:after="40"/>
            </w:pPr>
          </w:p>
        </w:tc>
        <w:tc>
          <w:tcPr>
            <w:tcW w:w="2506" w:type="dxa"/>
          </w:tcPr>
          <w:p w:rsidR="00207F45" w:rsidRDefault="00207F45" w14:paraId="288E7CE9" w14:textId="77777777">
            <w:pPr>
              <w:spacing w:before="40" w:after="40"/>
            </w:pPr>
          </w:p>
        </w:tc>
      </w:tr>
      <w:tr w:rsidR="00207F45" w14:paraId="3FAE32FB" w14:textId="77777777">
        <w:trPr>
          <w:trHeight w:val="340"/>
          <w:jc w:val="center"/>
        </w:trPr>
        <w:tc>
          <w:tcPr>
            <w:tcW w:w="850" w:type="dxa"/>
          </w:tcPr>
          <w:p w:rsidR="00207F45" w:rsidRDefault="00000000" w14:paraId="1CA17D64" w14:textId="77777777">
            <w:pPr>
              <w:spacing w:before="40" w:after="40"/>
              <w:jc w:val="center"/>
            </w:pPr>
            <w:r>
              <w:t>5</w:t>
            </w:r>
          </w:p>
        </w:tc>
        <w:tc>
          <w:tcPr>
            <w:tcW w:w="3450" w:type="dxa"/>
            <w:gridSpan w:val="2"/>
          </w:tcPr>
          <w:p w:rsidR="00207F45" w:rsidRDefault="00207F45" w14:paraId="7A541CFF" w14:textId="77777777">
            <w:pPr>
              <w:spacing w:before="40" w:after="40"/>
            </w:pPr>
          </w:p>
        </w:tc>
        <w:tc>
          <w:tcPr>
            <w:tcW w:w="3400" w:type="dxa"/>
            <w:gridSpan w:val="2"/>
          </w:tcPr>
          <w:p w:rsidR="00207F45" w:rsidRDefault="00207F45" w14:paraId="07E96145" w14:textId="77777777">
            <w:pPr>
              <w:spacing w:before="40" w:after="40"/>
            </w:pPr>
          </w:p>
        </w:tc>
        <w:tc>
          <w:tcPr>
            <w:tcW w:w="2506" w:type="dxa"/>
          </w:tcPr>
          <w:p w:rsidR="00207F45" w:rsidRDefault="00207F45" w14:paraId="1F45467F" w14:textId="77777777">
            <w:pPr>
              <w:spacing w:before="40" w:after="40"/>
            </w:pPr>
          </w:p>
        </w:tc>
      </w:tr>
      <w:tr w:rsidR="00207F45" w14:paraId="37CC72A9" w14:textId="77777777">
        <w:trPr>
          <w:trHeight w:val="340"/>
          <w:jc w:val="center"/>
        </w:trPr>
        <w:tc>
          <w:tcPr>
            <w:tcW w:w="850" w:type="dxa"/>
          </w:tcPr>
          <w:p w:rsidR="00207F45" w:rsidRDefault="00000000" w14:paraId="18E68D8B" w14:textId="77777777">
            <w:pPr>
              <w:spacing w:before="40" w:after="40"/>
              <w:jc w:val="center"/>
            </w:pPr>
            <w:r>
              <w:t>6</w:t>
            </w:r>
          </w:p>
        </w:tc>
        <w:tc>
          <w:tcPr>
            <w:tcW w:w="3450" w:type="dxa"/>
            <w:gridSpan w:val="2"/>
          </w:tcPr>
          <w:p w:rsidR="00207F45" w:rsidRDefault="00207F45" w14:paraId="5FD0D67A" w14:textId="77777777">
            <w:pPr>
              <w:spacing w:before="40" w:after="40"/>
            </w:pPr>
          </w:p>
        </w:tc>
        <w:tc>
          <w:tcPr>
            <w:tcW w:w="3400" w:type="dxa"/>
            <w:gridSpan w:val="2"/>
          </w:tcPr>
          <w:p w:rsidR="00207F45" w:rsidRDefault="00207F45" w14:paraId="69C0DD03" w14:textId="77777777">
            <w:pPr>
              <w:spacing w:before="40" w:after="40"/>
            </w:pPr>
          </w:p>
        </w:tc>
        <w:tc>
          <w:tcPr>
            <w:tcW w:w="2506" w:type="dxa"/>
          </w:tcPr>
          <w:p w:rsidR="00207F45" w:rsidRDefault="00207F45" w14:paraId="26EB9C00" w14:textId="77777777">
            <w:pPr>
              <w:spacing w:before="40" w:after="40"/>
            </w:pPr>
          </w:p>
        </w:tc>
      </w:tr>
      <w:tr w:rsidR="00207F45" w14:paraId="60DCD8FF" w14:textId="77777777">
        <w:trPr>
          <w:trHeight w:val="340"/>
          <w:jc w:val="center"/>
        </w:trPr>
        <w:tc>
          <w:tcPr>
            <w:tcW w:w="850" w:type="dxa"/>
          </w:tcPr>
          <w:p w:rsidR="00207F45" w:rsidRDefault="00000000" w14:paraId="39577BE3" w14:textId="77777777">
            <w:pPr>
              <w:spacing w:before="40" w:after="40"/>
              <w:jc w:val="center"/>
            </w:pPr>
            <w:r>
              <w:t>7</w:t>
            </w:r>
          </w:p>
        </w:tc>
        <w:tc>
          <w:tcPr>
            <w:tcW w:w="3450" w:type="dxa"/>
            <w:gridSpan w:val="2"/>
          </w:tcPr>
          <w:p w:rsidR="00207F45" w:rsidRDefault="00207F45" w14:paraId="6C3879AC" w14:textId="77777777">
            <w:pPr>
              <w:spacing w:before="40" w:after="40"/>
            </w:pPr>
          </w:p>
        </w:tc>
        <w:tc>
          <w:tcPr>
            <w:tcW w:w="3400" w:type="dxa"/>
            <w:gridSpan w:val="2"/>
          </w:tcPr>
          <w:p w:rsidR="00207F45" w:rsidRDefault="00207F45" w14:paraId="4DA09CE4" w14:textId="77777777">
            <w:pPr>
              <w:spacing w:before="40" w:after="40"/>
            </w:pPr>
          </w:p>
        </w:tc>
        <w:tc>
          <w:tcPr>
            <w:tcW w:w="2506" w:type="dxa"/>
          </w:tcPr>
          <w:p w:rsidR="00207F45" w:rsidRDefault="00207F45" w14:paraId="25AFB5C4" w14:textId="77777777">
            <w:pPr>
              <w:spacing w:before="40" w:after="40"/>
            </w:pPr>
          </w:p>
        </w:tc>
      </w:tr>
      <w:tr w:rsidR="00207F45" w14:paraId="57E04372" w14:textId="77777777">
        <w:trPr>
          <w:trHeight w:val="340"/>
          <w:jc w:val="center"/>
        </w:trPr>
        <w:tc>
          <w:tcPr>
            <w:tcW w:w="850" w:type="dxa"/>
          </w:tcPr>
          <w:p w:rsidR="00207F45" w:rsidRDefault="00000000" w14:paraId="137DA2B4" w14:textId="77777777">
            <w:pPr>
              <w:spacing w:before="40" w:after="40"/>
              <w:jc w:val="center"/>
            </w:pPr>
            <w:r>
              <w:t>8</w:t>
            </w:r>
          </w:p>
        </w:tc>
        <w:tc>
          <w:tcPr>
            <w:tcW w:w="3450" w:type="dxa"/>
            <w:gridSpan w:val="2"/>
          </w:tcPr>
          <w:p w:rsidR="00207F45" w:rsidRDefault="00207F45" w14:paraId="55D794BA" w14:textId="77777777">
            <w:pPr>
              <w:spacing w:before="40" w:after="40"/>
            </w:pPr>
          </w:p>
        </w:tc>
        <w:tc>
          <w:tcPr>
            <w:tcW w:w="3400" w:type="dxa"/>
            <w:gridSpan w:val="2"/>
          </w:tcPr>
          <w:p w:rsidR="00207F45" w:rsidRDefault="00207F45" w14:paraId="4A718C65" w14:textId="77777777">
            <w:pPr>
              <w:spacing w:before="40" w:after="40"/>
            </w:pPr>
          </w:p>
        </w:tc>
        <w:tc>
          <w:tcPr>
            <w:tcW w:w="2506" w:type="dxa"/>
          </w:tcPr>
          <w:p w:rsidR="00207F45" w:rsidRDefault="00207F45" w14:paraId="0123DCF5" w14:textId="77777777">
            <w:pPr>
              <w:spacing w:before="40" w:after="40"/>
            </w:pPr>
          </w:p>
        </w:tc>
      </w:tr>
      <w:tr w:rsidR="00207F45" w14:paraId="1D50C589" w14:textId="77777777">
        <w:trPr>
          <w:trHeight w:val="340"/>
          <w:jc w:val="center"/>
        </w:trPr>
        <w:tc>
          <w:tcPr>
            <w:tcW w:w="850" w:type="dxa"/>
          </w:tcPr>
          <w:p w:rsidR="00207F45" w:rsidRDefault="00000000" w14:paraId="51885F34" w14:textId="77777777">
            <w:pPr>
              <w:spacing w:before="40" w:after="40"/>
              <w:jc w:val="center"/>
            </w:pPr>
            <w:r>
              <w:t>9</w:t>
            </w:r>
          </w:p>
        </w:tc>
        <w:tc>
          <w:tcPr>
            <w:tcW w:w="3450" w:type="dxa"/>
            <w:gridSpan w:val="2"/>
          </w:tcPr>
          <w:p w:rsidR="00207F45" w:rsidRDefault="00207F45" w14:paraId="77B93DAE" w14:textId="77777777">
            <w:pPr>
              <w:spacing w:before="40" w:after="40"/>
            </w:pPr>
          </w:p>
        </w:tc>
        <w:tc>
          <w:tcPr>
            <w:tcW w:w="3400" w:type="dxa"/>
            <w:gridSpan w:val="2"/>
          </w:tcPr>
          <w:p w:rsidR="00207F45" w:rsidRDefault="00207F45" w14:paraId="18803CB7" w14:textId="77777777">
            <w:pPr>
              <w:spacing w:before="40" w:after="40"/>
            </w:pPr>
          </w:p>
        </w:tc>
        <w:tc>
          <w:tcPr>
            <w:tcW w:w="2506" w:type="dxa"/>
          </w:tcPr>
          <w:p w:rsidR="00207F45" w:rsidRDefault="00207F45" w14:paraId="0AA5FFBE" w14:textId="77777777">
            <w:pPr>
              <w:spacing w:before="40" w:after="40"/>
            </w:pPr>
          </w:p>
        </w:tc>
      </w:tr>
      <w:tr w:rsidR="00207F45" w14:paraId="456D4BF3" w14:textId="77777777">
        <w:trPr>
          <w:trHeight w:val="340"/>
          <w:jc w:val="center"/>
        </w:trPr>
        <w:tc>
          <w:tcPr>
            <w:tcW w:w="850" w:type="dxa"/>
          </w:tcPr>
          <w:p w:rsidR="00207F45" w:rsidRDefault="00000000" w14:paraId="3EB6E45F" w14:textId="77777777">
            <w:pPr>
              <w:spacing w:before="40" w:after="40"/>
              <w:jc w:val="center"/>
            </w:pPr>
            <w:r>
              <w:t>10</w:t>
            </w:r>
          </w:p>
        </w:tc>
        <w:tc>
          <w:tcPr>
            <w:tcW w:w="3450" w:type="dxa"/>
            <w:gridSpan w:val="2"/>
          </w:tcPr>
          <w:p w:rsidR="00207F45" w:rsidRDefault="00207F45" w14:paraId="0963F4EB" w14:textId="77777777">
            <w:pPr>
              <w:spacing w:before="40" w:after="40"/>
            </w:pPr>
          </w:p>
        </w:tc>
        <w:tc>
          <w:tcPr>
            <w:tcW w:w="3400" w:type="dxa"/>
            <w:gridSpan w:val="2"/>
          </w:tcPr>
          <w:p w:rsidR="00207F45" w:rsidRDefault="00207F45" w14:paraId="5AB79E22" w14:textId="77777777">
            <w:pPr>
              <w:spacing w:before="40" w:after="40"/>
            </w:pPr>
          </w:p>
        </w:tc>
        <w:tc>
          <w:tcPr>
            <w:tcW w:w="2506" w:type="dxa"/>
          </w:tcPr>
          <w:p w:rsidR="00207F45" w:rsidRDefault="00207F45" w14:paraId="513A521F" w14:textId="77777777">
            <w:pPr>
              <w:spacing w:before="40" w:after="40"/>
            </w:pPr>
          </w:p>
        </w:tc>
      </w:tr>
      <w:tr w:rsidR="00207F45" w14:paraId="6E11A884" w14:textId="77777777">
        <w:trPr>
          <w:trHeight w:val="340"/>
          <w:jc w:val="center"/>
        </w:trPr>
        <w:tc>
          <w:tcPr>
            <w:tcW w:w="850" w:type="dxa"/>
          </w:tcPr>
          <w:p w:rsidR="00207F45" w:rsidRDefault="00000000" w14:paraId="0D077735" w14:textId="77777777">
            <w:pPr>
              <w:spacing w:before="40" w:after="40"/>
              <w:jc w:val="center"/>
            </w:pPr>
            <w:r>
              <w:t>11</w:t>
            </w:r>
          </w:p>
        </w:tc>
        <w:tc>
          <w:tcPr>
            <w:tcW w:w="3450" w:type="dxa"/>
            <w:gridSpan w:val="2"/>
          </w:tcPr>
          <w:p w:rsidR="00207F45" w:rsidRDefault="00207F45" w14:paraId="7274DC21" w14:textId="77777777">
            <w:pPr>
              <w:spacing w:before="40" w:after="40"/>
            </w:pPr>
          </w:p>
        </w:tc>
        <w:tc>
          <w:tcPr>
            <w:tcW w:w="3400" w:type="dxa"/>
            <w:gridSpan w:val="2"/>
          </w:tcPr>
          <w:p w:rsidR="00207F45" w:rsidRDefault="00207F45" w14:paraId="082DE0D1" w14:textId="77777777">
            <w:pPr>
              <w:spacing w:before="40" w:after="40"/>
            </w:pPr>
          </w:p>
        </w:tc>
        <w:tc>
          <w:tcPr>
            <w:tcW w:w="2506" w:type="dxa"/>
          </w:tcPr>
          <w:p w:rsidR="00207F45" w:rsidRDefault="00207F45" w14:paraId="63166AF2" w14:textId="77777777">
            <w:pPr>
              <w:spacing w:before="40" w:after="40"/>
            </w:pPr>
          </w:p>
        </w:tc>
      </w:tr>
      <w:tr w:rsidR="00207F45" w14:paraId="65357B02" w14:textId="77777777">
        <w:trPr>
          <w:trHeight w:val="340"/>
          <w:jc w:val="center"/>
        </w:trPr>
        <w:tc>
          <w:tcPr>
            <w:tcW w:w="850" w:type="dxa"/>
          </w:tcPr>
          <w:p w:rsidR="00207F45" w:rsidRDefault="00000000" w14:paraId="367AD1A8" w14:textId="77777777">
            <w:pPr>
              <w:spacing w:before="40" w:after="40"/>
              <w:jc w:val="center"/>
            </w:pPr>
            <w:r>
              <w:t>12</w:t>
            </w:r>
          </w:p>
        </w:tc>
        <w:tc>
          <w:tcPr>
            <w:tcW w:w="3450" w:type="dxa"/>
            <w:gridSpan w:val="2"/>
          </w:tcPr>
          <w:p w:rsidR="00207F45" w:rsidRDefault="00207F45" w14:paraId="20C9DDB2" w14:textId="77777777">
            <w:pPr>
              <w:spacing w:before="40" w:after="40"/>
            </w:pPr>
          </w:p>
        </w:tc>
        <w:tc>
          <w:tcPr>
            <w:tcW w:w="3400" w:type="dxa"/>
            <w:gridSpan w:val="2"/>
          </w:tcPr>
          <w:p w:rsidR="00207F45" w:rsidRDefault="00207F45" w14:paraId="7B4AA9F6" w14:textId="77777777">
            <w:pPr>
              <w:spacing w:before="40" w:after="40"/>
            </w:pPr>
          </w:p>
        </w:tc>
        <w:tc>
          <w:tcPr>
            <w:tcW w:w="2506" w:type="dxa"/>
          </w:tcPr>
          <w:p w:rsidR="00207F45" w:rsidRDefault="00207F45" w14:paraId="7A673A53" w14:textId="77777777">
            <w:pPr>
              <w:spacing w:before="40" w:after="40"/>
            </w:pPr>
          </w:p>
        </w:tc>
      </w:tr>
      <w:tr w:rsidR="00207F45" w14:paraId="5FF5B1C9" w14:textId="77777777">
        <w:trPr>
          <w:trHeight w:val="340"/>
          <w:jc w:val="center"/>
        </w:trPr>
        <w:tc>
          <w:tcPr>
            <w:tcW w:w="850" w:type="dxa"/>
          </w:tcPr>
          <w:p w:rsidR="00207F45" w:rsidRDefault="00000000" w14:paraId="4FBCFB7B" w14:textId="77777777">
            <w:pPr>
              <w:spacing w:before="40" w:after="40"/>
              <w:jc w:val="center"/>
            </w:pPr>
            <w:r>
              <w:t>13</w:t>
            </w:r>
          </w:p>
        </w:tc>
        <w:tc>
          <w:tcPr>
            <w:tcW w:w="3450" w:type="dxa"/>
            <w:gridSpan w:val="2"/>
          </w:tcPr>
          <w:p w:rsidR="00207F45" w:rsidRDefault="00207F45" w14:paraId="20086BE9" w14:textId="77777777">
            <w:pPr>
              <w:spacing w:before="40" w:after="40"/>
            </w:pPr>
          </w:p>
        </w:tc>
        <w:tc>
          <w:tcPr>
            <w:tcW w:w="3400" w:type="dxa"/>
            <w:gridSpan w:val="2"/>
          </w:tcPr>
          <w:p w:rsidR="00207F45" w:rsidRDefault="00207F45" w14:paraId="7E209565" w14:textId="77777777">
            <w:pPr>
              <w:spacing w:before="40" w:after="40"/>
            </w:pPr>
          </w:p>
        </w:tc>
        <w:tc>
          <w:tcPr>
            <w:tcW w:w="2506" w:type="dxa"/>
          </w:tcPr>
          <w:p w:rsidR="00207F45" w:rsidRDefault="00207F45" w14:paraId="43103608" w14:textId="77777777">
            <w:pPr>
              <w:spacing w:before="40" w:after="40"/>
            </w:pPr>
          </w:p>
        </w:tc>
      </w:tr>
      <w:tr w:rsidR="00207F45" w14:paraId="2DD446ED" w14:textId="77777777">
        <w:trPr>
          <w:trHeight w:val="340"/>
          <w:jc w:val="center"/>
        </w:trPr>
        <w:tc>
          <w:tcPr>
            <w:tcW w:w="850" w:type="dxa"/>
          </w:tcPr>
          <w:p w:rsidR="00207F45" w:rsidRDefault="00000000" w14:paraId="6FB266E6" w14:textId="77777777">
            <w:pPr>
              <w:spacing w:before="40" w:after="40"/>
              <w:jc w:val="center"/>
            </w:pPr>
            <w:r>
              <w:t>14</w:t>
            </w:r>
          </w:p>
        </w:tc>
        <w:tc>
          <w:tcPr>
            <w:tcW w:w="3450" w:type="dxa"/>
            <w:gridSpan w:val="2"/>
          </w:tcPr>
          <w:p w:rsidR="00207F45" w:rsidRDefault="00207F45" w14:paraId="2A228190" w14:textId="77777777">
            <w:pPr>
              <w:spacing w:before="40" w:after="40"/>
            </w:pPr>
          </w:p>
        </w:tc>
        <w:tc>
          <w:tcPr>
            <w:tcW w:w="3400" w:type="dxa"/>
            <w:gridSpan w:val="2"/>
          </w:tcPr>
          <w:p w:rsidR="00207F45" w:rsidRDefault="00207F45" w14:paraId="08D13C78" w14:textId="77777777">
            <w:pPr>
              <w:spacing w:before="40" w:after="40"/>
            </w:pPr>
          </w:p>
        </w:tc>
        <w:tc>
          <w:tcPr>
            <w:tcW w:w="2506" w:type="dxa"/>
          </w:tcPr>
          <w:p w:rsidR="00207F45" w:rsidRDefault="00207F45" w14:paraId="5E098230" w14:textId="77777777">
            <w:pPr>
              <w:spacing w:before="40" w:after="40"/>
            </w:pPr>
          </w:p>
        </w:tc>
      </w:tr>
      <w:tr w:rsidR="00207F45" w14:paraId="03CBFBAE" w14:textId="77777777">
        <w:trPr>
          <w:trHeight w:val="340"/>
          <w:jc w:val="center"/>
        </w:trPr>
        <w:tc>
          <w:tcPr>
            <w:tcW w:w="850" w:type="dxa"/>
          </w:tcPr>
          <w:p w:rsidR="00207F45" w:rsidRDefault="00000000" w14:paraId="43B1C39F" w14:textId="77777777">
            <w:pPr>
              <w:spacing w:before="40" w:after="40"/>
              <w:jc w:val="center"/>
            </w:pPr>
            <w:r>
              <w:t>15</w:t>
            </w:r>
          </w:p>
        </w:tc>
        <w:tc>
          <w:tcPr>
            <w:tcW w:w="3450" w:type="dxa"/>
            <w:gridSpan w:val="2"/>
          </w:tcPr>
          <w:p w:rsidR="00207F45" w:rsidRDefault="00207F45" w14:paraId="15AA7638" w14:textId="77777777">
            <w:pPr>
              <w:spacing w:before="40" w:after="40"/>
            </w:pPr>
          </w:p>
        </w:tc>
        <w:tc>
          <w:tcPr>
            <w:tcW w:w="3400" w:type="dxa"/>
            <w:gridSpan w:val="2"/>
          </w:tcPr>
          <w:p w:rsidR="00207F45" w:rsidRDefault="00207F45" w14:paraId="4785F273" w14:textId="77777777">
            <w:pPr>
              <w:spacing w:before="40" w:after="40"/>
            </w:pPr>
          </w:p>
        </w:tc>
        <w:tc>
          <w:tcPr>
            <w:tcW w:w="2506" w:type="dxa"/>
          </w:tcPr>
          <w:p w:rsidR="00207F45" w:rsidRDefault="00207F45" w14:paraId="78B2F0C7" w14:textId="77777777">
            <w:pPr>
              <w:spacing w:before="40" w:after="40"/>
            </w:pPr>
          </w:p>
        </w:tc>
      </w:tr>
    </w:tbl>
    <w:p w:rsidR="00207F45" w:rsidRDefault="00000000" w14:paraId="4382FF94" w14:textId="77777777">
      <w:r>
        <w:br w:type="page"/>
      </w:r>
    </w:p>
    <w:tbl>
      <w:tblPr>
        <w:tblStyle w:val="TabloKlavuzu"/>
        <w:tblW w:w="10206" w:type="dxa"/>
        <w:jc w:val="center"/>
        <w:tblLayout w:type="fixed"/>
        <w:tblLook w:val="04A0" w:firstRow="1" w:lastRow="0" w:firstColumn="1" w:lastColumn="0" w:noHBand="0" w:noVBand="1"/>
      </w:tblPr>
      <w:tblGrid>
        <w:gridCol w:w="2300"/>
        <w:gridCol w:w="2000"/>
        <w:gridCol w:w="1950"/>
        <w:gridCol w:w="3956"/>
      </w:tblGrid>
      <w:tr w:rsidR="00207F45" w14:paraId="21A8FDA2" w14:textId="77777777">
        <w:trPr>
          <w:jc w:val="center"/>
        </w:trPr>
        <w:tc>
          <w:tcPr>
            <w:tcW w:w="10206" w:type="dxa"/>
            <w:gridSpan w:val="4"/>
            <w:shd w:val="clear" w:color="auto" w:fill="D9D9D9"/>
          </w:tcPr>
          <w:p w:rsidR="00207F45" w:rsidRDefault="00000000" w14:paraId="1393A18B" w14:textId="77777777">
            <w:pPr>
              <w:spacing w:before="40" w:after="40"/>
              <w:jc w:val="center"/>
            </w:pPr>
            <w:r>
              <w:rPr>
                <w:b/>
              </w:rPr>
              <w:lastRenderedPageBreak/>
              <w:t>TOPLANTI KARAR TUTANAĞI</w:t>
            </w:r>
          </w:p>
        </w:tc>
      </w:tr>
      <w:tr w:rsidR="00207F45" w14:paraId="755C0D01" w14:textId="77777777">
        <w:trPr>
          <w:trHeight w:val="510"/>
          <w:jc w:val="center"/>
        </w:trPr>
        <w:tc>
          <w:tcPr>
            <w:tcW w:w="2300" w:type="dxa"/>
          </w:tcPr>
          <w:p w:rsidR="00207F45" w:rsidRDefault="00000000" w14:paraId="2091614D" w14:textId="77777777">
            <w:pPr>
              <w:spacing w:before="40" w:after="40"/>
            </w:pPr>
            <w:r>
              <w:rPr>
                <w:b/>
              </w:rPr>
              <w:t>Toplantı Tarih/Saat:</w:t>
            </w:r>
          </w:p>
        </w:tc>
        <w:tc>
          <w:tcPr>
            <w:tcW w:w="2000" w:type="dxa"/>
          </w:tcPr>
          <w:p w:rsidR="00207F45" w:rsidRDefault="00207F45" w14:paraId="044E99EC" w14:textId="77777777">
            <w:pPr>
              <w:spacing w:before="40" w:after="40"/>
            </w:pPr>
          </w:p>
        </w:tc>
        <w:tc>
          <w:tcPr>
            <w:tcW w:w="1950" w:type="dxa"/>
          </w:tcPr>
          <w:p w:rsidR="00207F45" w:rsidRDefault="00000000" w14:paraId="5673A922" w14:textId="77777777">
            <w:pPr>
              <w:spacing w:before="40" w:after="40"/>
            </w:pPr>
            <w:r>
              <w:rPr>
                <w:b/>
              </w:rPr>
              <w:t>Toplantı Sayısı:</w:t>
            </w:r>
          </w:p>
        </w:tc>
        <w:tc>
          <w:tcPr>
            <w:tcW w:w="3956" w:type="dxa"/>
          </w:tcPr>
          <w:p w:rsidR="00207F45" w:rsidRDefault="00207F45" w14:paraId="2E2C523F" w14:textId="77777777">
            <w:pPr>
              <w:spacing w:before="40" w:after="40"/>
            </w:pPr>
          </w:p>
        </w:tc>
      </w:tr>
      <w:tr w:rsidR="00207F45" w14:paraId="6807C017" w14:textId="77777777">
        <w:trPr>
          <w:jc w:val="center"/>
        </w:trPr>
        <w:tc>
          <w:tcPr>
            <w:tcW w:w="10206" w:type="dxa"/>
            <w:gridSpan w:val="4"/>
            <w:shd w:val="clear" w:color="auto" w:fill="D9D9D9"/>
          </w:tcPr>
          <w:p w:rsidR="00207F45" w:rsidRDefault="00000000" w14:paraId="6B16E2CD" w14:textId="77777777">
            <w:pPr>
              <w:spacing w:before="40" w:after="40"/>
            </w:pPr>
            <w:proofErr w:type="spellStart"/>
            <w:r>
              <w:rPr>
                <w:b/>
              </w:rPr>
              <w:t>Toplantı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Gündemi</w:t>
            </w:r>
            <w:proofErr w:type="spellEnd"/>
            <w:r>
              <w:rPr>
                <w:b/>
              </w:rPr>
              <w:t>:</w:t>
            </w:r>
          </w:p>
        </w:tc>
      </w:tr>
      <w:tr w:rsidR="00207F45" w14:paraId="0661FAB2" w14:textId="77777777">
        <w:trPr>
          <w:trHeight w:val="454"/>
          <w:jc w:val="center"/>
        </w:trPr>
        <w:tc>
          <w:tcPr>
            <w:tcW w:w="10206" w:type="dxa"/>
            <w:gridSpan w:val="4"/>
          </w:tcPr>
          <w:p w:rsidR="00207F45" w:rsidRDefault="00000000" w14:paraId="0C6128AC" w14:textId="77777777">
            <w:pPr>
              <w:spacing w:before="40" w:after="40"/>
            </w:pPr>
            <w:r>
              <w:t>1.</w:t>
            </w:r>
          </w:p>
        </w:tc>
      </w:tr>
      <w:tr w:rsidR="00207F45" w14:paraId="301695A1" w14:textId="77777777">
        <w:trPr>
          <w:trHeight w:val="454"/>
          <w:jc w:val="center"/>
        </w:trPr>
        <w:tc>
          <w:tcPr>
            <w:tcW w:w="10206" w:type="dxa"/>
            <w:gridSpan w:val="4"/>
          </w:tcPr>
          <w:p w:rsidR="00207F45" w:rsidRDefault="00000000" w14:paraId="77DB3895" w14:textId="77777777">
            <w:pPr>
              <w:spacing w:before="40" w:after="40"/>
            </w:pPr>
            <w:r>
              <w:t>2.</w:t>
            </w:r>
          </w:p>
        </w:tc>
      </w:tr>
      <w:tr w:rsidR="00207F45" w14:paraId="0BF047BF" w14:textId="77777777">
        <w:trPr>
          <w:trHeight w:val="454"/>
          <w:jc w:val="center"/>
        </w:trPr>
        <w:tc>
          <w:tcPr>
            <w:tcW w:w="10206" w:type="dxa"/>
            <w:gridSpan w:val="4"/>
          </w:tcPr>
          <w:p w:rsidR="00207F45" w:rsidRDefault="00000000" w14:paraId="6D7711BC" w14:textId="77777777">
            <w:pPr>
              <w:spacing w:before="40" w:after="40"/>
            </w:pPr>
            <w:r>
              <w:t>3.</w:t>
            </w:r>
          </w:p>
        </w:tc>
      </w:tr>
      <w:tr w:rsidR="00207F45" w14:paraId="56EE4A49" w14:textId="77777777">
        <w:trPr>
          <w:trHeight w:val="454"/>
          <w:jc w:val="center"/>
        </w:trPr>
        <w:tc>
          <w:tcPr>
            <w:tcW w:w="10206" w:type="dxa"/>
            <w:gridSpan w:val="4"/>
          </w:tcPr>
          <w:p w:rsidR="00207F45" w:rsidRDefault="00000000" w14:paraId="1BFD13D3" w14:textId="77777777">
            <w:pPr>
              <w:spacing w:before="40" w:after="40"/>
            </w:pPr>
            <w:r>
              <w:t>4.</w:t>
            </w:r>
          </w:p>
        </w:tc>
      </w:tr>
      <w:tr w:rsidR="00207F45" w14:paraId="60A87DBF" w14:textId="77777777">
        <w:trPr>
          <w:jc w:val="center"/>
        </w:trPr>
        <w:tc>
          <w:tcPr>
            <w:tcW w:w="10206" w:type="dxa"/>
            <w:gridSpan w:val="4"/>
            <w:shd w:val="clear" w:color="auto" w:fill="D9D9D9"/>
          </w:tcPr>
          <w:p w:rsidR="00207F45" w:rsidRDefault="00000000" w14:paraId="0EA4BB0C" w14:textId="77777777">
            <w:pPr>
              <w:spacing w:before="40" w:after="40"/>
            </w:pPr>
            <w:r>
              <w:rPr>
                <w:b/>
              </w:rPr>
              <w:t>Toplantı Kararları:</w:t>
            </w:r>
          </w:p>
        </w:tc>
      </w:tr>
      <w:tr w:rsidR="00207F45" w14:paraId="2C4DE124" w14:textId="77777777">
        <w:trPr>
          <w:trHeight w:val="454"/>
          <w:jc w:val="center"/>
        </w:trPr>
        <w:tc>
          <w:tcPr>
            <w:tcW w:w="10206" w:type="dxa"/>
            <w:gridSpan w:val="4"/>
          </w:tcPr>
          <w:p w:rsidR="00207F45" w:rsidRDefault="00000000" w14:paraId="3AECDFAE" w14:textId="77777777">
            <w:pPr>
              <w:spacing w:before="40" w:after="40"/>
            </w:pPr>
            <w:r>
              <w:t>1.</w:t>
            </w:r>
          </w:p>
        </w:tc>
      </w:tr>
      <w:tr w:rsidR="00207F45" w14:paraId="4B364FD7" w14:textId="77777777">
        <w:trPr>
          <w:trHeight w:val="454"/>
          <w:jc w:val="center"/>
        </w:trPr>
        <w:tc>
          <w:tcPr>
            <w:tcW w:w="10206" w:type="dxa"/>
            <w:gridSpan w:val="4"/>
          </w:tcPr>
          <w:p w:rsidR="00207F45" w:rsidRDefault="00000000" w14:paraId="42C2EE21" w14:textId="77777777">
            <w:pPr>
              <w:spacing w:before="40" w:after="40"/>
            </w:pPr>
            <w:r>
              <w:t>2.</w:t>
            </w:r>
          </w:p>
        </w:tc>
      </w:tr>
      <w:tr w:rsidR="00207F45" w14:paraId="40A319E2" w14:textId="77777777">
        <w:trPr>
          <w:trHeight w:val="454"/>
          <w:jc w:val="center"/>
        </w:trPr>
        <w:tc>
          <w:tcPr>
            <w:tcW w:w="10206" w:type="dxa"/>
            <w:gridSpan w:val="4"/>
          </w:tcPr>
          <w:p w:rsidR="00207F45" w:rsidRDefault="00000000" w14:paraId="7DA1BB80" w14:textId="77777777">
            <w:pPr>
              <w:spacing w:before="40" w:after="40"/>
            </w:pPr>
            <w:r>
              <w:t>3.</w:t>
            </w:r>
          </w:p>
        </w:tc>
      </w:tr>
      <w:tr w:rsidR="00207F45" w14:paraId="3819AAC7" w14:textId="77777777">
        <w:trPr>
          <w:trHeight w:val="454"/>
          <w:jc w:val="center"/>
        </w:trPr>
        <w:tc>
          <w:tcPr>
            <w:tcW w:w="10206" w:type="dxa"/>
            <w:gridSpan w:val="4"/>
          </w:tcPr>
          <w:p w:rsidR="00207F45" w:rsidRDefault="00000000" w14:paraId="4C24BAA8" w14:textId="77777777">
            <w:pPr>
              <w:spacing w:before="40" w:after="40"/>
            </w:pPr>
            <w:r>
              <w:t>4.</w:t>
            </w:r>
          </w:p>
        </w:tc>
      </w:tr>
      <w:tr w:rsidR="00207F45" w14:paraId="24E812D6" w14:textId="77777777">
        <w:trPr>
          <w:jc w:val="center"/>
        </w:trPr>
        <w:tc>
          <w:tcPr>
            <w:tcW w:w="10206" w:type="dxa"/>
            <w:gridSpan w:val="4"/>
            <w:shd w:val="clear" w:color="auto" w:fill="D9D9D9"/>
          </w:tcPr>
          <w:p w:rsidR="00207F45" w:rsidRDefault="00000000" w14:paraId="4BB975C6" w14:textId="77777777">
            <w:pPr>
              <w:spacing w:before="40" w:after="40"/>
            </w:pPr>
            <w:r>
              <w:rPr>
                <w:b/>
              </w:rPr>
              <w:t>İyileştirme Önerileri:</w:t>
            </w:r>
          </w:p>
        </w:tc>
      </w:tr>
      <w:tr w:rsidR="00207F45" w14:paraId="5D44E6F2" w14:textId="77777777">
        <w:trPr>
          <w:trHeight w:val="454"/>
          <w:jc w:val="center"/>
        </w:trPr>
        <w:tc>
          <w:tcPr>
            <w:tcW w:w="10206" w:type="dxa"/>
            <w:gridSpan w:val="4"/>
          </w:tcPr>
          <w:p w:rsidR="00207F45" w:rsidRDefault="00000000" w14:paraId="7627506A" w14:textId="77777777">
            <w:pPr>
              <w:spacing w:before="40" w:after="40"/>
            </w:pPr>
            <w:r>
              <w:t>1.</w:t>
            </w:r>
          </w:p>
        </w:tc>
      </w:tr>
      <w:tr w:rsidR="00207F45" w14:paraId="7AC28AEF" w14:textId="77777777">
        <w:trPr>
          <w:trHeight w:val="454"/>
          <w:jc w:val="center"/>
        </w:trPr>
        <w:tc>
          <w:tcPr>
            <w:tcW w:w="10206" w:type="dxa"/>
            <w:gridSpan w:val="4"/>
          </w:tcPr>
          <w:p w:rsidR="00207F45" w:rsidRDefault="00000000" w14:paraId="375CB618" w14:textId="77777777">
            <w:pPr>
              <w:spacing w:before="40" w:after="40"/>
            </w:pPr>
            <w:r>
              <w:t>2.</w:t>
            </w:r>
          </w:p>
        </w:tc>
      </w:tr>
      <w:tr w:rsidR="00207F45" w14:paraId="34619A6D" w14:textId="77777777">
        <w:trPr>
          <w:trHeight w:val="454"/>
          <w:jc w:val="center"/>
        </w:trPr>
        <w:tc>
          <w:tcPr>
            <w:tcW w:w="10206" w:type="dxa"/>
            <w:gridSpan w:val="4"/>
          </w:tcPr>
          <w:p w:rsidR="00207F45" w:rsidRDefault="00000000" w14:paraId="1458F953" w14:textId="77777777">
            <w:pPr>
              <w:spacing w:before="40" w:after="40"/>
            </w:pPr>
            <w:r>
              <w:t>3.</w:t>
            </w:r>
          </w:p>
        </w:tc>
      </w:tr>
      <w:tr w:rsidR="00207F45" w14:paraId="5FDD2DA9" w14:textId="77777777">
        <w:trPr>
          <w:trHeight w:val="454"/>
          <w:jc w:val="center"/>
        </w:trPr>
        <w:tc>
          <w:tcPr>
            <w:tcW w:w="10206" w:type="dxa"/>
            <w:gridSpan w:val="4"/>
          </w:tcPr>
          <w:p w:rsidR="00207F45" w:rsidRDefault="00000000" w14:paraId="1F6E270F" w14:textId="77777777">
            <w:pPr>
              <w:spacing w:before="40" w:after="40"/>
            </w:pPr>
            <w:r>
              <w:t>4.</w:t>
            </w:r>
          </w:p>
        </w:tc>
      </w:tr>
    </w:tbl>
    <w:p w:rsidR="00207F45" w:rsidRDefault="00207F45" w14:paraId="432D839C" w14:textId="77777777">
      <w:pPr>
        <w:spacing w:after="0"/>
      </w:pPr>
    </w:p>
    <w:sectPr w:rsidR="00207F45" w:rsidSect="00034616">
      <w:headerReference w:type="default" r:id="Rb0e9788205504151"/>
      <w:headerReference w:type="first" r:id="Rb0e9788205504151"/>
      <w:headerReference w:type="even" r:id="Rb0e9788205504151"/>
      <w:footerReference w:type="default" r:id="Rf32fafe6297e4a6d"/>
      <w:footerReference w:type="first" r:id="Rf32fafe6297e4a6d"/>
      <w:footerReference w:type="even" r:id="Rf32fafe6297e4a6d"/>
      <w:pgSz w:w="11906" w:h="16838"/>
      <w:pgMar w:top="2154" w:right="850" w:bottom="1587" w:left="850" w:header="720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4A75280" w14:textId="77777777" w:rsidR="006809EB" w:rsidRDefault="006809EB">
      <w:pPr>
        <w:spacing w:after="0"/>
      </w:pPr>
      <w:r>
        <w:separator/>
      </w:r>
    </w:p>
  </w:endnote>
  <w:endnote w:type="continuationSeparator" w:id="0">
    <w:p w14:paraId="40526DC2" w14:textId="77777777" w:rsidR="006809EB" w:rsidRDefault="006809E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roman"/>
    <w:notTrueType/>
    <w:pitch w:val="default"/>
  </w:font>
</w:fonts>
</file>

<file path=word/footer4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KYS-FR.032, R01,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4e4a7b56fa4941a5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kvys.giresun.edu.tr/dg/525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47bdf97ab8df48de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03DC2F1" w14:textId="77777777" w:rsidR="006809EB" w:rsidRDefault="006809EB">
      <w:pPr>
        <w:spacing w:after="0"/>
      </w:pPr>
      <w:r>
        <w:separator/>
      </w:r>
    </w:p>
  </w:footnote>
  <w:footnote w:type="continuationSeparator" w:id="0">
    <w:p w14:paraId="049D99A7" w14:textId="77777777" w:rsidR="006809EB" w:rsidRDefault="006809EB">
      <w:pPr>
        <w:spacing w:after="0"/>
      </w:pPr>
      <w:r>
        <w:continuationSeparator/>
      </w:r>
    </w:p>
  </w:footnote>
</w:footnotes>
</file>

<file path=word/header4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e42bbf5db244467b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Toplantı Tutanağı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KYS-FR.032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29.09.2026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01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6900239">
    <w:abstractNumId w:val="8"/>
  </w:num>
  <w:num w:numId="2" w16cid:durableId="1600913754">
    <w:abstractNumId w:val="6"/>
  </w:num>
  <w:num w:numId="3" w16cid:durableId="1210914660">
    <w:abstractNumId w:val="5"/>
  </w:num>
  <w:num w:numId="4" w16cid:durableId="1147433743">
    <w:abstractNumId w:val="4"/>
  </w:num>
  <w:num w:numId="5" w16cid:durableId="78138818">
    <w:abstractNumId w:val="7"/>
  </w:num>
  <w:num w:numId="6" w16cid:durableId="1711689117">
    <w:abstractNumId w:val="3"/>
  </w:num>
  <w:num w:numId="7" w16cid:durableId="1628853715">
    <w:abstractNumId w:val="2"/>
  </w:num>
  <w:num w:numId="8" w16cid:durableId="191262771">
    <w:abstractNumId w:val="1"/>
  </w:num>
  <w:num w:numId="9" w16cid:durableId="95729928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2E2B"/>
    <w:rsid w:val="0015074B"/>
    <w:rsid w:val="00207F45"/>
    <w:rsid w:val="0029639D"/>
    <w:rsid w:val="00326F90"/>
    <w:rsid w:val="00423995"/>
    <w:rsid w:val="006809EB"/>
    <w:rsid w:val="009825BD"/>
    <w:rsid w:val="00AA1D8D"/>
    <w:rsid w:val="00B47730"/>
    <w:rsid w:val="00CB0664"/>
    <w:rsid w:val="00CD7D9F"/>
    <w:rsid w:val="00E27575"/>
    <w:rsid w:val="00FC693F"/>
    <w:rsid w:val="00FD2DB8"/>
    <w:rsid w:val="00FD2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3D50C823"/>
  <w14:defaultImageDpi w14:val="300"/>
  <w15:docId w15:val="{4C25F2AC-28DD-47BC-8476-235A49EC5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Times New Roman" w:eastAsia="Times New Roman" w:hAnsi="Times New Roman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5" /><Relationship Type="http://schemas.openxmlformats.org/officeDocument/2006/relationships/settings" Target="settings.xml" Id="rId4" /><Relationship Type="http://schemas.openxmlformats.org/officeDocument/2006/relationships/fontTable" Target="fontTable.xml" Id="rId14" /><Relationship Type="http://schemas.openxmlformats.org/officeDocument/2006/relationships/header" Target="/word/header4.xml" Id="Rb0e9788205504151" /><Relationship Type="http://schemas.openxmlformats.org/officeDocument/2006/relationships/footer" Target="/word/footer4.xml" Id="Rf32fafe6297e4a6d" /></Relationships>
</file>

<file path=word/_rels/footer4.xml.rels>&#65279;<?xml version="1.0" encoding="utf-8"?><Relationships xmlns="http://schemas.openxmlformats.org/package/2006/relationships"><Relationship Type="http://schemas.openxmlformats.org/officeDocument/2006/relationships/image" Target="/media/image2.png" Id="R47bdf97ab8df48de" /><Relationship Type="http://schemas.openxmlformats.org/officeDocument/2006/relationships/hyperlink" Target="https://kvys.giresun.edu.tr/dg/525" TargetMode="External" Id="R4e4a7b56fa4941a5" /></Relationships>
</file>

<file path=word/_rels/header4.xml.rels>&#65279;<?xml version="1.0" encoding="utf-8"?><Relationships xmlns="http://schemas.openxmlformats.org/package/2006/relationships"><Relationship Type="http://schemas.openxmlformats.org/officeDocument/2006/relationships/image" Target="/media/image.png" Id="Re42bbf5db244467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Enis Taşcı</cp:lastModifiedBy>
  <cp:revision>4</cp:revision>
  <dcterms:created xsi:type="dcterms:W3CDTF">2013-12-23T23:15:00Z</dcterms:created>
  <dcterms:modified xsi:type="dcterms:W3CDTF">2026-09-29T10:21:00Z</dcterms:modified>
  <cp:category/>
</cp:coreProperties>
</file>