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31DF1" w:rsidR="00620B9A" w:rsidP="00620B9A" w:rsidRDefault="00620B9A" w14:paraId="56FAEB09" w14:textId="32C09F73">
      <w:pPr>
        <w:pStyle w:val="Balk1"/>
        <w:spacing w:before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val="tr-TR" w:eastAsia="tr-TR"/>
        </w:rPr>
      </w:pPr>
      <w:r w:rsidRPr="00E31DF1">
        <w:rPr>
          <w:rFonts w:ascii="Times New Roman" w:hAnsi="Times New Roman" w:eastAsia="Times New Roman" w:cs="Times New Roman"/>
          <w:color w:val="000000"/>
          <w:sz w:val="24"/>
          <w:szCs w:val="24"/>
          <w:lang w:val="tr-TR" w:eastAsia="tr-TR"/>
        </w:rPr>
        <w:t>……………………… MYO/YO/FAKÜLTESİ/ENSTİTÜSÜ</w:t>
      </w:r>
      <w:r w:rsidR="00412342">
        <w:rPr>
          <w:rFonts w:ascii="Times New Roman" w:hAnsi="Times New Roman" w:eastAsia="Times New Roman" w:cs="Times New Roman"/>
          <w:color w:val="000000"/>
          <w:sz w:val="24"/>
          <w:szCs w:val="24"/>
          <w:lang w:val="tr-TR" w:eastAsia="tr-TR"/>
        </w:rPr>
      </w:r>
      <w:bookmarkStart w:name="_GoBack" w:id="0"/>
      <w:bookmarkEnd w:id="0"/>
      <w:r w:rsidRPr="00E31DF1" w:rsidR="00412342">
        <w:rPr>
          <w:rFonts w:ascii="Times New Roman" w:hAnsi="Times New Roman" w:eastAsia="Times New Roman" w:cs="Times New Roman"/>
          <w:color w:val="000000"/>
          <w:sz w:val="24"/>
          <w:szCs w:val="24"/>
          <w:lang w:val="tr-TR" w:eastAsia="tr-TR"/>
        </w:rPr>
      </w:r>
      <w:r w:rsidRPr="00E31DF1">
        <w:rPr>
          <w:rFonts w:ascii="Times New Roman" w:hAnsi="Times New Roman" w:eastAsia="Times New Roman" w:cs="Times New Roman"/>
          <w:color w:val="000000"/>
          <w:sz w:val="24"/>
          <w:szCs w:val="24"/>
          <w:lang w:val="tr-TR" w:eastAsia="tr-TR"/>
        </w:rPr>
      </w:r>
      <w:r w:rsidR="00E31DF1">
        <w:rPr>
          <w:rFonts w:ascii="Times New Roman" w:hAnsi="Times New Roman" w:eastAsia="Times New Roman" w:cs="Times New Roman"/>
          <w:color w:val="000000"/>
          <w:sz w:val="24"/>
          <w:szCs w:val="24"/>
          <w:lang w:val="tr-TR" w:eastAsia="tr-TR"/>
        </w:rPr>
      </w:r>
    </w:p>
    <w:p w:rsidRPr="00E31DF1" w:rsidR="00620B9A" w:rsidP="00620B9A" w:rsidRDefault="00620B9A" w14:paraId="4210BFE7" w14:textId="77777777">
      <w:pPr>
        <w:rPr>
          <w:rFonts w:ascii="Times New Roman" w:hAnsi="Times New Roman" w:eastAsia="Times New Roman" w:cs="Times New Roman"/>
          <w:sz w:val="24"/>
          <w:szCs w:val="24"/>
        </w:rPr>
      </w:pPr>
    </w:p>
    <w:p w:rsidRPr="00E31DF1" w:rsidR="000579A3" w:rsidP="00620B9A" w:rsidRDefault="00866799" w14:paraId="26EDE27E" w14:textId="1461FF37">
      <w:pPr>
        <w:jc w:val="right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Başvuru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Tarihi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>:  ..........</w:t>
      </w:r>
      <w:r w:rsidRPr="00E31DF1" w:rsidR="00620B9A">
        <w:rPr>
          <w:rFonts w:ascii="Times New Roman" w:hAnsi="Times New Roman" w:eastAsia="Times New Roman" w:cs="Times New Roman"/>
          <w:sz w:val="24"/>
          <w:szCs w:val="24"/>
        </w:rPr>
        <w:t>...............</w:t>
      </w:r>
      <w:r w:rsidRPr="00E31DF1">
        <w:rPr>
          <w:rFonts w:ascii="Times New Roman" w:hAnsi="Times New Roman" w:eastAsia="Times New Roman" w:cs="Times New Roman"/>
          <w:sz w:val="24"/>
          <w:szCs w:val="24"/>
        </w:rPr>
        <w:t>......</w:t>
      </w:r>
    </w:p>
    <w:tbl>
      <w:tblPr>
        <w:tblStyle w:val="TabloKlavuzuKaynak"/>
        <w:tblW w:w="5000" w:type="pct"/>
        <w:tblLook w:val="04A0" w:firstRow="1" w:lastRow="0" w:firstColumn="1" w:lastColumn="0" w:noHBand="0" w:noVBand="1"/>
      </w:tblPr>
      <w:tblGrid>
        <w:gridCol w:w="4126"/>
        <w:gridCol w:w="5836"/>
      </w:tblGrid>
      <w:tr w:rsidRPr="00E31DF1" w:rsidR="00620B9A" w:rsidTr="00D36434" w14:paraId="56401DDC" w14:textId="5BC23552">
        <w:trPr>
          <w:trHeight w:val="397"/>
        </w:trPr>
        <w:tc>
          <w:tcPr>
            <w:tcW w:w="2071" w:type="pct"/>
          </w:tcPr>
          <w:p w:rsidRPr="00E31DF1" w:rsidR="00620B9A" w:rsidRDefault="00620B9A" w14:paraId="0F16D311" w14:textId="77777777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Adı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Soyadı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929" w:type="pct"/>
          </w:tcPr>
          <w:p w:rsidRPr="00E31DF1" w:rsidR="00620B9A" w:rsidRDefault="00620B9A" w14:paraId="79ABFE1A" w14:textId="078392A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E31DF1" w:rsidR="00620B9A" w:rsidTr="00D36434" w14:paraId="78C68A92" w14:textId="6F2FC81F">
        <w:trPr>
          <w:trHeight w:val="397"/>
        </w:trPr>
        <w:tc>
          <w:tcPr>
            <w:tcW w:w="2071" w:type="pct"/>
          </w:tcPr>
          <w:p w:rsidRPr="00E31DF1" w:rsidR="00620B9A" w:rsidRDefault="00620B9A" w14:paraId="74C668D8" w14:textId="77777777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Fakülte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Yüksekokul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Enstitü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Adı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929" w:type="pct"/>
          </w:tcPr>
          <w:p w:rsidRPr="00E31DF1" w:rsidR="00620B9A" w:rsidRDefault="00620B9A" w14:paraId="7AB12432" w14:textId="5D9D852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E31DF1" w:rsidR="00620B9A" w:rsidTr="00D36434" w14:paraId="772A3C2E" w14:textId="7FAD7045">
        <w:trPr>
          <w:trHeight w:val="397"/>
        </w:trPr>
        <w:tc>
          <w:tcPr>
            <w:tcW w:w="2071" w:type="pct"/>
          </w:tcPr>
          <w:p w:rsidRPr="00E31DF1" w:rsidR="00620B9A" w:rsidRDefault="00620B9A" w14:paraId="73BEFF58" w14:textId="77777777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Bölüm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/Program </w:t>
            </w:r>
            <w:proofErr w:type="spellStart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Adı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929" w:type="pct"/>
          </w:tcPr>
          <w:p w:rsidRPr="00E31DF1" w:rsidR="00620B9A" w:rsidRDefault="00620B9A" w14:paraId="0156BA00" w14:textId="1BCC00E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E31DF1" w:rsidR="00620B9A" w:rsidTr="00D36434" w14:paraId="1499B9ED" w14:textId="7277E45B">
        <w:trPr>
          <w:trHeight w:val="397"/>
        </w:trPr>
        <w:tc>
          <w:tcPr>
            <w:tcW w:w="2071" w:type="pct"/>
          </w:tcPr>
          <w:p w:rsidRPr="00E31DF1" w:rsidR="00620B9A" w:rsidRDefault="00620B9A" w14:paraId="2A53BB08" w14:textId="77777777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Sınıf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929" w:type="pct"/>
          </w:tcPr>
          <w:p w:rsidRPr="00E31DF1" w:rsidR="00620B9A" w:rsidRDefault="00620B9A" w14:paraId="693AECC2" w14:textId="7F091DD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E31DF1" w:rsidR="00620B9A" w:rsidTr="00D36434" w14:paraId="567D6CD5" w14:textId="7D7FC195">
        <w:trPr>
          <w:trHeight w:val="397"/>
        </w:trPr>
        <w:tc>
          <w:tcPr>
            <w:tcW w:w="2071" w:type="pct"/>
          </w:tcPr>
          <w:p w:rsidRPr="00E31DF1" w:rsidR="00620B9A" w:rsidRDefault="00620B9A" w14:paraId="687E7EB4" w14:textId="77777777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Öğrenci Numarası:</w:t>
            </w:r>
          </w:p>
        </w:tc>
        <w:tc>
          <w:tcPr>
            <w:tcW w:w="2929" w:type="pct"/>
          </w:tcPr>
          <w:p w:rsidRPr="00E31DF1" w:rsidR="00620B9A" w:rsidRDefault="00620B9A" w14:paraId="57CFB5C7" w14:textId="7C4A7DC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E31DF1" w:rsidR="00620B9A" w:rsidTr="00D36434" w14:paraId="65156706" w14:textId="098E8472">
        <w:trPr>
          <w:trHeight w:val="397"/>
        </w:trPr>
        <w:tc>
          <w:tcPr>
            <w:tcW w:w="2071" w:type="pct"/>
          </w:tcPr>
          <w:p w:rsidRPr="00E31DF1" w:rsidR="00620B9A" w:rsidRDefault="00620B9A" w14:paraId="7E5FB7FA" w14:textId="75A90D1A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posta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Adresi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929" w:type="pct"/>
          </w:tcPr>
          <w:p w:rsidRPr="00E31DF1" w:rsidR="00620B9A" w:rsidRDefault="00620B9A" w14:paraId="3921E9DC" w14:textId="42A9EB1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E31DF1" w:rsidR="00620B9A" w:rsidTr="00D36434" w14:paraId="0254AD47" w14:textId="0EFC1513">
        <w:trPr>
          <w:trHeight w:val="397"/>
        </w:trPr>
        <w:tc>
          <w:tcPr>
            <w:tcW w:w="2071" w:type="pct"/>
          </w:tcPr>
          <w:p w:rsidRPr="00E31DF1" w:rsidR="00620B9A" w:rsidRDefault="00620B9A" w14:paraId="353AEB9E" w14:textId="7168828C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Telefon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Numarası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929" w:type="pct"/>
          </w:tcPr>
          <w:p w:rsidRPr="00E31DF1" w:rsidR="00620B9A" w:rsidRDefault="00620B9A" w14:paraId="306DE0C5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:rsidRPr="00E31DF1" w:rsidR="00B439B9" w:rsidRDefault="00B439B9" w14:paraId="1B92AF3F" w14:textId="77777777">
      <w:pPr>
        <w:rPr>
          <w:rFonts w:ascii="Times New Roman" w:hAnsi="Times New Roman" w:eastAsia="Times New Roman" w:cs="Times New Roman"/>
          <w:sz w:val="24"/>
          <w:szCs w:val="24"/>
        </w:rPr>
      </w:pPr>
    </w:p>
    <w:p w:rsidRPr="00E31DF1" w:rsidR="00620B9A" w:rsidP="00E31DF1" w:rsidRDefault="00620B9A" w14:paraId="7E5FF327" w14:textId="7BD687D0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Yükseköğretimde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kalite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güvencesi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çalışmaları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hakkında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düşünceleriniz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ve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komisyon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üyeliğine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başvuru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nedenleriniz</w:t>
      </w:r>
      <w:r w:rsidR="00E31DF1">
        <w:rPr>
          <w:rFonts w:ascii="Times New Roman" w:hAnsi="Times New Roman" w:eastAsia="Times New Roman" w:cs="Times New Roman"/>
          <w:sz w:val="24"/>
          <w:szCs w:val="24"/>
        </w:rPr>
        <w:t>i</w:t>
      </w:r>
      <w:proofErr w:type="spellEnd"/>
      <w:r w:rsid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="00E31DF1">
        <w:rPr>
          <w:rFonts w:ascii="Times New Roman" w:hAnsi="Times New Roman" w:eastAsia="Times New Roman" w:cs="Times New Roman"/>
          <w:sz w:val="24"/>
          <w:szCs w:val="24"/>
        </w:rPr>
        <w:t>belirtiniz</w:t>
      </w:r>
      <w:proofErr w:type="spellEnd"/>
      <w:r w:rsidR="00E31DF1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E31DF1" w:rsidR="000579A3" w:rsidRDefault="00620B9A" w14:paraId="00F18E31" w14:textId="327325CE">
      <w:pPr>
        <w:rPr>
          <w:rFonts w:ascii="Times New Roman" w:hAnsi="Times New Roman" w:eastAsia="Times New Roman" w:cs="Times New Roman"/>
          <w:sz w:val="24"/>
          <w:szCs w:val="24"/>
        </w:rPr>
      </w:pPr>
      <w:r w:rsidRPr="00E31DF1">
        <w:rPr>
          <w:rFonts w:ascii="Times New Roman" w:hAnsi="Times New Roman" w:eastAsia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31DF1" w:rsidR="00866799">
        <w:rPr>
          <w:rFonts w:ascii="Times New Roman" w:hAnsi="Times New Roman" w:eastAsia="Times New Roman" w:cs="Times New Roman"/>
          <w:sz w:val="24"/>
          <w:szCs w:val="24"/>
        </w:rPr>
        <w:t>...................................................................................</w:t>
      </w:r>
      <w:r w:rsidRPr="00E31DF1" w:rsidR="00914B7D">
        <w:rPr>
          <w:rFonts w:ascii="Times New Roman" w:hAnsi="Times New Roman" w:eastAsia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Pr="00E31DF1">
        <w:rPr>
          <w:rFonts w:ascii="Times New Roman" w:hAnsi="Times New Roman" w:eastAsia="Times New Roman" w:cs="Times New Roman"/>
          <w:sz w:val="24"/>
          <w:szCs w:val="24"/>
        </w:rPr>
        <w:t>..............................</w:t>
      </w:r>
    </w:p>
    <w:p w:rsidRPr="00E31DF1" w:rsidR="000579A3" w:rsidRDefault="00866799" w14:paraId="6F2FA198" w14:textId="4A2BA5C7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proofErr w:type="spellStart"/>
      <w:r w:rsidRPr="00E31DF1">
        <w:rPr>
          <w:rFonts w:ascii="Times New Roman" w:hAnsi="Times New Roman" w:eastAsia="Times New Roman" w:cs="Times New Roman"/>
          <w:b/>
          <w:bCs/>
          <w:sz w:val="24"/>
          <w:szCs w:val="24"/>
        </w:rPr>
        <w:t>Belgeler</w:t>
      </w:r>
      <w:proofErr w:type="spellEnd"/>
      <w:r w:rsidRPr="00E31DF1">
        <w:rPr>
          <w:rFonts w:ascii="Times New Roman" w:hAnsi="Times New Roman" w:eastAsia="Times New Roman" w:cs="Times New Roman"/>
          <w:b/>
          <w:bCs/>
          <w:sz w:val="24"/>
          <w:szCs w:val="24"/>
        </w:rPr>
        <w:t>:</w:t>
      </w:r>
    </w:p>
    <w:tbl>
      <w:tblPr>
        <w:tblStyle w:val="TabloKlavuzuKaynak"/>
        <w:tblW w:w="10173" w:type="dxa"/>
        <w:tblLook w:val="04A0" w:firstRow="1" w:lastRow="0" w:firstColumn="1" w:lastColumn="0" w:noHBand="0" w:noVBand="1"/>
      </w:tblPr>
      <w:tblGrid>
        <w:gridCol w:w="7763"/>
        <w:gridCol w:w="2410"/>
      </w:tblGrid>
      <w:tr w:rsidRPr="00E31DF1" w:rsidR="00914B7D" w:rsidTr="00D36434" w14:paraId="77491963" w14:textId="77777777">
        <w:trPr>
          <w:trHeight w:val="454"/>
        </w:trPr>
        <w:tc>
          <w:tcPr>
            <w:tcW w:w="7763" w:type="dxa"/>
            <w:vAlign w:val="center"/>
          </w:tcPr>
          <w:p w:rsidRPr="00E31DF1" w:rsidR="00914B7D" w:rsidP="00620B9A" w:rsidRDefault="00914B7D" w14:paraId="113299B8" w14:textId="4D061D0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Transkript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  <w:lang w:val="tr-TR"/>
              </w:rPr>
              <w:t>Disiplin</w:t>
            </w:r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cezası alıp almadığını gösteren ifade) (Zorunlu)</w:t>
            </w:r>
          </w:p>
        </w:tc>
        <w:sdt>
          <w:sdtPr>
            <w:rPr>
              <w:rFonts w:ascii="Times New Roman" w:hAnsi="Times New Roman" w:eastAsia="Times New Roman" w:cs="Times New Roman"/>
              <w:sz w:val="24"/>
              <w:szCs w:val="24"/>
            </w:rPr>
            <w:id w:val="-948616432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410" w:type="dxa"/>
                <w:vAlign w:val="center"/>
              </w:tcPr>
              <w:p w:rsidRPr="00E31DF1" w:rsidR="00914B7D" w:rsidP="00914B7D" w:rsidRDefault="006E72C7" w14:paraId="5D3FE535" w14:textId="760C28FB">
                <w:pPr>
                  <w:jc w:val="center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E31DF1" w:rsidR="00914B7D" w:rsidTr="00D36434" w14:paraId="20E64739" w14:textId="77777777">
        <w:trPr>
          <w:trHeight w:val="454"/>
        </w:trPr>
        <w:tc>
          <w:tcPr>
            <w:tcW w:w="7763" w:type="dxa"/>
            <w:vAlign w:val="center"/>
          </w:tcPr>
          <w:p w:rsidRPr="00E31DF1" w:rsidR="00914B7D" w:rsidP="00620B9A" w:rsidRDefault="00914B7D" w14:paraId="4A5FE3D3" w14:textId="042B7292">
            <w:pPr>
              <w:spacing w:after="160"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Adli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S</w:t>
            </w:r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icil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K</w:t>
            </w:r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aydı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 w:rsid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E</w:t>
            </w:r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proofErr w:type="spellStart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devlet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üzerinden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) (</w:t>
            </w:r>
            <w:proofErr w:type="spellStart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Zorunlu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sdt>
          <w:sdtPr>
            <w:rPr>
              <w:rFonts w:ascii="Times New Roman" w:hAnsi="Times New Roman" w:eastAsia="Times New Roman" w:cs="Times New Roman"/>
              <w:sz w:val="24"/>
              <w:szCs w:val="24"/>
            </w:rPr>
            <w:id w:val="1792555407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410" w:type="dxa"/>
                <w:vAlign w:val="center"/>
              </w:tcPr>
              <w:p w:rsidRPr="00E31DF1" w:rsidR="00914B7D" w:rsidP="00914B7D" w:rsidRDefault="006E72C7" w14:paraId="5BB3EF0A" w14:textId="57B4AEED">
                <w:pPr>
                  <w:jc w:val="center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E31DF1" w:rsidR="00914B7D" w:rsidTr="00D36434" w14:paraId="3A917A5A" w14:textId="77777777">
        <w:trPr>
          <w:trHeight w:val="454"/>
        </w:trPr>
        <w:tc>
          <w:tcPr>
            <w:tcW w:w="7763" w:type="dxa"/>
            <w:vAlign w:val="center"/>
          </w:tcPr>
          <w:p w:rsidRPr="00E31DF1" w:rsidR="00914B7D" w:rsidP="00620B9A" w:rsidRDefault="00914B7D" w14:paraId="3D472176" w14:textId="769F050B">
            <w:pPr>
              <w:spacing w:after="160"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Eğitim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Sertifikaları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Varsa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sdt>
          <w:sdtPr>
            <w:rPr>
              <w:rFonts w:ascii="Times New Roman" w:hAnsi="Times New Roman" w:eastAsia="Times New Roman" w:cs="Times New Roman"/>
              <w:sz w:val="24"/>
              <w:szCs w:val="24"/>
            </w:rPr>
            <w:id w:val="-1613893764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410" w:type="dxa"/>
                <w:vAlign w:val="center"/>
              </w:tcPr>
              <w:p w:rsidRPr="00E31DF1" w:rsidR="00914B7D" w:rsidP="006E72C7" w:rsidRDefault="006E72C7" w14:paraId="6CDB77D8" w14:textId="1E42EFC7">
                <w:pPr>
                  <w:jc w:val="center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E31DF1" w:rsidR="00914B7D" w:rsidTr="00D36434" w14:paraId="7F831117" w14:textId="77777777">
        <w:trPr>
          <w:trHeight w:val="454"/>
        </w:trPr>
        <w:tc>
          <w:tcPr>
            <w:tcW w:w="7763" w:type="dxa"/>
            <w:vAlign w:val="center"/>
          </w:tcPr>
          <w:p w:rsidRPr="00E31DF1" w:rsidR="00914B7D" w:rsidP="00620B9A" w:rsidRDefault="00914B7D" w14:paraId="7A0FA349" w14:textId="75970B2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Referans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Mektubu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Opsiyonel</w:t>
            </w:r>
            <w:proofErr w:type="spellEnd"/>
            <w:r w:rsidRPr="00E31DF1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sdt>
          <w:sdtPr>
            <w:rPr>
              <w:rFonts w:ascii="Times New Roman" w:hAnsi="Times New Roman" w:eastAsia="Times New Roman" w:cs="Times New Roman"/>
              <w:sz w:val="24"/>
              <w:szCs w:val="24"/>
            </w:rPr>
            <w:id w:val="-912776341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410" w:type="dxa"/>
                <w:vAlign w:val="center"/>
              </w:tcPr>
              <w:p w:rsidRPr="00E31DF1" w:rsidR="00914B7D" w:rsidP="00914B7D" w:rsidRDefault="006E72C7" w14:paraId="44F82A7F" w14:textId="3C38C17F">
                <w:pPr>
                  <w:jc w:val="center"/>
                  <w:rPr>
                    <w:rFonts w:ascii="Times New Roman" w:hAnsi="Times New Roman" w:eastAsia="Times New Roman" w:cs="Times New Roman"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Times New Roman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Pr="00E31DF1" w:rsidR="000579A3" w:rsidRDefault="00866799" w14:paraId="291945A2" w14:textId="4E6B031C">
      <w:pPr>
        <w:rPr>
          <w:rFonts w:ascii="Times New Roman" w:hAnsi="Times New Roman" w:eastAsia="Times New Roman" w:cs="Times New Roman"/>
          <w:sz w:val="24"/>
          <w:szCs w:val="24"/>
        </w:rPr>
      </w:pPr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Pr="00D36434" w:rsidR="000579A3" w:rsidRDefault="00866799" w14:paraId="49912C98" w14:textId="77777777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D36434">
        <w:rPr>
          <w:rFonts w:ascii="Times New Roman" w:hAnsi="Times New Roman" w:eastAsia="Times New Roman" w:cs="Times New Roman"/>
          <w:b/>
          <w:bCs/>
          <w:sz w:val="24"/>
          <w:szCs w:val="24"/>
        </w:rPr>
        <w:t>Onay:</w:t>
      </w:r>
    </w:p>
    <w:p w:rsidRPr="00E31DF1" w:rsidR="000579A3" w:rsidP="00620B9A" w:rsidRDefault="00866799" w14:paraId="6168ADC4" w14:textId="29E003C7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Bu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formda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verdiğim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bilgilerin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doğru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olduğunu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ve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komisyon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üyeliği</w:t>
      </w:r>
      <w:r w:rsidRPr="00E31DF1" w:rsidR="00620B9A">
        <w:rPr>
          <w:rFonts w:ascii="Times New Roman" w:hAnsi="Times New Roman" w:eastAsia="Times New Roman" w:cs="Times New Roman"/>
          <w:sz w:val="24"/>
          <w:szCs w:val="24"/>
        </w:rPr>
        <w:t>nde</w:t>
      </w:r>
      <w:proofErr w:type="spellEnd"/>
      <w:r w:rsidRPr="00E31DF1" w:rsidR="00620B9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 w:rsidR="00620B9A">
        <w:rPr>
          <w:rFonts w:ascii="Times New Roman" w:hAnsi="Times New Roman" w:eastAsia="Times New Roman" w:cs="Times New Roman"/>
          <w:sz w:val="24"/>
          <w:szCs w:val="24"/>
        </w:rPr>
        <w:t>aranılan</w:t>
      </w:r>
      <w:proofErr w:type="spellEnd"/>
      <w:r w:rsidRPr="00E31DF1" w:rsidR="00620B9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 w:rsidR="00620B9A">
        <w:rPr>
          <w:rFonts w:ascii="Times New Roman" w:hAnsi="Times New Roman" w:eastAsia="Times New Roman" w:cs="Times New Roman"/>
          <w:sz w:val="24"/>
          <w:szCs w:val="24"/>
        </w:rPr>
        <w:t>nitelikleri</w:t>
      </w:r>
      <w:proofErr w:type="spellEnd"/>
      <w:r w:rsidRPr="00E31DF1" w:rsidR="00B439B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karşıladığımı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beyan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E31DF1">
        <w:rPr>
          <w:rFonts w:ascii="Times New Roman" w:hAnsi="Times New Roman" w:eastAsia="Times New Roman" w:cs="Times New Roman"/>
          <w:sz w:val="24"/>
          <w:szCs w:val="24"/>
          <w:lang w:val="tr-TR"/>
        </w:rPr>
        <w:t>ederim</w:t>
      </w:r>
      <w:r w:rsidRPr="00E31DF1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E31DF1" w:rsidR="00620B9A" w:rsidP="00620B9A" w:rsidRDefault="00620B9A" w14:paraId="29CD8932" w14:textId="6DA33E32">
      <w:pPr>
        <w:jc w:val="right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Başvuru</w:t>
      </w:r>
      <w:proofErr w:type="spellEnd"/>
      <w:r w:rsidRPr="00E31DF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Sahibi</w:t>
      </w:r>
      <w:proofErr w:type="spellEnd"/>
    </w:p>
    <w:p w:rsidRPr="00E31DF1" w:rsidR="000579A3" w:rsidP="00D36434" w:rsidRDefault="00620B9A" w14:paraId="07DF1D49" w14:textId="067E16CC">
      <w:pPr>
        <w:jc w:val="right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 w:rsidRPr="00E31DF1">
        <w:rPr>
          <w:rFonts w:ascii="Times New Roman" w:hAnsi="Times New Roman" w:eastAsia="Times New Roman" w:cs="Times New Roman"/>
          <w:sz w:val="24"/>
          <w:szCs w:val="24"/>
        </w:rPr>
        <w:t>İmza</w:t>
      </w:r>
      <w:proofErr w:type="spellEnd"/>
      <w:r w:rsidRPr="00E31DF1" w:rsidR="0086679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sectPr w:rsidRPr="00E31DF1" w:rsidR="000579A3" w:rsidSect="00D36434">
      <w:headerReference w:type="default" r:id="R2641e085c8f649a2"/>
      <w:headerReference w:type="first" r:id="R2641e085c8f649a2"/>
      <w:headerReference w:type="even" r:id="R2641e085c8f649a2"/>
      <w:footerReference w:type="default" r:id="Rdc60e547abb14eb5"/>
      <w:footerReference w:type="first" r:id="Rdc60e547abb14eb5"/>
      <w:footerReference w:type="even" r:id="Rdc60e547abb14eb5"/>
      <w:pgSz w:w="11906" w:h="16838"/>
      <w:pgMar w:top="2155" w:right="850" w:bottom="1588" w:left="850" w:header="567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KYS-FR.189, R00, 04.09.2026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09214d4bea794aac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kvys.giresun.edu.tr/dg/739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33f5be3c7b794c3c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71b40489a2374ba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Birim Öğrenci Kalite Komisyonu Üyelik Başvuru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KYS-FR.189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04.09.2026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F66AAF"/>
    <w:multiLevelType w:val="multilevel"/>
    <w:tmpl w:val="057EF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eastAsia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79A3"/>
    <w:rsid w:val="0006063C"/>
    <w:rsid w:val="0015074B"/>
    <w:rsid w:val="00222CEB"/>
    <w:rsid w:val="00237306"/>
    <w:rsid w:val="0029639D"/>
    <w:rsid w:val="00326F90"/>
    <w:rsid w:val="0033054D"/>
    <w:rsid w:val="00412342"/>
    <w:rsid w:val="00620B9A"/>
    <w:rsid w:val="006E72C7"/>
    <w:rsid w:val="00866799"/>
    <w:rsid w:val="00907079"/>
    <w:rsid w:val="00914B7D"/>
    <w:rsid w:val="00AA1D8D"/>
    <w:rsid w:val="00B439B9"/>
    <w:rsid w:val="00B47730"/>
    <w:rsid w:val="00CB0664"/>
    <w:rsid w:val="00D36434"/>
    <w:rsid w:val="00E31D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692C3C"/>
  <w15:docId w15:val="{E97749E1-B621-49C4-86B0-EBAE92BB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cs="Times New Roman" w:eastAsia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="Times New Roman" w:hAnsi="Times New Roman" w:cs="Times New Roman" w:eastAsia="Times New Roman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Times New Roman" w:hAnsi="Times New Roman" w:cs="Times New Roman" w:eastAsia="Times New Roman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Times New Roman" w:hAnsi="Times New Roman" w:cs="Times New Roman" w:eastAsia="Times New Roman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Times New Roman" w:hAnsi="Times New Roman" w:cs="Times New Roman" w:eastAsia="Times New Roman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Times New Roman" w:hAnsi="Times New Roman" w:cs="Times New Roman" w:eastAsia="Times New Roman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Times New Roman" w:hAnsi="Times New Roman" w:cs="Times New Roman" w:eastAsia="Times New Roman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Times New Roman" w:hAnsi="Times New Roman" w:cs="Times New Roman" w:eastAsia="Times New Roman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Times New Roman" w:hAnsi="Times New Roman" w:cs="Times New Roman" w:eastAsia="Times New Roman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Times New Roman" w:hAnsi="Times New Roman" w:cs="Times New Roman" w:eastAsia="Times New Roman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="Times New Roman" w:hAnsi="Times New Roman" w:cs="Times New Roman" w:eastAsia="Times New Roman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="Times New Roman" w:hAnsi="Times New Roman" w:cs="Times New Roman" w:eastAsia="Times New Roman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="Times New Roman" w:hAnsi="Times New Roman" w:cs="Times New Roman" w:eastAsia="Times New Roman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hAnsi="Times New Roman" w:cs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="Times New Roman" w:hAnsi="Times New Roman" w:cs="Times New Roman" w:eastAsia="Times New Roman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="Times New Roman" w:hAnsi="Times New Roman" w:cs="Times New Roman" w:eastAsia="Times New Roman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="Times New Roman" w:hAnsi="Times New Roman" w:cs="Times New Roman" w:eastAsia="Times New Roman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imes New Roman" w:hAnsi="Times New Roman" w:cs="Times New Roman" w:eastAsia="Times New Roman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Times New Roman" w:hAnsi="Times New Roman" w:cs="Times New Roman" w:eastAsia="Times New Roman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="Times New Roman" w:hAnsi="Times New Roman" w:cs="Times New Roman" w:eastAsia="Times New Roman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="Times New Roman" w:hAnsi="Times New Roman" w:cs="Times New Roman" w:eastAsia="Times New Roman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="Times New Roman" w:hAnsi="Times New Roman" w:cs="Times New Roman" w:eastAsia="Times New Roman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="Times New Roman" w:hAnsi="Times New Roman" w:cs="Times New Roman" w:eastAsia="Times New Roman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="Times New Roman" w:hAnsi="Times New Roman" w:cs="Times New Roman" w:eastAsia="Times New Roman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="Times New Roman" w:hAnsi="Times New Roman" w:cs="Times New Roman" w:eastAsia="Times New Roman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Kaynak">
    <w:name w:val="TabloKlavuzuKaynak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Times New Roman" w:hAnsi="Times New Roman" w:cs="Times New Roman" w:eastAsia="Times New Roman"/>
        <w:b/>
        <w:bCs/>
      </w:rPr>
    </w:tblStylePr>
    <w:tblStylePr w:type="lastCol"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Times New Roman" w:hAnsi="Times New Roman" w:cs="Times New Roman" w:eastAsia="Times New Roman"/>
        <w:b/>
        <w:bCs/>
      </w:rPr>
    </w:tblStylePr>
    <w:tblStylePr w:type="lastCol"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Times New Roman" w:hAnsi="Times New Roman" w:cs="Times New Roman" w:eastAsia="Times New Roman"/>
        <w:b/>
        <w:bCs/>
      </w:rPr>
    </w:tblStylePr>
    <w:tblStylePr w:type="lastCol"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Times New Roman" w:hAnsi="Times New Roman" w:cs="Times New Roman" w:eastAsia="Times New Roman"/>
        <w:b/>
        <w:bCs/>
      </w:rPr>
    </w:tblStylePr>
    <w:tblStylePr w:type="lastCol"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Times New Roman" w:hAnsi="Times New Roman" w:cs="Times New Roman" w:eastAsia="Times New Roman"/>
        <w:b/>
        <w:bCs/>
      </w:rPr>
    </w:tblStylePr>
    <w:tblStylePr w:type="lastCol"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Times New Roman" w:hAnsi="Times New Roman" w:cs="Times New Roman" w:eastAsia="Times New Roman"/>
        <w:b/>
        <w:bCs/>
      </w:rPr>
    </w:tblStylePr>
    <w:tblStylePr w:type="lastCol"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Times New Roman" w:hAnsi="Times New Roman" w:cs="Times New Roman" w:eastAsia="Times New Roman"/>
        <w:b/>
        <w:bCs/>
      </w:rPr>
    </w:tblStylePr>
    <w:tblStylePr w:type="lastCol"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="Times New Roman" w:hAnsi="Times New Roman" w:cs="Times New Roman" w:eastAsia="Times New Roman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="Times New Roman" w:hAnsi="Times New Roman" w:cs="Times New Roman" w:eastAsia="Times New Roman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="Times New Roman" w:hAnsi="Times New Roman" w:cs="Times New Roman" w:eastAsia="Times New Roman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="Times New Roman" w:hAnsi="Times New Roman" w:cs="Times New Roman" w:eastAsia="Times New Roman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="Times New Roman" w:hAnsi="Times New Roman" w:cs="Times New Roman" w:eastAsia="Times New Roman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="Times New Roman" w:hAnsi="Times New Roman" w:cs="Times New Roman" w:eastAsia="Times New Roman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="Times New Roman" w:hAnsi="Times New Roman" w:cs="Times New Roman" w:eastAsia="Times New Roman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2641e085c8f649a2" /><Relationship Type="http://schemas.openxmlformats.org/officeDocument/2006/relationships/footer" Target="/word/footer1.xml" Id="Rdc60e547abb14eb5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33f5be3c7b794c3c" /><Relationship Type="http://schemas.openxmlformats.org/officeDocument/2006/relationships/hyperlink" Target="https://kvys.giresun.edu.tr/dg/739" TargetMode="External" Id="R09214d4bea794a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71b40489a2374ba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2A04F8-5A43-4DA7-97C1-B2508324A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Oem</Company>
  <LinksUpToDate>false</LinksUpToDate>
  <CharactersWithSpaces>1481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 sipahi</dc:creator>
  <cp:lastModifiedBy>ronaldinho424</cp:lastModifiedBy>
  <cp:revision>3</cp:revision>
  <dcterms:created xsi:type="dcterms:W3CDTF">2024-11-27T07:49:00Z</dcterms:created>
  <dcterms:modified xsi:type="dcterms:W3CDTF">2025-01-30T12:23:00Z</dcterms:modified>
</cp:coreProperties>
</file>