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15="http://schemas.microsoft.com/office/word/2012/wordml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>
        <w:tc>
          <w:tcPr>
            <w:tcW w:w="2835" w:type="dxa"/>
            <w:gridSpan w:val="2"/>
            <w:shd w:val="clear" w:color="auto" w:fill="D9D9D9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>ÖĞRENCİ BİLGİLERİ</w:t>
            </w:r>
          </w:p>
        </w:tc>
      </w:tr>
      <w:tr>
        <w:tc>
          <w:tcPr>
            <w:tcW w:w="2835" w:type="dxa"/>
          </w:tcPr>
          <w:p>
            <w:pPr>
              <w:spacing w:line="240" w:lineRule="auto"/>
            </w:pPr>
            <w:r>
              <w:rPr>
                <w:rFonts w:ascii="Times New Roman" w:hAnsi="Times New Roman" w:eastAsia="Times New Roman" w:cs="Times New Roman"/>
                <w:sz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</w:rPr>
              <w:t>TC NO:</w:t>
            </w:r>
          </w:p>
        </w:tc>
        <w:tc>
          <w:tcPr>
            <w:tcW w:w="432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84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2"/>
              </w:rPr>
            </w:r>
          </w:p>
        </w:tc>
      </w:tr>
      <w:tr>
        <w:tc>
          <w:tcPr>
            <w:tcW w:w="2835" w:type="dxa"/>
          </w:tcPr>
          <w:p>
            <w:pPr>
              <w:spacing w:line="240" w:lineRule="auto"/>
            </w:pPr>
            <w:r>
              <w:rPr>
                <w:rFonts w:ascii="Times New Roman" w:hAnsi="Times New Roman" w:eastAsia="Times New Roman" w:cs="Times New Roman"/>
                <w:sz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</w:rPr>
              <w:t>ÖĞRENCİ NO:</w:t>
            </w:r>
          </w:p>
        </w:tc>
        <w:tc>
          <w:tcPr>
            <w:tcW w:w="432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83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2"/>
              </w:rPr>
            </w:r>
          </w:p>
        </w:tc>
      </w:tr>
      <w:tr>
        <w:tc>
          <w:tcPr>
            <w:tcW w:w="2835" w:type="dxa"/>
          </w:tcPr>
          <w:p>
            <w:pPr>
              <w:spacing w:line="240" w:lineRule="auto"/>
            </w:pPr>
            <w:r>
              <w:rPr>
                <w:rFonts w:ascii="Times New Roman" w:hAnsi="Times New Roman" w:eastAsia="Times New Roman" w:cs="Times New Roman"/>
                <w:sz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</w:rPr>
              <w:t>ADI VE SOYADI:</w:t>
            </w:r>
          </w:p>
        </w:tc>
        <w:tc>
          <w:tcPr>
            <w:tcW w:w="432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82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2"/>
              </w:rPr>
            </w:r>
          </w:p>
        </w:tc>
      </w:tr>
      <w:tr>
        <w:tc>
          <w:tcPr>
            <w:tcW w:w="2835" w:type="dxa"/>
          </w:tcPr>
          <w:p>
            <w:pPr>
              <w:spacing w:line="240" w:lineRule="auto"/>
            </w:pPr>
            <w:r>
              <w:rPr>
                <w:rFonts w:ascii="Times New Roman" w:hAnsi="Times New Roman" w:eastAsia="Times New Roman" w:cs="Times New Roman"/>
                <w:sz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</w:rPr>
              <w:t>BÖLÜM/PROGRAM:</w:t>
            </w:r>
          </w:p>
        </w:tc>
        <w:tc>
          <w:tcPr>
            <w:tcW w:w="432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81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2"/>
              </w:rPr>
            </w:r>
          </w:p>
        </w:tc>
      </w:tr>
      <w:tr>
        <w:tc>
          <w:tcPr>
            <w:tcW w:w="2835" w:type="dxa"/>
          </w:tcPr>
          <w:p>
            <w:pPr>
              <w:spacing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2"/>
              </w:rPr>
              <w:t xml:space="preserve">KAYITLI OLDUĞU BÖLÜMÜN TABAN PUANI:</w:t>
            </w:r>
          </w:p>
        </w:tc>
        <w:tc>
          <w:tcPr>
            <w:tcW w:w="432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80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2"/>
              </w:rPr>
              <w:t xml:space="preserve"/>
            </w:r>
          </w:p>
        </w:tc>
      </w:tr>
      <w:tr>
        <w:tc>
          <w:tcPr>
            <w:tcW w:w="2835" w:type="dxa"/>
          </w:tcPr>
          <w:p>
            <w:pPr>
              <w:spacing w:line="240" w:lineRule="auto"/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DERS ALINACAK ÜNİVERSİTEDEKİ BÖLÜMÜN TABAN PUANI:</w:t>
            </w:r>
          </w:p>
        </w:tc>
        <w:tc>
          <w:tcPr>
            <w:tcW w:w="432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79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2"/>
              </w:rPr>
              <w:t xml:space="preserve"/>
            </w:r>
          </w:p>
        </w:tc>
      </w:tr>
      <w:tr>
        <w:tc>
          <w:tcPr>
            <w:tcW w:w="2835" w:type="dxa"/>
          </w:tcPr>
          <w:p>
            <w:pPr>
              <w:spacing w:line="240" w:lineRule="auto"/>
            </w:pPr>
            <w:r>
              <w:rPr>
                <w:rFonts w:ascii="Times New Roman" w:hAnsi="Times New Roman" w:eastAsia="Times New Roman" w:cs="Times New Roman"/>
                <w:sz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</w:rPr>
              <w:t>SINIF:</w:t>
            </w:r>
          </w:p>
        </w:tc>
        <w:tc>
          <w:tcPr>
            <w:tcW w:w="432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78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2"/>
              </w:rPr>
            </w:r>
          </w:p>
        </w:tc>
      </w:tr>
      <w:tr>
        <w:tc>
          <w:tcPr>
            <w:tcW w:w="2835" w:type="dxa"/>
          </w:tcPr>
          <w:p>
            <w:pPr>
              <w:spacing w:line="240" w:lineRule="auto"/>
            </w:pPr>
            <w:r>
              <w:rPr>
                <w:rFonts w:ascii="Times New Roman" w:hAnsi="Times New Roman" w:eastAsia="Times New Roman" w:cs="Times New Roman"/>
                <w:sz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</w:rPr>
              <w:t>TELEFON:</w:t>
            </w:r>
          </w:p>
        </w:tc>
        <w:tc>
          <w:tcPr>
            <w:tcW w:w="432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77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2"/>
              </w:rPr>
            </w:r>
          </w:p>
        </w:tc>
      </w:tr>
      <w:tr>
        <w:tc>
          <w:tcPr>
            <w:tcW w:w="2835" w:type="dxa"/>
          </w:tcPr>
          <w:p>
            <w:pPr>
              <w:spacing w:line="240" w:lineRule="auto"/>
            </w:pPr>
            <w:r>
              <w:rPr>
                <w:rFonts w:ascii="Times New Roman" w:hAnsi="Times New Roman" w:eastAsia="Times New Roman" w:cs="Times New Roman"/>
                <w:sz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</w:rPr>
              <w:t>ADRES:</w:t>
            </w:r>
          </w:p>
        </w:tc>
        <w:tc>
          <w:tcPr>
            <w:tcW w:w="432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76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2"/>
              </w:rPr>
            </w:r>
          </w:p>
        </w:tc>
      </w:tr>
    </w:tbl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2"/>
        </w:rPr>
        <w:t xml:space="preserve">20…../20….. Eğitim-Öğretim Yılı yaz öğretiminde aşağıda belirtilen dersleri </w:t>
      </w:r>
      <w:sdt>
        <w:sdtPr>
          <w:rPr>
            <w:rFonts w:ascii="Times New Roman" w:hAnsi="Times New Roman" w:eastAsia="Times New Roman" w:cs="Times New Roman"/>
            <w:sz w:val="22"/>
          </w:rPr>
          <w:alias w:val="Birim"/>
          <w:tag w:val="birim"/>
          <w:id w:val="800000057"/>
          <w15:appearance w15:val="boundingBox"/>
          <w:dropDownList>
            <w:listItem w:displayText="Birimini seçiniz" w:value="Birimini seçiniz"/>
            <w:listItem w:displayText="————— FAKÜLTELER —————" w:value="————— FAKÜLTELER —————"/>
            <w:listItem w:displayText="Denizcilik Fakültesi" w:value="Denizcilik Fakültesi"/>
            <w:listItem w:displayText="Diş Hekimliği Fakültesi" w:value="Diş Hekimliği Fakültesi"/>
            <w:listItem w:displayText="Eğitim Fakültesi" w:value="Eğitim Fakültesi"/>
            <w:listItem w:displayText="Fen Edebiyat Fakültesi" w:value="Fen Edebiyat Fakültesi"/>
            <w:listItem w:displayText="Güzel Sanatlar Fakültesi" w:value="Güzel Sanatlar Fakültesi"/>
            <w:listItem w:displayText="İktisadi ve İdari Bilimler Fakültesi" w:value="İktisadi ve İdari Bilimler Fakültesi"/>
            <w:listItem w:displayText="İlahiyat Fakültesi" w:value="İlahiyat Fakültesi"/>
            <w:listItem w:displayText="Mühendislik Fakültesi" w:value="Mühendislik Fakültesi"/>
            <w:listItem w:displayText="Sağlık Bilimleri Fakültesi" w:value="Sağlık Bilimleri Fakültesi"/>
            <w:listItem w:displayText="Spor Bilimleri Fakültesi" w:value="Spor Bilimleri Fakültesi"/>
            <w:listItem w:displayText="Tıp Fakültesi" w:value="Tıp Fakültesi"/>
            <w:listItem w:displayText="Tirebolu İletişim Fakültesi" w:value="Tirebolu İletişim Fakültesi"/>
            <w:listItem w:displayText="Turizm Fakültesi" w:value="Turizm Fakültesi"/>
            <w:listItem w:displayText="————— YÜKSEKOKULLAR —————" w:value="————— YÜKSEKOKULLAR —————"/>
            <w:listItem w:displayText="Bulancak Kadir Karabaş Uygulamalı Bilimler Yüksekokulu" w:value="Bulancak Kadir Karabaş Uygulamalı Bilimler Yüksekokulu"/>
            <w:listItem w:displayText="Devlet Konservatuvarı" w:value="Devlet Konservatuvarı"/>
            <w:listItem w:displayText="Görele Uygulamalı Bilimler Yüksekokulu" w:value="Görele Uygulamalı Bilimler Yüksekokulu"/>
            <w:listItem w:displayText="Sivil Havacılık Yüksekokulu" w:value="Sivil Havacılık Yüksekokulu"/>
            <w:listItem w:displayText="Şebinkarahisar Uygulamalı Bilimler Yüksekokulu" w:value="Şebinkarahisar Uygulamalı Bilimler Yüksekokulu"/>
            <w:listItem w:displayText="Yabancı Diller Yüksekokulu" w:value="Yabancı Diller Yüksekokulu"/>
            <w:listItem w:displayText="————— MESLEK YÜKSEKOKULLARI —————" w:value="————— MESLEK YÜKSEKOKULLARI —————"/>
            <w:listItem w:displayText="Alucra Turan Bulutçu Meslek Yüksekokulu" w:value="Alucra Turan Bulutçu Meslek Yüksekokulu"/>
            <w:listItem w:displayText="Bulancak Meslek Yüksekokulu" w:value="Bulancak Meslek Yüksekokulu"/>
            <w:listItem w:displayText="Dereli Meslek Yüksekokulu" w:value="Dereli Meslek Yüksekokulu"/>
            <w:listItem w:displayText="Espiye Meslek Yüksekokulu" w:value="Espiye Meslek Yüksekokulu"/>
            <w:listItem w:displayText="Eynesil Kamil Nalbant Meslek Yüksekokulu" w:value="Eynesil Kamil Nalbant Meslek Yüksekokulu"/>
            <w:listItem w:displayText="Giresun Meslek Yüksekokulu" w:value="Giresun Meslek Yüksekokulu"/>
            <w:listItem w:displayText="Keşap Meslek Yüksekokulu" w:value="Keşap Meslek Yüksekokulu"/>
            <w:listItem w:displayText="Piraziz Meslek Yüksekokulu" w:value="Piraziz Meslek Yüksekokulu"/>
            <w:listItem w:displayText="Sağlık Hizmetleri Meslek Yüksekokulu" w:value="Sağlık Hizmetleri Meslek Yüksekokulu"/>
            <w:listItem w:displayText="Şebinkarahisar Meslek Yüksekokulu" w:value="Şebinkarahisar Meslek Yüksekokulu"/>
            <w:listItem w:displayText="Şebinkarahisar Sağlık Hizmetleri Meslek Yüksekokulu" w:value="Şebinkarahisar Sağlık Hizmetleri Meslek Yüksekokulu"/>
            <w:listItem w:displayText="Tirebolu Mehmet Bayrak Meslek Yüksekokulu" w:value="Tirebolu Mehmet Bayrak Meslek Yüksekokulu"/>
          </w:dropDownList>
        </w:sdtPr>
        <w:sdtContent>
          <w:r>
            <w:rPr>
              <w:rFonts w:ascii="Times New Roman" w:hAnsi="Times New Roman" w:eastAsia="Times New Roman" w:cs="Times New Roman"/>
              <w:sz w:val="22"/>
            </w:rPr>
            <w:t xml:space="preserve">Birimini seçiniz</w:t>
          </w:r>
        </w:sdtContent>
      </w:sdt>
      <w:sdt>
        <w:sdtPr>
          <w:rPr>
            <w:rFonts w:ascii="Times New Roman" w:hAnsi="Times New Roman" w:eastAsia="Times New Roman" w:cs="Times New Roman"/>
            <w:sz w:val="22"/>
          </w:rPr>
          <w:alias w:val="20…../20….. Eğitim-Öğretim Yılı yaz öğre"/>
          <w:tag w:val="alan"/>
          <w:id w:val="800000058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sz w:val="22"/>
            </w:rPr>
            <w:t xml:space="preserve">.........</w:t>
          </w:r>
        </w:sdtContent>
      </w:sdt>
      <w:sdt>
        <w:sdtPr>
          <w:rPr>
            <w:rFonts w:ascii="Times New Roman" w:hAnsi="Times New Roman" w:eastAsia="Times New Roman" w:cs="Times New Roman"/>
            <w:sz w:val="22"/>
          </w:rPr>
          <w:alias w:val="20…../20….. Eğitim-Öğretim Yılı yaz öğre"/>
          <w:tag w:val="alan"/>
          <w:id w:val="800000059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sz w:val="22"/>
            </w:rPr>
            <w:t xml:space="preserve">……</w:t>
          </w:r>
        </w:sdtContent>
      </w:sdt>
      <w:r>
        <w:rPr>
          <w:rFonts w:ascii="Times New Roman" w:hAnsi="Times New Roman" w:eastAsia="Times New Roman" w:cs="Times New Roman"/>
          <w:sz w:val="22"/>
        </w:rPr>
        <w:t xml:space="preserve">Üniversitesi</w:t>
      </w:r>
      <w:sdt>
        <w:sdtPr>
          <w:rPr>
            <w:rFonts w:ascii="Times New Roman" w:hAnsi="Times New Roman" w:eastAsia="Times New Roman" w:cs="Times New Roman"/>
            <w:sz w:val="22"/>
          </w:rPr>
          <w:alias w:val="Üniversitesi"/>
          <w:tag w:val="alan"/>
          <w:id w:val="800000060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sz w:val="22"/>
            </w:rPr>
            <w:t xml:space="preserve">…………………</w:t>
          </w:r>
        </w:sdtContent>
      </w:sdt>
      <w:sdt>
        <w:sdtPr>
          <w:rPr>
            <w:rFonts w:ascii="Times New Roman" w:hAnsi="Times New Roman" w:eastAsia="Times New Roman" w:cs="Times New Roman"/>
            <w:sz w:val="22"/>
          </w:rPr>
          <w:alias w:val="Üniversitesi"/>
          <w:tag w:val="alan"/>
          <w:id w:val="800000061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sz w:val="22"/>
            </w:rPr>
            <w:t xml:space="preserve">..………………...…….…</w:t>
          </w:r>
        </w:sdtContent>
      </w:sdt>
      <w:r>
        <w:rPr>
          <w:rFonts w:ascii="Times New Roman" w:hAnsi="Times New Roman" w:eastAsia="Times New Roman" w:cs="Times New Roman"/>
          <w:sz w:val="22"/>
        </w:rPr>
        <w:t xml:space="preserve">Fakültesi/Yüksekokulu </w:t>
      </w:r>
      <w:sdt>
        <w:sdtPr>
          <w:rPr>
            <w:rFonts w:ascii="Times New Roman" w:hAnsi="Times New Roman" w:eastAsia="Times New Roman" w:cs="Times New Roman"/>
            <w:sz w:val="22"/>
          </w:rPr>
          <w:alias w:val="Fakültesi/Yüksekokulu"/>
          <w:tag w:val="alan"/>
          <w:id w:val="800000062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sz w:val="22"/>
            </w:rPr>
            <w:t xml:space="preserve">…………………</w:t>
          </w:r>
        </w:sdtContent>
      </w:sdt>
      <w:sdt>
        <w:sdtPr>
          <w:rPr>
            <w:rFonts w:ascii="Times New Roman" w:hAnsi="Times New Roman" w:eastAsia="Times New Roman" w:cs="Times New Roman"/>
            <w:sz w:val="22"/>
          </w:rPr>
          <w:alias w:val="Fakültesi/Yüksekokulu"/>
          <w:tag w:val="alan"/>
          <w:id w:val="800000063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sz w:val="22"/>
            </w:rPr>
            <w:t xml:space="preserve">.…………………………….</w:t>
          </w:r>
        </w:sdtContent>
      </w:sdt>
      <w:r>
        <w:rPr>
          <w:rFonts w:ascii="Times New Roman" w:hAnsi="Times New Roman" w:eastAsia="Times New Roman" w:cs="Times New Roman"/>
          <w:sz w:val="22"/>
        </w:rPr>
        <w:t xml:space="preserve">Bölümünün açmış olduğu yaz dönemi programından almak istiyorum. Gereğinin yapılmasını arz ederim. </w:t>
      </w:r>
      <w:sdt>
        <w:sdtPr>
          <w:rPr>
            <w:rFonts w:ascii="Times New Roman" w:hAnsi="Times New Roman" w:eastAsia="Times New Roman" w:cs="Times New Roman"/>
            <w:sz w:val="22"/>
          </w:rPr>
          <w:alias w:val="Bölümünün açmış olduğu yaz dönemi progra"/>
          <w:tag w:val="alan"/>
          <w:id w:val="800000064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sz w:val="22"/>
            </w:rPr>
            <w:t xml:space="preserve">………</w:t>
          </w:r>
        </w:sdtContent>
      </w:sdt>
      <w:r>
        <w:rPr>
          <w:rFonts w:ascii="Times New Roman" w:hAnsi="Times New Roman" w:eastAsia="Times New Roman" w:cs="Times New Roman"/>
          <w:sz w:val="22"/>
        </w:rPr>
        <w:t xml:space="preserve">./</w:t>
      </w:r>
      <w:sdt>
        <w:sdtPr>
          <w:rPr>
            <w:rFonts w:ascii="Times New Roman" w:hAnsi="Times New Roman" w:eastAsia="Times New Roman" w:cs="Times New Roman"/>
            <w:sz w:val="22"/>
          </w:rPr>
          <w:alias w:val="/"/>
          <w:tag w:val="alan"/>
          <w:id w:val="800000065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sz w:val="22"/>
            </w:rPr>
            <w:t xml:space="preserve">……</w:t>
          </w:r>
        </w:sdtContent>
      </w:sdt>
      <w:r>
        <w:rPr>
          <w:rFonts w:ascii="Times New Roman" w:hAnsi="Times New Roman" w:eastAsia="Times New Roman" w:cs="Times New Roman"/>
          <w:sz w:val="22"/>
        </w:rPr>
        <w:t xml:space="preserve">/20….</w:t>
      </w:r>
    </w:p>
    <w:p>
      <w:pPr>
        <w:spacing w:line="360" w:lineRule="auto"/>
        <w:jc w:val="both"/>
      </w:pPr>
    </w:p>
    <w:p>
      <w:pPr>
        <w:spacing w:line="360" w:lineRule="auto"/>
        <w:jc w:val="right"/>
      </w:pPr>
      <w:r>
        <w:rPr>
          <w:rFonts w:ascii="Times New Roman" w:hAnsi="Times New Roman" w:eastAsia="Times New Roman" w:cs="Times New Roman"/>
          <w:sz w:val="22"/>
        </w:rPr>
        <w:t>Öğrencinin Adı Soyadı</w:t>
      </w:r>
    </w:p>
    <w:p>
      <w:pPr>
        <w:spacing w:line="360" w:lineRule="auto"/>
        <w:jc w:val="right"/>
      </w:pPr>
      <w:r>
        <w:rPr>
          <w:rFonts w:ascii="Times New Roman" w:hAnsi="Times New Roman" w:eastAsia="Times New Roman" w:cs="Times New Roman"/>
          <w:sz w:val="22"/>
        </w:rPr>
        <w:t>İmza</w:t>
      </w:r>
    </w:p>
    <w:p>
      <w:pPr>
        <w:spacing w:line="360" w:lineRule="auto"/>
        <w:jc w:val="both"/>
      </w:pPr>
    </w:p>
    <w:tbl>
      <w:tblPr>
        <w:tblStyle w:val="TableGrid"/>
        <w:tblW w:w="9900" w:type="dxa"/>
        <w:tblLayout w:type="fixed"/>
        <w:tblLook w:val="04A0" w:firstRow="1" w:lastRow="0" w:firstColumn="1" w:lastColumn="0" w:noHBand="0" w:noVBand="1"/>
      </w:tblPr>
      <w:tblGrid>
        <w:gridCol w:w="750"/>
        <w:gridCol w:w="1700"/>
        <w:gridCol w:w="500"/>
        <w:gridCol w:w="500"/>
        <w:gridCol w:w="650"/>
        <w:gridCol w:w="750"/>
        <w:gridCol w:w="1700"/>
        <w:gridCol w:w="500"/>
        <w:gridCol w:w="500"/>
        <w:gridCol w:w="650"/>
        <w:gridCol w:w="1700"/>
      </w:tblGrid>
      <w:tr>
        <w:tc>
          <w:tcPr>
            <w:tcW w:w="4100" w:type="dxa"/>
            <w:gridSpan w:val="5"/>
            <w:shd w:val="clear" w:color="auto" w:fill="D9D9D9"/>
            <w:vAlign w:val="center"/>
          </w:tcPr>
          <w:p>
            <w:pPr>
              <w:spacing w:line="240" w:lineRule="auto"/>
              <w:jc w:val="center"/>
            </w:pPr>
            <w:sdt>
              <w:sdtPr>
                <w:rPr>
                  <w:rFonts w:ascii="Times New Roman" w:hAnsi="Times New Roman" w:eastAsia="Times New Roman" w:cs="Times New Roman"/>
                  <w:b/>
                  <w:color w:val="000000"/>
                  <w:sz w:val="22"/>
                </w:rPr>
                <w:alias w:val="Alan"/>
                <w:tag w:val="alan"/>
                <w:id w:val="800000066"/>
                <w15:appearance w15:val="boundingBox"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/>
                    <w:color w:val="000000"/>
                    <w:sz w:val="22"/>
                  </w:rPr>
                  <w:t xml:space="preserve">……</w:t>
                </w:r>
              </w:sdtContent>
            </w:sdt>
            <w:sdt>
              <w:sdtPr>
                <w:rPr>
                  <w:rFonts w:ascii="Times New Roman" w:hAnsi="Times New Roman" w:eastAsia="Times New Roman" w:cs="Times New Roman"/>
                  <w:b/>
                  <w:color w:val="000000"/>
                  <w:sz w:val="22"/>
                </w:rPr>
                <w:alias w:val="Alan"/>
                <w:tag w:val="alan"/>
                <w:id w:val="800000067"/>
                <w15:appearance w15:val="boundingBox"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/>
                    <w:color w:val="000000"/>
                    <w:sz w:val="22"/>
                  </w:rPr>
                  <w:t xml:space="preserve">.......................</w:t>
                </w:r>
              </w:sdtContent>
            </w:sdt>
            <w:sdt>
              <w:sdtPr>
                <w:rPr>
                  <w:rFonts w:ascii="Times New Roman" w:hAnsi="Times New Roman" w:eastAsia="Times New Roman" w:cs="Times New Roman"/>
                  <w:b/>
                  <w:color w:val="000000"/>
                  <w:sz w:val="22"/>
                </w:rPr>
                <w:alias w:val="Alan"/>
                <w:tag w:val="alan"/>
                <w:id w:val="800000068"/>
                <w15:appearance w15:val="boundingBox"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b/>
                    <w:color w:val="000000"/>
                    <w:sz w:val="22"/>
                  </w:rPr>
                  <w:t xml:space="preserve">…………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 Üniversitesi'nden Alınacak Dersler</w:t>
            </w:r>
          </w:p>
        </w:tc>
        <w:tc>
          <w:tcPr>
            <w:tcW w:w="4100" w:type="dxa"/>
            <w:gridSpan w:val="5"/>
            <w:shd w:val="clear" w:color="auto" w:fill="D9D9D9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>Üniversitemizde Sayılacak Dersler</w:t>
            </w:r>
          </w:p>
        </w:tc>
        <w:tc>
          <w:tcPr>
            <w:tcW w:w="1700" w:type="dxa"/>
            <w:shd w:val="clear" w:color="auto" w:fill="D9D9D9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UYGUNLUK</w:t>
            </w:r>
          </w:p>
        </w:tc>
      </w:tr>
      <w:tr>
        <w:tc>
          <w:tcPr>
            <w:tcW w:w="750" w:type="dxa"/>
            <w:shd w:val="clear" w:color="auto" w:fill="D9D9D9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>KOD</w:t>
            </w:r>
          </w:p>
        </w:tc>
        <w:tc>
          <w:tcPr>
            <w:tcW w:w="1700" w:type="dxa"/>
            <w:shd w:val="clear" w:color="auto" w:fill="D9D9D9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>DERSİN ADI</w:t>
            </w:r>
          </w:p>
        </w:tc>
        <w:tc>
          <w:tcPr>
            <w:tcW w:w="500" w:type="dxa"/>
            <w:shd w:val="clear" w:color="auto" w:fill="D9D9D9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>T*</w:t>
            </w:r>
          </w:p>
        </w:tc>
        <w:tc>
          <w:tcPr>
            <w:tcW w:w="500" w:type="dxa"/>
            <w:shd w:val="clear" w:color="auto" w:fill="D9D9D9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>U**</w:t>
            </w:r>
          </w:p>
        </w:tc>
        <w:tc>
          <w:tcPr>
            <w:tcW w:w="650" w:type="dxa"/>
            <w:shd w:val="clear" w:color="auto" w:fill="D9D9D9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>AKTS</w:t>
            </w:r>
          </w:p>
        </w:tc>
        <w:tc>
          <w:tcPr>
            <w:tcW w:w="750" w:type="dxa"/>
            <w:shd w:val="clear" w:color="auto" w:fill="D9D9D9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>KOD</w:t>
            </w:r>
          </w:p>
        </w:tc>
        <w:tc>
          <w:tcPr>
            <w:tcW w:w="1700" w:type="dxa"/>
            <w:shd w:val="clear" w:color="auto" w:fill="D9D9D9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>DERSİN ADI</w:t>
            </w:r>
          </w:p>
        </w:tc>
        <w:tc>
          <w:tcPr>
            <w:tcW w:w="500" w:type="dxa"/>
            <w:shd w:val="clear" w:color="auto" w:fill="D9D9D9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>T*</w:t>
            </w:r>
          </w:p>
        </w:tc>
        <w:tc>
          <w:tcPr>
            <w:tcW w:w="500" w:type="dxa"/>
            <w:shd w:val="clear" w:color="auto" w:fill="D9D9D9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>U**</w:t>
            </w:r>
          </w:p>
        </w:tc>
        <w:tc>
          <w:tcPr>
            <w:tcW w:w="650" w:type="dxa"/>
            <w:shd w:val="clear" w:color="auto" w:fill="D9D9D9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>AKTS</w:t>
            </w:r>
          </w:p>
        </w:tc>
        <w:tc>
          <w:tcPr>
            <w:tcW w:w="1700" w:type="dxa"/>
            <w:shd w:val="clear" w:color="auto" w:fill="D9D9D9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Uygundur /</w:t>
              <w:br/>
              <w:t xml:space="preserve">Uygun Değildir</w:t>
            </w:r>
          </w:p>
        </w:tc>
      </w:tr>
      <w:tr>
        <w:tc>
          <w:tcPr>
            <w:tcW w:w="750" w:type="dxa"/>
          </w:tcPr>
          <w:p>
            <w:pPr>
              <w:spacing w:line="240" w:lineRule="auto"/>
            </w:pPr>
          </w:p>
        </w:tc>
        <w:tc>
          <w:tcPr>
            <w:tcW w:w="17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650" w:type="dxa"/>
          </w:tcPr>
          <w:p>
            <w:pPr>
              <w:spacing w:line="240" w:lineRule="auto"/>
            </w:pPr>
          </w:p>
        </w:tc>
        <w:tc>
          <w:tcPr>
            <w:tcW w:w="750" w:type="dxa"/>
          </w:tcPr>
          <w:p>
            <w:pPr>
              <w:spacing w:line="240" w:lineRule="auto"/>
            </w:pPr>
          </w:p>
        </w:tc>
        <w:tc>
          <w:tcPr>
            <w:tcW w:w="17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650" w:type="dxa"/>
          </w:tcPr>
          <w:p>
            <w:pPr>
              <w:spacing w:line="240" w:lineRule="auto"/>
            </w:pPr>
          </w:p>
        </w:tc>
        <w:tc>
          <w:tcPr>
            <w:tcW w:w="1700" w:type="dxa"/>
          </w:tcPr>
          <w:p>
            <w:pPr>
              <w:spacing w:line="240" w:lineRule="auto"/>
            </w:pPr>
            <w:r>
              <w:t xml:space="preserve"/>
            </w:r>
          </w:p>
        </w:tc>
      </w:tr>
      <w:tr>
        <w:tc>
          <w:tcPr>
            <w:tcW w:w="750" w:type="dxa"/>
          </w:tcPr>
          <w:p>
            <w:pPr>
              <w:spacing w:line="240" w:lineRule="auto"/>
            </w:pPr>
          </w:p>
        </w:tc>
        <w:tc>
          <w:tcPr>
            <w:tcW w:w="17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650" w:type="dxa"/>
          </w:tcPr>
          <w:p>
            <w:pPr>
              <w:spacing w:line="240" w:lineRule="auto"/>
            </w:pPr>
          </w:p>
        </w:tc>
        <w:tc>
          <w:tcPr>
            <w:tcW w:w="750" w:type="dxa"/>
          </w:tcPr>
          <w:p>
            <w:pPr>
              <w:spacing w:line="240" w:lineRule="auto"/>
            </w:pPr>
          </w:p>
        </w:tc>
        <w:tc>
          <w:tcPr>
            <w:tcW w:w="17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650" w:type="dxa"/>
          </w:tcPr>
          <w:p>
            <w:pPr>
              <w:spacing w:line="240" w:lineRule="auto"/>
            </w:pPr>
          </w:p>
        </w:tc>
        <w:tc>
          <w:tcPr>
            <w:tcW w:w="1700" w:type="dxa"/>
          </w:tcPr>
          <w:p>
            <w:pPr>
              <w:spacing w:line="240" w:lineRule="auto"/>
            </w:pPr>
            <w:r>
              <w:t xml:space="preserve"/>
            </w:r>
          </w:p>
        </w:tc>
      </w:tr>
      <w:tr>
        <w:tc>
          <w:tcPr>
            <w:tcW w:w="750" w:type="dxa"/>
          </w:tcPr>
          <w:p>
            <w:pPr>
              <w:spacing w:line="240" w:lineRule="auto"/>
            </w:pPr>
          </w:p>
        </w:tc>
        <w:tc>
          <w:tcPr>
            <w:tcW w:w="17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650" w:type="dxa"/>
          </w:tcPr>
          <w:p>
            <w:pPr>
              <w:spacing w:line="240" w:lineRule="auto"/>
            </w:pPr>
          </w:p>
        </w:tc>
        <w:tc>
          <w:tcPr>
            <w:tcW w:w="750" w:type="dxa"/>
          </w:tcPr>
          <w:p>
            <w:pPr>
              <w:spacing w:line="240" w:lineRule="auto"/>
            </w:pPr>
          </w:p>
        </w:tc>
        <w:tc>
          <w:tcPr>
            <w:tcW w:w="17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650" w:type="dxa"/>
          </w:tcPr>
          <w:p>
            <w:pPr>
              <w:spacing w:line="240" w:lineRule="auto"/>
            </w:pPr>
          </w:p>
        </w:tc>
        <w:tc>
          <w:tcPr>
            <w:tcW w:w="1700" w:type="dxa"/>
          </w:tcPr>
          <w:p>
            <w:pPr>
              <w:spacing w:line="240" w:lineRule="auto"/>
            </w:pPr>
            <w:r>
              <w:t xml:space="preserve"/>
            </w:r>
          </w:p>
        </w:tc>
      </w:tr>
      <w:tr>
        <w:tc>
          <w:tcPr>
            <w:tcW w:w="750" w:type="dxa"/>
          </w:tcPr>
          <w:p>
            <w:pPr>
              <w:spacing w:line="240" w:lineRule="auto"/>
            </w:pPr>
          </w:p>
        </w:tc>
        <w:tc>
          <w:tcPr>
            <w:tcW w:w="17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650" w:type="dxa"/>
          </w:tcPr>
          <w:p>
            <w:pPr>
              <w:spacing w:line="240" w:lineRule="auto"/>
            </w:pPr>
          </w:p>
        </w:tc>
        <w:tc>
          <w:tcPr>
            <w:tcW w:w="750" w:type="dxa"/>
          </w:tcPr>
          <w:p>
            <w:pPr>
              <w:spacing w:line="240" w:lineRule="auto"/>
            </w:pPr>
          </w:p>
        </w:tc>
        <w:tc>
          <w:tcPr>
            <w:tcW w:w="17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650" w:type="dxa"/>
          </w:tcPr>
          <w:p>
            <w:pPr>
              <w:spacing w:line="240" w:lineRule="auto"/>
            </w:pPr>
          </w:p>
        </w:tc>
        <w:tc>
          <w:tcPr>
            <w:tcW w:w="1700" w:type="dxa"/>
          </w:tcPr>
          <w:p>
            <w:pPr>
              <w:spacing w:line="240" w:lineRule="auto"/>
            </w:pPr>
            <w:r>
              <w:t xml:space="preserve"/>
            </w:r>
          </w:p>
        </w:tc>
      </w:tr>
      <w:tr>
        <w:tc>
          <w:tcPr>
            <w:tcW w:w="750" w:type="dxa"/>
          </w:tcPr>
          <w:p>
            <w:pPr>
              <w:spacing w:line="240" w:lineRule="auto"/>
            </w:pPr>
          </w:p>
        </w:tc>
        <w:tc>
          <w:tcPr>
            <w:tcW w:w="17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650" w:type="dxa"/>
          </w:tcPr>
          <w:p>
            <w:pPr>
              <w:spacing w:line="240" w:lineRule="auto"/>
            </w:pPr>
          </w:p>
        </w:tc>
        <w:tc>
          <w:tcPr>
            <w:tcW w:w="750" w:type="dxa"/>
          </w:tcPr>
          <w:p>
            <w:pPr>
              <w:spacing w:line="240" w:lineRule="auto"/>
            </w:pPr>
          </w:p>
        </w:tc>
        <w:tc>
          <w:tcPr>
            <w:tcW w:w="17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500" w:type="dxa"/>
          </w:tcPr>
          <w:p>
            <w:pPr>
              <w:spacing w:line="240" w:lineRule="auto"/>
            </w:pPr>
          </w:p>
        </w:tc>
        <w:tc>
          <w:tcPr>
            <w:tcW w:w="650" w:type="dxa"/>
          </w:tcPr>
          <w:p>
            <w:pPr>
              <w:spacing w:line="240" w:lineRule="auto"/>
            </w:pPr>
          </w:p>
        </w:tc>
        <w:tc>
          <w:tcPr>
            <w:tcW w:w="1700" w:type="dxa"/>
          </w:tcPr>
          <w:p>
            <w:pPr>
              <w:spacing w:line="240" w:lineRule="auto"/>
            </w:pPr>
            <w:r>
              <w:t xml:space="preserve"/>
            </w:r>
          </w:p>
        </w:tc>
      </w:tr>
      <w:tr>
        <w:tc>
          <w:tcPr>
            <w:tcW w:w="2450" w:type="dxa"/>
            <w:gridSpan w:val="2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</w:rPr>
              <w:t>TOPLAM</w:t>
            </w:r>
          </w:p>
        </w:tc>
        <w:tc>
          <w:tcPr>
            <w:tcW w:w="50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75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</w:p>
        </w:tc>
        <w:tc>
          <w:tcPr>
            <w:tcW w:w="50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74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</w:p>
        </w:tc>
        <w:tc>
          <w:tcPr>
            <w:tcW w:w="65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73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</w:p>
        </w:tc>
        <w:tc>
          <w:tcPr>
            <w:tcW w:w="2450" w:type="dxa"/>
            <w:gridSpan w:val="2"/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</w:rPr>
              <w:t>TOPLAM</w:t>
            </w:r>
          </w:p>
        </w:tc>
        <w:tc>
          <w:tcPr>
            <w:tcW w:w="50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72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</w:p>
        </w:tc>
        <w:tc>
          <w:tcPr>
            <w:tcW w:w="50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71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</w:p>
        </w:tc>
        <w:tc>
          <w:tcPr>
            <w:tcW w:w="65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70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</w:p>
        </w:tc>
        <w:tc>
          <w:tcPr>
            <w:tcW w:w="1700" w:type="dxa"/>
          </w:tcPr>
          <w:p>
            <w:pPr>
              <w:spacing w:line="240" w:lineRule="auto"/>
            </w:pPr>
            <w:sdt>
              <w:sdtPr>
                <w:rPr/>
                <w:alias w:val="Alan"/>
                <w:tag w:val="alan"/>
                <w:id w:val="800000069"/>
                <w15:appearance w15:val="boundingBox"/>
                <w:text/>
              </w:sdtPr>
              <w:sdtContent>
                <w:r>
                  <w:t xml:space="preserve">                                       </w:t>
                </w:r>
              </w:sdtContent>
            </w:sdt>
            <w:r>
              <w:t xml:space="preserve"/>
            </w:r>
          </w:p>
        </w:tc>
      </w:tr>
    </w:tbl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2"/>
        </w:rPr>
        <w:t>*Teorik ders saati  **Uygulama ders saati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Borders>
          <w:top w:val="none" w:sz="0" w:space="0"/>
          <w:left w:val="none" w:sz="0" w:space="0"/>
          <w:bottom w:val="none" w:sz="0" w:space="0"/>
          <w:right w:val="none" w:sz="0" w:space="0"/>
          <w:insideH w:val="none" w:sz="0" w:space="0"/>
          <w:insideV w:val="none" w:sz="0" w:space="0"/>
        </w:tblBorders>
      </w:tblPr>
      <w:tblGrid>
        <w:gridCol w:w="4320"/>
        <w:gridCol w:w="4320"/>
      </w:tblGrid>
      <w:tr>
        <w:tc>
          <w:tcPr>
            <w:tcW w:w="4320" w:type="dxa"/>
          </w:tcPr>
          <w:p>
            <w:pPr>
              <w:spacing w:line="240" w:lineRule="auto"/>
            </w:pPr>
            <w:r>
              <w:rPr>
                <w:rFonts w:ascii="Times New Roman" w:hAnsi="Times New Roman" w:eastAsia="Times New Roman" w:cs="Times New Roman"/>
                <w:sz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</w:rPr>
              <w:t>KONTROL EDİLMİŞTİR.</w:t>
            </w:r>
          </w:p>
        </w:tc>
        <w:tc>
          <w:tcPr>
            <w:tcW w:w="4320" w:type="dxa"/>
          </w:tcPr>
          <w:p>
            <w:pPr>
              <w:spacing w:line="240" w:lineRule="auto"/>
              <w:jc w:val="right"/>
            </w:pPr>
            <w:r>
              <w:rPr>
                <w:rFonts w:ascii="Times New Roman" w:hAnsi="Times New Roman" w:eastAsia="Times New Roman" w:cs="Times New Roman"/>
                <w:sz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</w:rPr>
              <w:t>ONAY</w:t>
            </w:r>
          </w:p>
        </w:tc>
      </w:tr>
      <w:tr>
        <w:tc>
          <w:tcPr>
            <w:tcW w:w="4320" w:type="dxa"/>
          </w:tcPr>
          <w:p>
            <w:pPr>
              <w:spacing w:line="240" w:lineRule="auto"/>
            </w:pPr>
            <w:r>
              <w:rPr>
                <w:rFonts w:ascii="Times New Roman" w:hAnsi="Times New Roman" w:eastAsia="Times New Roman" w:cs="Times New Roman"/>
                <w:sz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</w:rPr>
              <w:t>Danışman Öğretim Elemanı</w:t>
            </w:r>
          </w:p>
        </w:tc>
        <w:tc>
          <w:tcPr>
            <w:tcW w:w="4320" w:type="dxa"/>
          </w:tcPr>
          <w:p>
            <w:pPr>
              <w:spacing w:line="240" w:lineRule="auto"/>
              <w:jc w:val="right"/>
            </w:pPr>
            <w:r>
              <w:rPr>
                <w:rFonts w:ascii="Times New Roman" w:hAnsi="Times New Roman" w:eastAsia="Times New Roman" w:cs="Times New Roman"/>
                <w:sz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</w:rPr>
              <w:t>Bölüm Başkanı</w:t>
            </w:r>
          </w:p>
        </w:tc>
      </w:tr>
    </w:tbl>
    <w:p>
      <w:pPr>
        <w:spacing w:line="360" w:lineRule="auto"/>
        <w:jc w:val="both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sz w:val="22"/>
        </w:rPr>
        <w:t xml:space="preserve">Ekler: </w:t>
      </w:r>
      <w:r>
        <w:rPr>
          <w:rFonts w:ascii="Times New Roman" w:hAnsi="Times New Roman" w:eastAsia="Times New Roman" w:cs="Times New Roman"/>
          <w:sz w:val="22"/>
        </w:rPr>
        <w:t>1-Başka Üniversiteden alınacak dersler ve ders planlarının içerikleri.</w:t>
      </w:r>
    </w:p>
    <w:sectPr w:rsidRPr="0006063C" w:rsidR="00FC693F" w:rsidSect="00034616">
      <w:headerReference w:type="default" r:id="R4afe292db2c14de5"/>
      <w:headerReference w:type="first" r:id="R4afe292db2c14de5"/>
      <w:headerReference w:type="even" r:id="R4afe292db2c14de5"/>
      <w:footerReference w:type="default" r:id="Rde786dfe1e8c4d97"/>
      <w:footerReference w:type="first" r:id="Rde786dfe1e8c4d97"/>
      <w:footerReference w:type="even" r:id="Rde786dfe1e8c4d97"/>
      <w:pgSz w:w="11906" w:h="16838"/>
      <w:pgMar w:top="2155" w:right="850" w:bottom="1588" w:left="850" w:header="56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KYS-FR.197, R00, 06.09.2026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2c552ae6f1ca4cbf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kvys.giresun.edu.tr/dg/747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586561b3dd7044a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f69873e55c03472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Yaz Okulunda Başka Bir Yükseköğretim Kurumundan Ders Alma Başvuru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KYS-FR.197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06.09.2026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cs="Times New Roman" w:eastAsia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cs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Times New Roman" w:hAnsi="Times New Roman" w:cs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Times New Roman" w:hAnsi="Times New Roman" w:cs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Times New Roman" w:hAnsi="Times New Roman" w:cs="Times New Roman" w:eastAsia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Times New Roman" w:hAnsi="Times New Roman" w:cs="Times New Roman" w:eastAsia="Times New Roman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Times New Roman" w:hAnsi="Times New Roman" w:cs="Times New Roman" w:eastAsia="Times New Roman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Times New Roman" w:hAnsi="Times New Roman" w:cs="Times New Roman" w:eastAsia="Times New Roman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Times New Roman" w:hAnsi="Times New Roman" w:cs="Times New Roman" w:eastAsia="Times New Roman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Times New Roman" w:hAnsi="Times New Roman" w:cs="Times New Roman" w:eastAsia="Times New Roman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Times New Roman" w:hAnsi="Times New Roman" w:cs="Times New Roman" w:eastAsia="Times New Roman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Times New Roman" w:hAnsi="Times New Roman" w:cs="Times New Roman" w:eastAsia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Times New Roman" w:hAnsi="Times New Roman" w:cs="Times New Roman" w:eastAsia="Times New Roman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Times New Roman" w:hAnsi="Times New Roman" w:cs="Times New Roman" w:eastAsia="Times New Roman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hAnsi="Times New Roman" w:cs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Times New Roman" w:hAnsi="Times New Roman" w:cs="Times New Roman" w:eastAsia="Times New Roman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Times New Roman" w:hAnsi="Times New Roman" w:cs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Times New Roman" w:hAnsi="Times New Roman" w:cs="Times New Roman" w:eastAsia="Times New Roman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hAnsi="Times New Roman" w:cs="Times New Roman" w:eastAsia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Times New Roman" w:hAnsi="Times New Roman" w:cs="Times New Roman" w:eastAsia="Times New Roman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Times New Roman" w:hAnsi="Times New Roman" w:cs="Times New Roman" w:eastAsia="Times New Roman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Times New Roman" w:hAnsi="Times New Roman" w:cs="Times New Roman" w:eastAsia="Times New Roman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Times New Roman" w:hAnsi="Times New Roman" w:cs="Times New Roman" w:eastAsia="Times New Roman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Times New Roman" w:hAnsi="Times New Roman" w:cs="Times New Roman" w:eastAsia="Times New Roman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Times New Roman" w:hAnsi="Times New Roman" w:cs="Times New Roman" w:eastAsia="Times New Roman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Times New Roman" w:hAnsi="Times New Roman" w:cs="Times New Roman" w:eastAsia="Times New Roman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Times New Roman" w:hAnsi="Times New Roman" w:cs="Times New Roman" w:eastAsia="Times New Roman"/>
        <w:b/>
        <w:bCs/>
      </w:rPr>
    </w:tblStylePr>
    <w:tblStylePr w:type="lastCol"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Times New Roman" w:hAnsi="Times New Roman" w:cs="Times New Roman" w:eastAsia="Times New Roman"/>
        <w:b/>
        <w:bCs/>
      </w:rPr>
    </w:tblStylePr>
    <w:tblStylePr w:type="lastCol"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Times New Roman" w:hAnsi="Times New Roman" w:cs="Times New Roman" w:eastAsia="Times New Roman"/>
        <w:b/>
        <w:bCs/>
      </w:rPr>
    </w:tblStylePr>
    <w:tblStylePr w:type="lastCol"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Times New Roman" w:hAnsi="Times New Roman" w:cs="Times New Roman" w:eastAsia="Times New Roman"/>
        <w:b/>
        <w:bCs/>
      </w:rPr>
    </w:tblStylePr>
    <w:tblStylePr w:type="lastCol"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Times New Roman" w:hAnsi="Times New Roman" w:cs="Times New Roman" w:eastAsia="Times New Roman"/>
        <w:b/>
        <w:bCs/>
      </w:rPr>
    </w:tblStylePr>
    <w:tblStylePr w:type="lastCol"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Times New Roman" w:hAnsi="Times New Roman" w:cs="Times New Roman" w:eastAsia="Times New Roman"/>
        <w:b/>
        <w:bCs/>
      </w:rPr>
    </w:tblStylePr>
    <w:tblStylePr w:type="lastCol"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Times New Roman" w:hAnsi="Times New Roman" w:cs="Times New Roman" w:eastAsia="Times New Roman"/>
        <w:b/>
        <w:bCs/>
      </w:rPr>
    </w:tblStylePr>
    <w:tblStylePr w:type="lastCol">
      <w:rPr>
        <w:rFonts w:ascii="Times New Roman" w:hAnsi="Times New Roman" w:cs="Times New Roman" w:eastAsia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Times New Roman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Times New Roman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Times New Roman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Times New Roman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Times New Roman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header" Target="/word/header1.xml" Id="R4afe292db2c14de5" /><Relationship Type="http://schemas.openxmlformats.org/officeDocument/2006/relationships/footer" Target="/word/footer1.xml" Id="Rde786dfe1e8c4d97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586561b3dd7044ae" /><Relationship Type="http://schemas.openxmlformats.org/officeDocument/2006/relationships/hyperlink" Target="https://kvys.giresun.edu.tr/dg/747" TargetMode="External" Id="R2c552ae6f1ca4c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f69873e55c0347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