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15="http://schemas.microsoft.com/office/word/2012/wordml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>
        <w:tc>
          <w:tcPr>
            <w:tcW w:w="2835" w:type="dxa"/>
            <w:gridSpan w:val="2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ÖĞRENCİ BİLGİLERİ</w:t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TC NO: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8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ÖĞRENCİ NO: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8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ADI VE SOYADI: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8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BÖLÜM/PROGRAM: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8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KAYITLI OLDUĞU BÖLÜMÜN TABAN PUANI: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8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DERS ALINACAK ÜNİVERSİTEDEKİ BÖLÜMÜN TABAN PUANI: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SINIF: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TELEFON: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7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  <w:tr>
        <w:tc>
          <w:tcPr>
            <w:tcW w:w="2835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ADRES:</w:t>
            </w:r>
          </w:p>
        </w:tc>
        <w:tc>
          <w:tcPr>
            <w:tcW w:w="432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</w:rPr>
            </w:r>
          </w:p>
        </w:tc>
      </w:tr>
    </w:tbl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2"/>
        </w:rPr>
        <w:t xml:space="preserve">20…../20….. Eğitim-Öğretim Yılı yaz öğretiminde aşağıda belirtilen dersleri </w:t>
      </w:r>
      <w:sdt>
        <w:sdtPr>
          <w:rPr>
            <w:rFonts w:ascii="Times New Roman" w:hAnsi="Times New Roman" w:eastAsia="Times New Roman" w:cs="Times New Roman"/>
            <w:sz w:val="22"/>
          </w:rPr>
          <w:alias w:val="Birim"/>
          <w:tag w:val="birim"/>
          <w:id w:val="800000057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" w:value="Denizcilik Fakültesi"/>
            <w:listItem w:displayText="Diş Hekimliği Fakültesi" w:value="Diş Hekimliği Fakültesi"/>
            <w:listItem w:displayText="Eğitim Fakültesi" w:value="Eğitim Fakültesi"/>
            <w:listItem w:displayText="Fen Edebiyat Fakültesi" w:value="Fen Edebiyat Fakültesi"/>
            <w:listItem w:displayText="Güzel Sanatlar Fakültesi" w:value="Güzel Sanatlar Fakültesi"/>
            <w:listItem w:displayText="İktisadi ve İdari Bilimler Fakültesi" w:value="İktisadi ve İdari Bilimler Fakültesi"/>
            <w:listItem w:displayText="İlahiyat Fakültesi" w:value="İlahiyat Fakültesi"/>
            <w:listItem w:displayText="Mühendislik Fakültesi" w:value="Mühendislik Fakültesi"/>
            <w:listItem w:displayText="Sağlık Bilimleri Fakültesi" w:value="Sağlık Bilimleri Fakültesi"/>
            <w:listItem w:displayText="Spor Bilimleri Fakültesi" w:value="Spor Bilimleri Fakültesi"/>
            <w:listItem w:displayText="Tıp Fakültesi" w:value="Tıp Fakültesi"/>
            <w:listItem w:displayText="Tirebolu İletişim Fakültesi" w:value="Tirebolu İletişim Fakültesi"/>
            <w:listItem w:displayText="Turizm Fakültesi" w:value="Turizm Fakültesi"/>
            <w:listItem w:displayText="————— YÜKSEKOKULLAR —————" w:value="————— YÜKSEKOKULLAR —————"/>
            <w:listItem w:displayText="Bulancak Kadir Karabaş Uygulamalı Bilimler Yüksekokulu" w:value="Bulancak Kadir Karabaş Uygulamalı Bilimler Yüksekokulu"/>
            <w:listItem w:displayText="Devlet Konservatuvarı" w:value="Devlet Konservatuvarı"/>
            <w:listItem w:displayText="Görele Uygulamalı Bilimler Yüksekokulu" w:value="Görele Uygulamalı Bilimler Yüksekokulu"/>
            <w:listItem w:displayText="Sivil Havacılık Yüksekokulu" w:value="Sivil Havacılık Yüksekokulu"/>
            <w:listItem w:displayText="Şebinkarahisar Uygulamalı Bilimler Yüksekokulu" w:value="Şebinkarahisar Uygulamalı Bilimler Yüksekokulu"/>
            <w:listItem w:displayText="Yabancı Diller Yüksekokulu" w:value="Yabancı Diller Yüksekokulu"/>
            <w:listItem w:displayText="————— MESLEK YÜKSEKOKULLARI —————" w:value="————— MESLEK YÜKSEKOKULLARI —————"/>
            <w:listItem w:displayText="Alucra Turan Bulutçu Meslek Yüksekokulu" w:value="Alucra Turan Bulutçu Meslek Yüksekokulu"/>
            <w:listItem w:displayText="Bulancak Meslek Yüksekokulu" w:value="Bulancak Meslek Yüksekokulu"/>
            <w:listItem w:displayText="Dereli Meslek Yüksekokulu" w:value="Dereli Meslek Yüksekokulu"/>
            <w:listItem w:displayText="Espiye Meslek Yüksekokulu" w:value="Espiye Meslek Yüksekokulu"/>
            <w:listItem w:displayText="Eynesil Kamil Nalbant Meslek Yüksekokulu" w:value="Eynesil Kamil Nalbant Meslek Yüksekokulu"/>
            <w:listItem w:displayText="Giresun Meslek Yüksekokulu" w:value="Giresun Meslek Yüksekokulu"/>
            <w:listItem w:displayText="Keşap Meslek Yüksekokulu" w:value="Keşap Meslek Yüksekokulu"/>
            <w:listItem w:displayText="Piraziz Meslek Yüksekokulu" w:value="Piraziz Meslek Yüksekokulu"/>
            <w:listItem w:displayText="Sağlık Hizmetleri Meslek Yüksekokulu" w:value="Sağlık Hizmetleri Meslek Yüksekokulu"/>
            <w:listItem w:displayText="Şebinkarahisar Meslek Yüksekokulu" w:value="Şebinkarahisar Meslek Yüksekokulu"/>
            <w:listItem w:displayText="Şebinkarahisar Sağlık Hizmetleri Meslek Yüksekokulu" w:value="Şebinkarahisar Sağlık Hizmetleri Meslek Yüksekokulu"/>
            <w:listItem w:displayText="Tirebolu Mehmet Bayrak Meslek Yüksekokulu" w:value="Tirebolu Mehmet Bayrak Meslek Yüksekokulu"/>
          </w:dropDownList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 </w:t>
          </w:r>
        </w:sdtContent>
      </w:sdt>
      <w:sdt>
        <w:sdtPr>
          <w:rPr>
            <w:rFonts w:ascii="Times New Roman" w:hAnsi="Times New Roman" w:eastAsia="Times New Roman" w:cs="Times New Roman"/>
            <w:sz w:val="22"/>
          </w:rPr>
          <w:alias w:val="20…../20….. Eğitim-Öğretim Yılı yaz öğre"/>
          <w:tag w:val="alan"/>
          <w:id w:val="800000058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.........</w:t>
          </w:r>
        </w:sdtContent>
      </w:sdt>
      <w:sdt>
        <w:sdtPr>
          <w:rPr>
            <w:rFonts w:ascii="Times New Roman" w:hAnsi="Times New Roman" w:eastAsia="Times New Roman" w:cs="Times New Roman"/>
            <w:sz w:val="22"/>
          </w:rPr>
          <w:alias w:val="20…../20….. Eğitim-Öğretim Yılı yaz öğre"/>
          <w:tag w:val="alan"/>
          <w:id w:val="800000059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sz w:val="22"/>
        </w:rPr>
        <w:t xml:space="preserve">Üniversitesi</w:t>
      </w:r>
      <w:sdt>
        <w:sdtPr>
          <w:rPr>
            <w:rFonts w:ascii="Times New Roman" w:hAnsi="Times New Roman" w:eastAsia="Times New Roman" w:cs="Times New Roman"/>
            <w:sz w:val="22"/>
          </w:rPr>
          <w:alias w:val="Üniversitesi"/>
          <w:tag w:val="alan"/>
          <w:id w:val="800000060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…………………</w:t>
          </w:r>
        </w:sdtContent>
      </w:sdt>
      <w:sdt>
        <w:sdtPr>
          <w:rPr>
            <w:rFonts w:ascii="Times New Roman" w:hAnsi="Times New Roman" w:eastAsia="Times New Roman" w:cs="Times New Roman"/>
            <w:sz w:val="22"/>
          </w:rPr>
          <w:alias w:val="Üniversitesi"/>
          <w:tag w:val="alan"/>
          <w:id w:val="800000061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..………………...…….…</w:t>
          </w:r>
        </w:sdtContent>
      </w:sdt>
      <w:r>
        <w:rPr>
          <w:rFonts w:ascii="Times New Roman" w:hAnsi="Times New Roman" w:eastAsia="Times New Roman" w:cs="Times New Roman"/>
          <w:sz w:val="22"/>
        </w:rPr>
        <w:t xml:space="preserve">Fakültesi/Yüksekokulu </w:t>
      </w:r>
      <w:sdt>
        <w:sdtPr>
          <w:rPr>
            <w:rFonts w:ascii="Times New Roman" w:hAnsi="Times New Roman" w:eastAsia="Times New Roman" w:cs="Times New Roman"/>
            <w:sz w:val="22"/>
          </w:rPr>
          <w:alias w:val="Fakültesi/Yüksekokulu"/>
          <w:tag w:val="alan"/>
          <w:id w:val="800000062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…………………</w:t>
          </w:r>
        </w:sdtContent>
      </w:sdt>
      <w:sdt>
        <w:sdtPr>
          <w:rPr>
            <w:rFonts w:ascii="Times New Roman" w:hAnsi="Times New Roman" w:eastAsia="Times New Roman" w:cs="Times New Roman"/>
            <w:sz w:val="22"/>
          </w:rPr>
          <w:alias w:val="Fakültesi/Yüksekokulu"/>
          <w:tag w:val="alan"/>
          <w:id w:val="800000063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.…………………………….</w:t>
          </w:r>
        </w:sdtContent>
      </w:sdt>
      <w:r>
        <w:rPr>
          <w:rFonts w:ascii="Times New Roman" w:hAnsi="Times New Roman" w:eastAsia="Times New Roman" w:cs="Times New Roman"/>
          <w:sz w:val="22"/>
        </w:rPr>
        <w:t xml:space="preserve">Bölümünün açmış olduğu yaz dönemi programından almak istiyorum. Gereğinin yapılmasını arz ederim. </w:t>
      </w:r>
      <w:sdt>
        <w:sdtPr>
          <w:rPr>
            <w:rFonts w:ascii="Times New Roman" w:hAnsi="Times New Roman" w:eastAsia="Times New Roman" w:cs="Times New Roman"/>
            <w:sz w:val="22"/>
          </w:rPr>
          <w:alias w:val="Bölümünün açmış olduğu yaz dönemi progra"/>
          <w:tag w:val="alan"/>
          <w:id w:val="800000064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………</w:t>
          </w:r>
        </w:sdtContent>
      </w:sdt>
      <w:r>
        <w:rPr>
          <w:rFonts w:ascii="Times New Roman" w:hAnsi="Times New Roman" w:eastAsia="Times New Roman" w:cs="Times New Roman"/>
          <w:sz w:val="22"/>
        </w:rPr>
        <w:t xml:space="preserve">./</w:t>
      </w:r>
      <w:sdt>
        <w:sdtPr>
          <w:rPr>
            <w:rFonts w:ascii="Times New Roman" w:hAnsi="Times New Roman" w:eastAsia="Times New Roman" w:cs="Times New Roman"/>
            <w:sz w:val="22"/>
          </w:rPr>
          <w:alias w:val="/"/>
          <w:tag w:val="alan"/>
          <w:id w:val="800000065"/>
          <w15:appearance w15:val="boundingBox"/>
          <w:text/>
        </w:sdtPr>
        <w:sdtContent>
          <w:r>
            <w:rPr>
              <w:rFonts w:ascii="Times New Roman" w:hAnsi="Times New Roman" w:eastAsia="Times New Roman" w:cs="Times New Roman"/>
              <w:sz w:val="22"/>
            </w:rPr>
            <w:t xml:space="preserve">……</w:t>
          </w:r>
        </w:sdtContent>
      </w:sdt>
      <w:r>
        <w:rPr>
          <w:rFonts w:ascii="Times New Roman" w:hAnsi="Times New Roman" w:eastAsia="Times New Roman" w:cs="Times New Roman"/>
          <w:sz w:val="22"/>
        </w:rPr>
        <w:t xml:space="preserve">/20….</w:t>
      </w:r>
    </w:p>
    <w:p>
      <w:pPr>
        <w:spacing w:line="360" w:lineRule="auto"/>
        <w:jc w:val="both"/>
      </w:pPr>
    </w:p>
    <w:p>
      <w:pPr>
        <w:spacing w:line="360" w:lineRule="auto"/>
        <w:jc w:val="right"/>
      </w:pPr>
      <w:r>
        <w:rPr>
          <w:rFonts w:ascii="Times New Roman" w:hAnsi="Times New Roman" w:eastAsia="Times New Roman" w:cs="Times New Roman"/>
          <w:sz w:val="22"/>
        </w:rPr>
        <w:t>Öğrencinin Adı Soyadı</w:t>
      </w:r>
    </w:p>
    <w:p>
      <w:pPr>
        <w:spacing w:line="360" w:lineRule="auto"/>
        <w:jc w:val="right"/>
      </w:pPr>
      <w:r>
        <w:rPr>
          <w:rFonts w:ascii="Times New Roman" w:hAnsi="Times New Roman" w:eastAsia="Times New Roman" w:cs="Times New Roman"/>
          <w:sz w:val="22"/>
        </w:rPr>
        <w:t>İmza</w:t>
      </w:r>
    </w:p>
    <w:p>
      <w:pPr>
        <w:spacing w:line="360" w:lineRule="auto"/>
        <w:jc w:val="both"/>
      </w:pPr>
    </w:p>
    <w:tbl>
      <w:tblPr>
        <w:tblStyle w:val="TableGrid"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1700"/>
        <w:gridCol w:w="500"/>
        <w:gridCol w:w="500"/>
        <w:gridCol w:w="650"/>
        <w:gridCol w:w="750"/>
        <w:gridCol w:w="1700"/>
        <w:gridCol w:w="500"/>
        <w:gridCol w:w="500"/>
        <w:gridCol w:w="650"/>
        <w:gridCol w:w="1700"/>
      </w:tblGrid>
      <w:tr>
        <w:tc>
          <w:tcPr>
            <w:tcW w:w="4100" w:type="dxa"/>
            <w:gridSpan w:val="5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sdt>
              <w:sdtPr>
                <w:rPr>
                  <w:rFonts w:ascii="Times New Roman" w:hAnsi="Times New Roman" w:eastAsia="Times New Roman" w:cs="Times New Roman"/>
                  <w:b/>
                  <w:color w:val="000000"/>
                  <w:sz w:val="22"/>
                </w:rPr>
                <w:alias w:val="Alan"/>
                <w:tag w:val="alan"/>
                <w:id w:val="800000066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22"/>
                  </w:rPr>
                  <w:t xml:space="preserve">……</w:t>
                </w:r>
              </w:sdtContent>
            </w:sdt>
            <w:sdt>
              <w:sdtPr>
                <w:rPr>
                  <w:rFonts w:ascii="Times New Roman" w:hAnsi="Times New Roman" w:eastAsia="Times New Roman" w:cs="Times New Roman"/>
                  <w:b/>
                  <w:color w:val="000000"/>
                  <w:sz w:val="22"/>
                </w:rPr>
                <w:alias w:val="Alan"/>
                <w:tag w:val="alan"/>
                <w:id w:val="800000067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22"/>
                  </w:rPr>
                  <w:t xml:space="preserve">.......................</w:t>
                </w:r>
              </w:sdtContent>
            </w:sdt>
            <w:sdt>
              <w:sdtPr>
                <w:rPr>
                  <w:rFonts w:ascii="Times New Roman" w:hAnsi="Times New Roman" w:eastAsia="Times New Roman" w:cs="Times New Roman"/>
                  <w:b/>
                  <w:color w:val="000000"/>
                  <w:sz w:val="22"/>
                </w:rPr>
                <w:alias w:val="Alan"/>
                <w:tag w:val="alan"/>
                <w:id w:val="800000068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/>
                    <w:color w:val="000000"/>
                    <w:sz w:val="22"/>
                  </w:rPr>
                  <w:t xml:space="preserve">…………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 xml:space="preserve"> Üniversitesi'nden Alınacak Dersler</w:t>
            </w:r>
          </w:p>
        </w:tc>
        <w:tc>
          <w:tcPr>
            <w:tcW w:w="4100" w:type="dxa"/>
            <w:gridSpan w:val="5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Üniversitemizde Sayılacak Dersler</w:t>
            </w:r>
          </w:p>
        </w:tc>
        <w:tc>
          <w:tcPr>
            <w:tcW w:w="17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 xml:space="preserve">UYGUNLUK</w:t>
            </w:r>
          </w:p>
        </w:tc>
      </w:tr>
      <w:tr>
        <w:tc>
          <w:tcPr>
            <w:tcW w:w="75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KOD</w:t>
            </w:r>
          </w:p>
        </w:tc>
        <w:tc>
          <w:tcPr>
            <w:tcW w:w="17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DERSİN ADI</w:t>
            </w:r>
          </w:p>
        </w:tc>
        <w:tc>
          <w:tcPr>
            <w:tcW w:w="5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T*</w:t>
            </w:r>
          </w:p>
        </w:tc>
        <w:tc>
          <w:tcPr>
            <w:tcW w:w="5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U**</w:t>
            </w:r>
          </w:p>
        </w:tc>
        <w:tc>
          <w:tcPr>
            <w:tcW w:w="65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AKTS</w:t>
            </w:r>
          </w:p>
        </w:tc>
        <w:tc>
          <w:tcPr>
            <w:tcW w:w="75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KOD</w:t>
            </w:r>
          </w:p>
        </w:tc>
        <w:tc>
          <w:tcPr>
            <w:tcW w:w="17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DERSİN ADI</w:t>
            </w:r>
          </w:p>
        </w:tc>
        <w:tc>
          <w:tcPr>
            <w:tcW w:w="5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T*</w:t>
            </w:r>
          </w:p>
        </w:tc>
        <w:tc>
          <w:tcPr>
            <w:tcW w:w="5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U**</w:t>
            </w:r>
          </w:p>
        </w:tc>
        <w:tc>
          <w:tcPr>
            <w:tcW w:w="65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>AKTS</w:t>
            </w:r>
          </w:p>
        </w:tc>
        <w:tc>
          <w:tcPr>
            <w:tcW w:w="1700" w:type="dxa"/>
            <w:shd w:val="clear" w:color="auto" w:fill="D9D9D9"/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</w:rPr>
              <w:t xml:space="preserve">Uygundur /</w:t>
              <w:br/>
              <w:t xml:space="preserve">Uygun Değildir</w:t>
            </w:r>
          </w:p>
        </w:tc>
      </w:tr>
      <w:tr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  <w:r>
              <w:t xml:space="preserve"/>
            </w:r>
          </w:p>
        </w:tc>
      </w:tr>
      <w:tr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  <w:r>
              <w:t xml:space="preserve"/>
            </w:r>
          </w:p>
        </w:tc>
      </w:tr>
      <w:tr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  <w:r>
              <w:t xml:space="preserve"/>
            </w:r>
          </w:p>
        </w:tc>
      </w:tr>
      <w:tr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  <w:r>
              <w:t xml:space="preserve"/>
            </w:r>
          </w:p>
        </w:tc>
      </w:tr>
      <w:tr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7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500" w:type="dxa"/>
          </w:tcPr>
          <w:p>
            <w:pPr>
              <w:spacing w:line="240" w:lineRule="auto"/>
            </w:pPr>
          </w:p>
        </w:tc>
        <w:tc>
          <w:tcPr>
            <w:tcW w:w="650" w:type="dxa"/>
          </w:tcPr>
          <w:p>
            <w:pPr>
              <w:spacing w:line="240" w:lineRule="auto"/>
            </w:pPr>
          </w:p>
        </w:tc>
        <w:tc>
          <w:tcPr>
            <w:tcW w:w="1700" w:type="dxa"/>
          </w:tcPr>
          <w:p>
            <w:pPr>
              <w:spacing w:line="240" w:lineRule="auto"/>
            </w:pPr>
            <w:r>
              <w:t xml:space="preserve"/>
            </w:r>
          </w:p>
        </w:tc>
      </w:tr>
      <w:tr>
        <w:tc>
          <w:tcPr>
            <w:tcW w:w="2450" w:type="dxa"/>
            <w:gridSpan w:val="2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TOPLAM</w:t>
            </w:r>
          </w:p>
        </w:tc>
        <w:tc>
          <w:tcPr>
            <w:tcW w:w="50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50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65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2450" w:type="dxa"/>
            <w:gridSpan w:val="2"/>
          </w:tcPr>
          <w:p>
            <w:pPr>
              <w:spacing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TOPLAM</w:t>
            </w:r>
          </w:p>
        </w:tc>
        <w:tc>
          <w:tcPr>
            <w:tcW w:w="50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50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1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65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70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</w:p>
        </w:tc>
        <w:tc>
          <w:tcPr>
            <w:tcW w:w="1700" w:type="dxa"/>
          </w:tcPr>
          <w:p>
            <w:pPr>
              <w:spacing w:line="240" w:lineRule="auto"/>
            </w:pPr>
            <w:sdt>
              <w:sdtPr>
                <w:rPr/>
                <w:alias w:val="Alan"/>
                <w:tag w:val="alan"/>
                <w:id w:val="80000006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t xml:space="preserve"/>
            </w:r>
          </w:p>
        </w:tc>
      </w:tr>
    </w:tbl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2"/>
        </w:rPr>
        <w:t>*Teorik ders saati  **Uygulama ders saati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4320"/>
        <w:gridCol w:w="4320"/>
      </w:tblGrid>
      <w:tr>
        <w:tc>
          <w:tcPr>
            <w:tcW w:w="4320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KONTROL EDİLMİŞTİR.</w:t>
            </w:r>
          </w:p>
        </w:tc>
        <w:tc>
          <w:tcPr>
            <w:tcW w:w="4320" w:type="dxa"/>
          </w:tcPr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ONAY</w:t>
            </w:r>
          </w:p>
        </w:tc>
      </w:tr>
      <w:tr>
        <w:tc>
          <w:tcPr>
            <w:tcW w:w="4320" w:type="dxa"/>
          </w:tcPr>
          <w:p>
            <w:pPr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Danışman Öğretim Elemanı</w:t>
            </w:r>
          </w:p>
        </w:tc>
        <w:tc>
          <w:tcPr>
            <w:tcW w:w="4320" w:type="dxa"/>
          </w:tcPr>
          <w:p>
            <w:pPr>
              <w:spacing w:line="240" w:lineRule="auto"/>
              <w:jc w:val="right"/>
            </w:pPr>
            <w:r>
              <w:rPr>
                <w:rFonts w:ascii="Times New Roman" w:hAnsi="Times New Roman" w:eastAsia="Times New Roman" w:cs="Times New Roman"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sz w:val="22"/>
              </w:rPr>
              <w:t>Bölüm Başkanı</w:t>
            </w:r>
          </w:p>
        </w:tc>
      </w:tr>
    </w:tbl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2"/>
        </w:rPr>
        <w:t xml:space="preserve">Ekler: </w:t>
      </w:r>
      <w:r>
        <w:rPr>
          <w:rFonts w:ascii="Times New Roman" w:hAnsi="Times New Roman" w:eastAsia="Times New Roman" w:cs="Times New Roman"/>
          <w:sz w:val="22"/>
        </w:rPr>
        <w:t>1-Başka Üniversiteden alınacak dersler ve ders planlarının içerikleri.</w:t>
      </w:r>
    </w:p>
    <w:sectPr w:rsidRPr="0006063C" w:rsidR="00FC693F" w:rsidSect="00034616">
      <w:headerReference w:type="default" r:id="R11498ac0b17640c6"/>
      <w:headerReference w:type="first" r:id="R11498ac0b17640c6"/>
      <w:headerReference w:type="even" r:id="R11498ac0b17640c6"/>
      <w:footerReference w:type="default" r:id="R62df990a495b40ae"/>
      <w:footerReference w:type="first" r:id="R62df990a495b40ae"/>
      <w:footerReference w:type="even" r:id="R62df990a495b40ae"/>
      <w:pgSz w:w="11906" w:h="16838"/>
      <w:pgMar w:top="2155" w:right="850" w:bottom="1588" w:left="85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KYS-FR.197,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3f2287c2cd840a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a5fd5b6b85d4a0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3175301f1ec438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Yaz Okulunda Başka Bir Yükseköğretim Kurumundan Ders Alma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1.xml" Id="R11498ac0b17640c6" /><Relationship Type="http://schemas.openxmlformats.org/officeDocument/2006/relationships/footer" Target="/word/footer1.xml" Id="R62df990a495b40a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a5fd5b6b85d4a07" /><Relationship Type="http://schemas.openxmlformats.org/officeDocument/2006/relationships/hyperlink" Target="https://kvys.giresun.edu.tr/dg/747" TargetMode="External" Id="Re3f2287c2cd840a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d3175301f1ec43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