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0"/>
        <w:jc w:val="center"/>
      </w:pPr>
      <w:r>
        <w:rPr>
          <w:b/>
          <w:i w:val="0"/>
          <w:u w:val="none"/>
        </w:rPr>
        <w:t>MERKEZİ ARAŞTIRMA LABORATUVARI UYGULAMA VE ARAŞTIRMA MERKEZİ (GRÜMLAB) MÜDÜRLÜĞÜNE</w:t>
      </w:r>
    </w:p>
    <w:p>
      <w:pPr>
        <w:spacing w:before="0" w:after="960"/>
        <w:ind w:firstLine="709"/>
        <w:jc w:val="both"/>
      </w:pPr>
      <w:r>
        <w:rPr>
          <w:b w:val="0"/>
          <w:i w:val="0"/>
          <w:u w:val="none"/>
        </w:rPr>
        <w:t>………………………………….. Üniversitesi …………………………….... Fakültesi ……………………………………….…… bölüm öğrencisiyim. …………………. yılındaki ……………………… dönemi …………………………..….. dersinin zorunlu staj eğitimini ……/…./202… - ……/…../202… tarihleri arasında …………………………..……. günlerinde merkezinizde yapabilmem için gerekli onayın verilmesini saygılarımla arz ederim.</w:t>
      </w:r>
    </w:p>
    <w:p>
      <w:pPr>
        <w:spacing w:before="0" w:after="120"/>
        <w:jc w:val="right"/>
      </w:pPr>
      <w:r>
        <w:rPr>
          <w:b w:val="0"/>
          <w:i w:val="0"/>
          <w:u w:val="none"/>
        </w:rPr>
        <w:t>Öğrenci Adı-Soyadı</w:t>
      </w:r>
    </w:p>
    <w:p>
      <w:pPr>
        <w:spacing w:before="0" w:after="720"/>
        <w:jc w:val="right"/>
      </w:pPr>
      <w:r>
        <w:rPr>
          <w:b w:val="0"/>
          <w:i w:val="0"/>
          <w:u w:val="none"/>
        </w:rPr>
        <w:t>İmza / Tarih</w:t>
      </w:r>
    </w:p>
    <w:p>
      <w:pPr>
        <w:spacing w:before="0" w:after="120"/>
      </w:pPr>
      <w:r>
        <w:rPr>
          <w:b w:val="0"/>
          <w:i w:val="0"/>
          <w:u w:val="none"/>
        </w:rPr>
        <w:t>Adres:</w:t>
      </w:r>
    </w:p>
    <w:p>
      <w:pPr>
        <w:spacing w:before="0" w:after="120"/>
      </w:pPr>
    </w:p>
    <w:p>
      <w:pPr>
        <w:spacing w:before="0" w:after="120"/>
      </w:pPr>
    </w:p>
    <w:p>
      <w:pPr>
        <w:spacing w:before="0" w:after="120"/>
      </w:pPr>
      <w:r>
        <w:rPr>
          <w:b w:val="0"/>
          <w:i w:val="0"/>
          <w:u w:val="none"/>
        </w:rPr>
        <w:t>TC No:</w:t>
      </w:r>
    </w:p>
    <w:p>
      <w:pPr>
        <w:spacing w:before="0" w:after="120"/>
      </w:pPr>
      <w:r>
        <w:rPr>
          <w:b w:val="0"/>
          <w:i w:val="0"/>
          <w:u w:val="none"/>
        </w:rPr>
        <w:t>Telefon:</w:t>
      </w:r>
    </w:p>
    <w:p>
      <w:pPr>
        <w:spacing w:before="0" w:after="120"/>
      </w:pPr>
    </w:p>
    <w:p>
      <w:pPr>
        <w:spacing w:before="0" w:after="120"/>
      </w:pPr>
      <w:r>
        <w:rPr>
          <w:b w:val="0"/>
          <w:i w:val="0"/>
          <w:u w:val="none"/>
        </w:rPr>
        <w:t>Ek.1: Öğrenci Belgesi</w:t>
      </w:r>
    </w:p>
    <w:p>
      <w:pPr>
        <w:spacing w:before="0" w:after="0"/>
      </w:pPr>
      <w:r>
        <w:rPr>
          <w:b w:val="0"/>
          <w:i w:val="0"/>
          <w:u w:val="none"/>
        </w:rPr>
        <w:t>Ek.2: Staj Talep Formu</w:t>
      </w:r>
    </w:p>
    <w:sectPr w:rsidRPr="0006063C" w:rsidR="00FC693F" w:rsidSect="00034616">
      <w:headerReference w:type="default" r:id="R9609bf5fd4604b3b"/>
      <w:headerReference w:type="first" r:id="R9609bf5fd4604b3b"/>
      <w:headerReference w:type="even" r:id="R9609bf5fd4604b3b"/>
      <w:footerReference w:type="default" r:id="R11c5c959c6274f00"/>
      <w:footerReference w:type="first" r:id="R11c5c959c6274f00"/>
      <w:footerReference w:type="even" r:id="R11c5c959c6274f00"/>
      <w:pgSz w:w="11906" w:h="16838"/>
      <w:pgMar w:top="2154" w:right="850" w:bottom="1587" w:left="850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KYS-FR.237,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9db9eeefc2a64872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kvys.giresun.edu.tr/dg/787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c823f04aa2c42f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14caabc2ef24e6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Staj Talep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KYS-FR.237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/word/header1.xml" Id="R9609bf5fd4604b3b" /><Relationship Type="http://schemas.openxmlformats.org/officeDocument/2006/relationships/footer" Target="/word/footer1.xml" Id="R11c5c959c6274f00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bc823f04aa2c42ff" /><Relationship Type="http://schemas.openxmlformats.org/officeDocument/2006/relationships/hyperlink" Target="https://kvys.giresun.edu.tr/dg/787" TargetMode="External" Id="R9db9eeefc2a64872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c14caabc2ef24e6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